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B83E0" w14:textId="77777777" w:rsidR="006003C4" w:rsidRDefault="00000000">
      <w:pPr>
        <w:spacing w:after="40"/>
        <w:jc w:val="center"/>
      </w:pPr>
      <w:r>
        <w:rPr>
          <w:b/>
          <w:color w:val="1B365D"/>
          <w:sz w:val="26"/>
        </w:rPr>
        <w:t>KASTAMONU ÜNİVERSİTESİ</w:t>
      </w:r>
      <w:r>
        <w:rPr>
          <w:b/>
          <w:color w:val="1B365D"/>
          <w:sz w:val="26"/>
        </w:rPr>
        <w:br/>
      </w:r>
      <w:r>
        <w:rPr>
          <w:b/>
          <w:color w:val="334E68"/>
          <w:sz w:val="22"/>
        </w:rPr>
        <w:t>Sağlık Kültür ve Spor Daire Başkanlığı</w:t>
      </w:r>
      <w:r>
        <w:rPr>
          <w:b/>
          <w:color w:val="334E68"/>
          <w:sz w:val="22"/>
        </w:rPr>
        <w:br/>
      </w:r>
      <w:r>
        <w:rPr>
          <w:b/>
          <w:color w:val="111111"/>
          <w:sz w:val="22"/>
        </w:rPr>
        <w:t>KANTİN VE KAFETERYA DENETLEME TUTANAĞI VE FORMU</w:t>
      </w:r>
    </w:p>
    <w:tbl>
      <w:tblPr>
        <w:tblW w:w="0" w:type="auto"/>
        <w:jc w:val="center"/>
        <w:tblBorders>
          <w:top w:val="single" w:sz="4" w:space="0" w:color="D0D5DD"/>
          <w:left w:val="single" w:sz="4" w:space="0" w:color="D0D5DD"/>
          <w:bottom w:val="single" w:sz="4" w:space="0" w:color="D0D5DD"/>
          <w:right w:val="single" w:sz="4" w:space="0" w:color="D0D5DD"/>
          <w:insideH w:val="single" w:sz="4" w:space="0" w:color="D0D5DD"/>
        </w:tblBorders>
        <w:tblLook w:val="04A0" w:firstRow="1" w:lastRow="0" w:firstColumn="1" w:lastColumn="0" w:noHBand="0" w:noVBand="1"/>
      </w:tblPr>
      <w:tblGrid>
        <w:gridCol w:w="5184"/>
        <w:gridCol w:w="5184"/>
      </w:tblGrid>
      <w:tr w:rsidR="006003C4" w14:paraId="278C3D8D" w14:textId="77777777">
        <w:trPr>
          <w:jc w:val="center"/>
        </w:trPr>
        <w:tc>
          <w:tcPr>
            <w:tcW w:w="5184" w:type="dxa"/>
            <w:shd w:val="clear" w:color="auto" w:fill="F8F9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EEF16E" w14:textId="77777777" w:rsidR="006003C4" w:rsidRDefault="00000000">
            <w:pPr>
              <w:spacing w:after="0"/>
            </w:pPr>
            <w:r>
              <w:rPr>
                <w:b/>
                <w:sz w:val="17"/>
              </w:rPr>
              <w:t xml:space="preserve">İşletmenin / Taşınmazın Adı: </w:t>
            </w:r>
          </w:p>
        </w:tc>
        <w:tc>
          <w:tcPr>
            <w:tcW w:w="5184" w:type="dxa"/>
            <w:shd w:val="clear" w:color="auto" w:fill="F8F9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B0E6A0" w14:textId="77777777" w:rsidR="006003C4" w:rsidRDefault="00000000">
            <w:pPr>
              <w:spacing w:after="0"/>
            </w:pPr>
            <w:r>
              <w:rPr>
                <w:b/>
                <w:sz w:val="17"/>
              </w:rPr>
              <w:t xml:space="preserve">Denetim Tarihi ve Saati: </w:t>
            </w:r>
            <w:r>
              <w:rPr>
                <w:sz w:val="17"/>
              </w:rPr>
              <w:t xml:space="preserve"> ..... / ..... / 202...   -   ..... : .....</w:t>
            </w:r>
          </w:p>
        </w:tc>
      </w:tr>
      <w:tr w:rsidR="006003C4" w14:paraId="5828DAE1" w14:textId="77777777">
        <w:trPr>
          <w:jc w:val="center"/>
        </w:trPr>
        <w:tc>
          <w:tcPr>
            <w:tcW w:w="5184" w:type="dxa"/>
            <w:shd w:val="clear" w:color="auto" w:fill="F8F9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221141" w14:textId="77777777" w:rsidR="006003C4" w:rsidRDefault="00000000">
            <w:pPr>
              <w:spacing w:after="0"/>
            </w:pPr>
            <w:r>
              <w:rPr>
                <w:b/>
                <w:sz w:val="17"/>
              </w:rPr>
              <w:t xml:space="preserve">Yerleşke / Fakülte / Bina: </w:t>
            </w:r>
          </w:p>
        </w:tc>
        <w:tc>
          <w:tcPr>
            <w:tcW w:w="5184" w:type="dxa"/>
            <w:shd w:val="clear" w:color="auto" w:fill="F8F9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FCCBF3" w14:textId="77777777" w:rsidR="006003C4" w:rsidRDefault="00000000">
            <w:pPr>
              <w:spacing w:after="0"/>
            </w:pPr>
            <w:r>
              <w:rPr>
                <w:b/>
                <w:sz w:val="17"/>
              </w:rPr>
              <w:t xml:space="preserve">Çalışan Personel Sayısı: </w:t>
            </w:r>
            <w:r>
              <w:rPr>
                <w:sz w:val="17"/>
              </w:rPr>
              <w:t xml:space="preserve"> ............................................</w:t>
            </w:r>
          </w:p>
        </w:tc>
      </w:tr>
      <w:tr w:rsidR="006003C4" w14:paraId="280F7E4D" w14:textId="77777777">
        <w:trPr>
          <w:jc w:val="center"/>
        </w:trPr>
        <w:tc>
          <w:tcPr>
            <w:tcW w:w="5184" w:type="dxa"/>
            <w:shd w:val="clear" w:color="auto" w:fill="F8F9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261CD05" w14:textId="77777777" w:rsidR="006003C4" w:rsidRDefault="00000000">
            <w:pPr>
              <w:spacing w:after="0"/>
            </w:pPr>
            <w:r>
              <w:rPr>
                <w:b/>
                <w:sz w:val="17"/>
              </w:rPr>
              <w:t xml:space="preserve">İşletmeci / Firma Yetkilisi: </w:t>
            </w:r>
          </w:p>
        </w:tc>
        <w:tc>
          <w:tcPr>
            <w:tcW w:w="5184" w:type="dxa"/>
            <w:shd w:val="clear" w:color="auto" w:fill="F8F9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030624" w14:textId="77777777" w:rsidR="006003C4" w:rsidRDefault="00000000">
            <w:pPr>
              <w:spacing w:after="0"/>
            </w:pPr>
            <w:r>
              <w:rPr>
                <w:b/>
                <w:sz w:val="17"/>
              </w:rPr>
              <w:t xml:space="preserve">Yetkili İletişim / Tel: </w:t>
            </w:r>
            <w:r>
              <w:rPr>
                <w:sz w:val="17"/>
              </w:rPr>
              <w:t xml:space="preserve"> ............................................</w:t>
            </w:r>
          </w:p>
        </w:tc>
      </w:tr>
      <w:tr w:rsidR="006003C4" w14:paraId="60B20D45" w14:textId="77777777">
        <w:trPr>
          <w:jc w:val="center"/>
        </w:trPr>
        <w:tc>
          <w:tcPr>
            <w:tcW w:w="5184" w:type="dxa"/>
            <w:shd w:val="clear" w:color="auto" w:fill="F8F9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6D271C" w14:textId="77777777" w:rsidR="006003C4" w:rsidRDefault="00000000">
            <w:pPr>
              <w:spacing w:after="0"/>
            </w:pPr>
            <w:r>
              <w:rPr>
                <w:b/>
                <w:sz w:val="17"/>
              </w:rPr>
              <w:t xml:space="preserve">Denetim Türü: </w:t>
            </w:r>
          </w:p>
        </w:tc>
        <w:tc>
          <w:tcPr>
            <w:tcW w:w="5184" w:type="dxa"/>
            <w:shd w:val="clear" w:color="auto" w:fill="F8F9F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8266E3" w14:textId="77777777" w:rsidR="006003C4" w:rsidRDefault="00000000">
            <w:pPr>
              <w:spacing w:after="0"/>
            </w:pPr>
            <w:r>
              <w:rPr>
                <w:color w:val="222222"/>
                <w:sz w:val="17"/>
              </w:rPr>
              <w:t>[  ] Rutin Periyodik     [  ] İhbar / Şikayet     [  ] Takip Denetimi</w:t>
            </w:r>
          </w:p>
        </w:tc>
      </w:tr>
    </w:tbl>
    <w:p w14:paraId="7A378BE0" w14:textId="77777777" w:rsidR="006003C4" w:rsidRDefault="00000000">
      <w:pPr>
        <w:spacing w:before="120" w:after="40"/>
      </w:pPr>
      <w:r>
        <w:rPr>
          <w:b/>
          <w:color w:val="1B365D"/>
        </w:rPr>
        <w:t>A. FİZİKİ KOŞULLAR, ALAN KULLANIMI VE DONANIM</w:t>
      </w:r>
    </w:p>
    <w:tbl>
      <w:tblPr>
        <w:tblW w:w="0" w:type="auto"/>
        <w:jc w:val="center"/>
        <w:tblBorders>
          <w:top w:val="single" w:sz="4" w:space="0" w:color="D0D5DD"/>
          <w:left w:val="single" w:sz="4" w:space="0" w:color="D0D5DD"/>
          <w:bottom w:val="single" w:sz="4" w:space="0" w:color="D0D5DD"/>
          <w:right w:val="single" w:sz="4" w:space="0" w:color="D0D5DD"/>
          <w:insideH w:val="single" w:sz="4" w:space="0" w:color="D0D5DD"/>
        </w:tblBorders>
        <w:tblLook w:val="04A0" w:firstRow="1" w:lastRow="0" w:firstColumn="1" w:lastColumn="0" w:noHBand="0" w:noVBand="1"/>
      </w:tblPr>
      <w:tblGrid>
        <w:gridCol w:w="576"/>
        <w:gridCol w:w="5184"/>
        <w:gridCol w:w="936"/>
        <w:gridCol w:w="936"/>
        <w:gridCol w:w="936"/>
        <w:gridCol w:w="1800"/>
      </w:tblGrid>
      <w:tr w:rsidR="006003C4" w14:paraId="39F80A8A" w14:textId="77777777">
        <w:trPr>
          <w:jc w:val="center"/>
        </w:trPr>
        <w:tc>
          <w:tcPr>
            <w:tcW w:w="576" w:type="dxa"/>
            <w:shd w:val="clear" w:color="auto" w:fill="2B4C7E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FFE0C3B" w14:textId="77777777" w:rsidR="006003C4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No</w:t>
            </w:r>
          </w:p>
        </w:tc>
        <w:tc>
          <w:tcPr>
            <w:tcW w:w="5184" w:type="dxa"/>
            <w:shd w:val="clear" w:color="auto" w:fill="2B4C7E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0281704" w14:textId="77777777" w:rsidR="006003C4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Denetim Kriteri / İnceleme Maddesi</w:t>
            </w:r>
          </w:p>
        </w:tc>
        <w:tc>
          <w:tcPr>
            <w:tcW w:w="936" w:type="dxa"/>
            <w:shd w:val="clear" w:color="auto" w:fill="2B4C7E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07B749" w14:textId="77777777" w:rsidR="006003C4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Uygun</w:t>
            </w:r>
          </w:p>
        </w:tc>
        <w:tc>
          <w:tcPr>
            <w:tcW w:w="936" w:type="dxa"/>
            <w:shd w:val="clear" w:color="auto" w:fill="2B4C7E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0F6C9F" w14:textId="77777777" w:rsidR="006003C4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Uygun</w:t>
            </w:r>
            <w:r>
              <w:rPr>
                <w:b/>
                <w:color w:val="FFFFFF"/>
                <w:sz w:val="17"/>
              </w:rPr>
              <w:br/>
              <w:t>Değil</w:t>
            </w:r>
          </w:p>
        </w:tc>
        <w:tc>
          <w:tcPr>
            <w:tcW w:w="936" w:type="dxa"/>
            <w:shd w:val="clear" w:color="auto" w:fill="2B4C7E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C6E867" w14:textId="77777777" w:rsidR="006003C4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Kapsam</w:t>
            </w:r>
            <w:r>
              <w:rPr>
                <w:b/>
                <w:color w:val="FFFFFF"/>
                <w:sz w:val="17"/>
              </w:rPr>
              <w:br/>
              <w:t>Dışı</w:t>
            </w:r>
          </w:p>
        </w:tc>
        <w:tc>
          <w:tcPr>
            <w:tcW w:w="1800" w:type="dxa"/>
            <w:shd w:val="clear" w:color="auto" w:fill="2B4C7E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CE8CB0" w14:textId="77777777" w:rsidR="006003C4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Açıklama / Tespit Notu</w:t>
            </w:r>
          </w:p>
        </w:tc>
      </w:tr>
      <w:tr w:rsidR="006003C4" w14:paraId="77F3E4A1" w14:textId="77777777">
        <w:trPr>
          <w:jc w:val="center"/>
        </w:trPr>
        <w:tc>
          <w:tcPr>
            <w:tcW w:w="57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7BB9185C" w14:textId="77777777" w:rsidR="006003C4" w:rsidRDefault="00000000">
            <w:pPr>
              <w:spacing w:after="0"/>
              <w:jc w:val="center"/>
            </w:pPr>
            <w:r>
              <w:rPr>
                <w:b/>
                <w:sz w:val="17"/>
              </w:rPr>
              <w:t>1</w:t>
            </w:r>
          </w:p>
        </w:tc>
        <w:tc>
          <w:tcPr>
            <w:tcW w:w="5184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06E88586" w14:textId="77777777" w:rsidR="006003C4" w:rsidRDefault="00000000">
            <w:pPr>
              <w:spacing w:after="0"/>
            </w:pPr>
            <w:r>
              <w:rPr>
                <w:sz w:val="17"/>
              </w:rPr>
              <w:t>Kiracının yalnızca tahsis edilen sözleşmeli alanda faaliyet göstermesi, yetkisiz alan işgali yapmaması</w:t>
            </w:r>
          </w:p>
        </w:tc>
        <w:tc>
          <w:tcPr>
            <w:tcW w:w="93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21572226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26C5D5B0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0EA3782A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1800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304591B7" w14:textId="77777777" w:rsidR="006003C4" w:rsidRDefault="006003C4">
            <w:pPr>
              <w:spacing w:after="0"/>
            </w:pPr>
          </w:p>
        </w:tc>
      </w:tr>
      <w:tr w:rsidR="006003C4" w14:paraId="5CD59204" w14:textId="77777777">
        <w:trPr>
          <w:jc w:val="center"/>
        </w:trPr>
        <w:tc>
          <w:tcPr>
            <w:tcW w:w="57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6296FBCF" w14:textId="77777777" w:rsidR="006003C4" w:rsidRDefault="00000000">
            <w:pPr>
              <w:spacing w:after="0"/>
              <w:jc w:val="center"/>
            </w:pPr>
            <w:r>
              <w:rPr>
                <w:b/>
                <w:sz w:val="17"/>
              </w:rPr>
              <w:t>2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55470FD6" w14:textId="77777777" w:rsidR="006003C4" w:rsidRDefault="00000000">
            <w:pPr>
              <w:spacing w:after="0"/>
            </w:pPr>
            <w:r>
              <w:rPr>
                <w:sz w:val="17"/>
              </w:rPr>
              <w:t>Zemin, tavan ve duvarların temiz, sağlam, boyalı, hijyenik ve bakımlı olması</w:t>
            </w:r>
          </w:p>
        </w:tc>
        <w:tc>
          <w:tcPr>
            <w:tcW w:w="93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22376434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420BE21A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5CEDD6A9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1800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2B50FBB8" w14:textId="77777777" w:rsidR="006003C4" w:rsidRDefault="006003C4">
            <w:pPr>
              <w:spacing w:after="0"/>
            </w:pPr>
          </w:p>
        </w:tc>
      </w:tr>
      <w:tr w:rsidR="006003C4" w14:paraId="716720F5" w14:textId="77777777">
        <w:trPr>
          <w:jc w:val="center"/>
        </w:trPr>
        <w:tc>
          <w:tcPr>
            <w:tcW w:w="57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084F8AEF" w14:textId="77777777" w:rsidR="006003C4" w:rsidRDefault="00000000">
            <w:pPr>
              <w:spacing w:after="0"/>
              <w:jc w:val="center"/>
            </w:pPr>
            <w:r>
              <w:rPr>
                <w:b/>
                <w:sz w:val="17"/>
              </w:rPr>
              <w:t>3</w:t>
            </w:r>
          </w:p>
        </w:tc>
        <w:tc>
          <w:tcPr>
            <w:tcW w:w="5184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6E91A061" w14:textId="77777777" w:rsidR="006003C4" w:rsidRDefault="00000000">
            <w:pPr>
              <w:spacing w:after="0"/>
            </w:pPr>
            <w:r>
              <w:rPr>
                <w:sz w:val="17"/>
              </w:rPr>
              <w:t>Havalandırma ve baca sisteminin yeterli olması, ortamda kötü koku, duman ve buharı önlemesi</w:t>
            </w:r>
          </w:p>
        </w:tc>
        <w:tc>
          <w:tcPr>
            <w:tcW w:w="93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63C293DC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3AAF4B0B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71DEC2F4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1800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09EA024E" w14:textId="77777777" w:rsidR="006003C4" w:rsidRDefault="006003C4">
            <w:pPr>
              <w:spacing w:after="0"/>
            </w:pPr>
          </w:p>
        </w:tc>
      </w:tr>
      <w:tr w:rsidR="006003C4" w14:paraId="707477FF" w14:textId="77777777">
        <w:trPr>
          <w:jc w:val="center"/>
        </w:trPr>
        <w:tc>
          <w:tcPr>
            <w:tcW w:w="57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1C6840CE" w14:textId="77777777" w:rsidR="006003C4" w:rsidRDefault="00000000">
            <w:pPr>
              <w:spacing w:after="0"/>
              <w:jc w:val="center"/>
            </w:pPr>
            <w:r>
              <w:rPr>
                <w:b/>
                <w:sz w:val="17"/>
              </w:rPr>
              <w:t>4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668AE498" w14:textId="77777777" w:rsidR="006003C4" w:rsidRDefault="00000000">
            <w:pPr>
              <w:spacing w:after="0"/>
            </w:pPr>
            <w:r>
              <w:rPr>
                <w:sz w:val="17"/>
              </w:rPr>
              <w:t>Aydınlatma ve ortam ısınmasının yeterli olması, lamba ve armatürlerin koruyucu muhafazalı olması</w:t>
            </w:r>
          </w:p>
        </w:tc>
        <w:tc>
          <w:tcPr>
            <w:tcW w:w="93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7970792D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6AE5AB01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07DE48B7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1800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759857FD" w14:textId="77777777" w:rsidR="006003C4" w:rsidRDefault="006003C4">
            <w:pPr>
              <w:spacing w:after="0"/>
            </w:pPr>
          </w:p>
        </w:tc>
      </w:tr>
      <w:tr w:rsidR="006003C4" w14:paraId="34C21926" w14:textId="77777777">
        <w:trPr>
          <w:jc w:val="center"/>
        </w:trPr>
        <w:tc>
          <w:tcPr>
            <w:tcW w:w="57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3F2C71D7" w14:textId="77777777" w:rsidR="006003C4" w:rsidRDefault="00000000">
            <w:pPr>
              <w:spacing w:after="0"/>
              <w:jc w:val="center"/>
            </w:pPr>
            <w:r>
              <w:rPr>
                <w:b/>
                <w:sz w:val="17"/>
              </w:rPr>
              <w:t>5</w:t>
            </w:r>
          </w:p>
        </w:tc>
        <w:tc>
          <w:tcPr>
            <w:tcW w:w="5184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271816DB" w14:textId="77777777" w:rsidR="006003C4" w:rsidRDefault="00000000">
            <w:pPr>
              <w:spacing w:after="0"/>
            </w:pPr>
            <w:r>
              <w:rPr>
                <w:sz w:val="17"/>
              </w:rPr>
              <w:t>Hazırlık ve servis tezgahlarının paslanmaz çelik, mermer vb. gıdaya uygun, yıkanabilir malzemeden olması</w:t>
            </w:r>
          </w:p>
        </w:tc>
        <w:tc>
          <w:tcPr>
            <w:tcW w:w="93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6231898D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2176D6B1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6717106D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1800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7ADE146A" w14:textId="77777777" w:rsidR="006003C4" w:rsidRDefault="006003C4">
            <w:pPr>
              <w:spacing w:after="0"/>
            </w:pPr>
          </w:p>
        </w:tc>
      </w:tr>
      <w:tr w:rsidR="006003C4" w14:paraId="7CE3C18F" w14:textId="77777777">
        <w:trPr>
          <w:jc w:val="center"/>
        </w:trPr>
        <w:tc>
          <w:tcPr>
            <w:tcW w:w="57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154B9D5A" w14:textId="77777777" w:rsidR="006003C4" w:rsidRDefault="00000000">
            <w:pPr>
              <w:spacing w:after="0"/>
              <w:jc w:val="center"/>
            </w:pPr>
            <w:r>
              <w:rPr>
                <w:b/>
                <w:sz w:val="17"/>
              </w:rPr>
              <w:t>6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10E0314F" w14:textId="77777777" w:rsidR="006003C4" w:rsidRDefault="00000000">
            <w:pPr>
              <w:spacing w:after="0"/>
            </w:pPr>
            <w:r>
              <w:rPr>
                <w:sz w:val="17"/>
              </w:rPr>
              <w:t>Çalışma tezgahları, kesme tahtaları (renk kodlu hijyen tahtaları) ve ekipmanların temiz ve sağlam olması</w:t>
            </w:r>
          </w:p>
        </w:tc>
        <w:tc>
          <w:tcPr>
            <w:tcW w:w="93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03D04C3D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69097DE6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2C2FD42C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1800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41EB59E0" w14:textId="77777777" w:rsidR="006003C4" w:rsidRDefault="006003C4">
            <w:pPr>
              <w:spacing w:after="0"/>
            </w:pPr>
          </w:p>
        </w:tc>
      </w:tr>
      <w:tr w:rsidR="006003C4" w14:paraId="00D35D60" w14:textId="77777777">
        <w:trPr>
          <w:jc w:val="center"/>
        </w:trPr>
        <w:tc>
          <w:tcPr>
            <w:tcW w:w="57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48858D53" w14:textId="77777777" w:rsidR="006003C4" w:rsidRDefault="00000000">
            <w:pPr>
              <w:spacing w:after="0"/>
              <w:jc w:val="center"/>
            </w:pPr>
            <w:r>
              <w:rPr>
                <w:b/>
                <w:sz w:val="17"/>
              </w:rPr>
              <w:t>7</w:t>
            </w:r>
          </w:p>
        </w:tc>
        <w:tc>
          <w:tcPr>
            <w:tcW w:w="5184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468B8517" w14:textId="77777777" w:rsidR="006003C4" w:rsidRDefault="00000000">
            <w:pPr>
              <w:spacing w:after="0"/>
            </w:pPr>
            <w:r>
              <w:rPr>
                <w:sz w:val="17"/>
              </w:rPr>
              <w:t>Tost makinesi, fritöz, ocak, çay kazanı vb. pişirme donanımlarının temiz, paslanmaz ve periyodik bakımlı olması</w:t>
            </w:r>
          </w:p>
        </w:tc>
        <w:tc>
          <w:tcPr>
            <w:tcW w:w="93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717D9852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7A49813D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70F00050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1800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4248E058" w14:textId="77777777" w:rsidR="006003C4" w:rsidRDefault="006003C4">
            <w:pPr>
              <w:spacing w:after="0"/>
            </w:pPr>
          </w:p>
        </w:tc>
      </w:tr>
      <w:tr w:rsidR="006003C4" w14:paraId="0165529D" w14:textId="77777777">
        <w:trPr>
          <w:jc w:val="center"/>
        </w:trPr>
        <w:tc>
          <w:tcPr>
            <w:tcW w:w="57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47B1D157" w14:textId="77777777" w:rsidR="006003C4" w:rsidRDefault="00000000">
            <w:pPr>
              <w:spacing w:after="0"/>
              <w:jc w:val="center"/>
            </w:pPr>
            <w:r>
              <w:rPr>
                <w:b/>
                <w:sz w:val="17"/>
              </w:rPr>
              <w:t>8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0BB8C98E" w14:textId="77777777" w:rsidR="006003C4" w:rsidRDefault="00000000">
            <w:pPr>
              <w:spacing w:after="0"/>
            </w:pPr>
            <w:r>
              <w:rPr>
                <w:sz w:val="17"/>
              </w:rPr>
              <w:t>Yeterli sayıda bulaşık ve el yıkama lavabosunun (sıcak/soğuk su, sıvı sabun, tek kullanımlık kağıt havlu) bulunması</w:t>
            </w:r>
          </w:p>
        </w:tc>
        <w:tc>
          <w:tcPr>
            <w:tcW w:w="93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4B190E73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1B4C1EA8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5240D471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1800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1C22E2D9" w14:textId="77777777" w:rsidR="006003C4" w:rsidRDefault="006003C4">
            <w:pPr>
              <w:spacing w:after="0"/>
            </w:pPr>
          </w:p>
        </w:tc>
      </w:tr>
      <w:tr w:rsidR="006003C4" w14:paraId="6E32DD7D" w14:textId="77777777">
        <w:trPr>
          <w:jc w:val="center"/>
        </w:trPr>
        <w:tc>
          <w:tcPr>
            <w:tcW w:w="57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271EF1DB" w14:textId="77777777" w:rsidR="006003C4" w:rsidRDefault="00000000">
            <w:pPr>
              <w:spacing w:after="0"/>
              <w:jc w:val="center"/>
            </w:pPr>
            <w:r>
              <w:rPr>
                <w:b/>
                <w:sz w:val="17"/>
              </w:rPr>
              <w:t>9</w:t>
            </w:r>
          </w:p>
        </w:tc>
        <w:tc>
          <w:tcPr>
            <w:tcW w:w="5184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69312776" w14:textId="77777777" w:rsidR="006003C4" w:rsidRDefault="00000000">
            <w:pPr>
              <w:spacing w:after="0"/>
            </w:pPr>
            <w:r>
              <w:rPr>
                <w:sz w:val="17"/>
              </w:rPr>
              <w:t>Pedallı/kapaklı, poşetli, hijyenik çöp kovalarının bulunması ve atıkların ortamda biriktirilmeden düzenli uzaklaştırılması</w:t>
            </w:r>
          </w:p>
        </w:tc>
        <w:tc>
          <w:tcPr>
            <w:tcW w:w="93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1DC3DB75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7DC6E3C7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521D460C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1800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481524D5" w14:textId="77777777" w:rsidR="006003C4" w:rsidRDefault="006003C4">
            <w:pPr>
              <w:spacing w:after="0"/>
            </w:pPr>
          </w:p>
        </w:tc>
      </w:tr>
      <w:tr w:rsidR="006003C4" w14:paraId="28080A86" w14:textId="77777777">
        <w:trPr>
          <w:jc w:val="center"/>
        </w:trPr>
        <w:tc>
          <w:tcPr>
            <w:tcW w:w="57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3067E3A5" w14:textId="77777777" w:rsidR="006003C4" w:rsidRDefault="00000000">
            <w:pPr>
              <w:spacing w:after="0"/>
              <w:jc w:val="center"/>
            </w:pPr>
            <w:r>
              <w:rPr>
                <w:b/>
                <w:sz w:val="17"/>
              </w:rPr>
              <w:t>10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1C9505B0" w14:textId="77777777" w:rsidR="006003C4" w:rsidRDefault="00000000">
            <w:pPr>
              <w:spacing w:after="0"/>
            </w:pPr>
            <w:r>
              <w:rPr>
                <w:sz w:val="17"/>
              </w:rPr>
              <w:t>Haşere ve kemirgenlere karşı periyodik ilaçlama yapılması, onaylı ilaçlama takip kartı/raporunun dosyalanması</w:t>
            </w:r>
          </w:p>
        </w:tc>
        <w:tc>
          <w:tcPr>
            <w:tcW w:w="93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1C07F520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78538B56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381563B8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1800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279F5EE4" w14:textId="77777777" w:rsidR="006003C4" w:rsidRDefault="006003C4">
            <w:pPr>
              <w:spacing w:after="0"/>
            </w:pPr>
          </w:p>
        </w:tc>
      </w:tr>
      <w:tr w:rsidR="006003C4" w14:paraId="1701AA6D" w14:textId="77777777">
        <w:trPr>
          <w:jc w:val="center"/>
        </w:trPr>
        <w:tc>
          <w:tcPr>
            <w:tcW w:w="57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57888B46" w14:textId="77777777" w:rsidR="006003C4" w:rsidRDefault="00000000">
            <w:pPr>
              <w:spacing w:after="0"/>
              <w:jc w:val="center"/>
            </w:pPr>
            <w:r>
              <w:rPr>
                <w:b/>
                <w:sz w:val="17"/>
              </w:rPr>
              <w:t>11</w:t>
            </w:r>
          </w:p>
        </w:tc>
        <w:tc>
          <w:tcPr>
            <w:tcW w:w="5184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2C53D90B" w14:textId="77777777" w:rsidR="006003C4" w:rsidRDefault="00000000">
            <w:pPr>
              <w:spacing w:after="0"/>
            </w:pPr>
            <w:r>
              <w:rPr>
                <w:sz w:val="17"/>
              </w:rPr>
              <w:t>Temizlik ekipmanları ve bezlerinin temiz, renk ayrımlı veya tek kullanımlık olması</w:t>
            </w:r>
          </w:p>
        </w:tc>
        <w:tc>
          <w:tcPr>
            <w:tcW w:w="93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27BA41F4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2F810801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041CEA74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1800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645B20AE" w14:textId="77777777" w:rsidR="006003C4" w:rsidRDefault="006003C4">
            <w:pPr>
              <w:spacing w:after="0"/>
            </w:pPr>
          </w:p>
        </w:tc>
      </w:tr>
      <w:tr w:rsidR="006003C4" w14:paraId="43188C54" w14:textId="77777777">
        <w:trPr>
          <w:jc w:val="center"/>
        </w:trPr>
        <w:tc>
          <w:tcPr>
            <w:tcW w:w="57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35F3CAB3" w14:textId="77777777" w:rsidR="006003C4" w:rsidRDefault="00000000">
            <w:pPr>
              <w:spacing w:after="0"/>
              <w:jc w:val="center"/>
            </w:pPr>
            <w:r>
              <w:rPr>
                <w:b/>
                <w:sz w:val="17"/>
              </w:rPr>
              <w:t>12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64B40A38" w14:textId="77777777" w:rsidR="006003C4" w:rsidRDefault="00000000">
            <w:pPr>
              <w:spacing w:after="0"/>
            </w:pPr>
            <w:r>
              <w:rPr>
                <w:sz w:val="17"/>
              </w:rPr>
              <w:t>Müşteri tüketim ve oturma alanlarının temiz, düzenli, havadar ve güvenli olması</w:t>
            </w:r>
          </w:p>
        </w:tc>
        <w:tc>
          <w:tcPr>
            <w:tcW w:w="93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69F8F456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0EC279F6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55CD895D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1800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491B9B10" w14:textId="77777777" w:rsidR="006003C4" w:rsidRDefault="006003C4">
            <w:pPr>
              <w:spacing w:after="0"/>
            </w:pPr>
          </w:p>
        </w:tc>
      </w:tr>
    </w:tbl>
    <w:p w14:paraId="1FCC525A" w14:textId="77777777" w:rsidR="006003C4" w:rsidRDefault="00000000">
      <w:pPr>
        <w:spacing w:before="120" w:after="40"/>
      </w:pPr>
      <w:r>
        <w:rPr>
          <w:b/>
          <w:color w:val="1B365D"/>
        </w:rPr>
        <w:t>B. GIDA GÜVENLİĞİ VE HİJYENİ (5996 SAYILI KANUN STANDARTLARI)</w:t>
      </w:r>
    </w:p>
    <w:tbl>
      <w:tblPr>
        <w:tblW w:w="0" w:type="auto"/>
        <w:jc w:val="center"/>
        <w:tblBorders>
          <w:top w:val="single" w:sz="4" w:space="0" w:color="D0D5DD"/>
          <w:left w:val="single" w:sz="4" w:space="0" w:color="D0D5DD"/>
          <w:bottom w:val="single" w:sz="4" w:space="0" w:color="D0D5DD"/>
          <w:right w:val="single" w:sz="4" w:space="0" w:color="D0D5DD"/>
          <w:insideH w:val="single" w:sz="4" w:space="0" w:color="D0D5DD"/>
        </w:tblBorders>
        <w:tblLook w:val="04A0" w:firstRow="1" w:lastRow="0" w:firstColumn="1" w:lastColumn="0" w:noHBand="0" w:noVBand="1"/>
      </w:tblPr>
      <w:tblGrid>
        <w:gridCol w:w="576"/>
        <w:gridCol w:w="5184"/>
        <w:gridCol w:w="936"/>
        <w:gridCol w:w="936"/>
        <w:gridCol w:w="936"/>
        <w:gridCol w:w="1800"/>
      </w:tblGrid>
      <w:tr w:rsidR="006003C4" w14:paraId="3D496717" w14:textId="77777777">
        <w:trPr>
          <w:jc w:val="center"/>
        </w:trPr>
        <w:tc>
          <w:tcPr>
            <w:tcW w:w="576" w:type="dxa"/>
            <w:shd w:val="clear" w:color="auto" w:fill="2B4C7E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800662" w14:textId="77777777" w:rsidR="006003C4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No</w:t>
            </w:r>
          </w:p>
        </w:tc>
        <w:tc>
          <w:tcPr>
            <w:tcW w:w="5184" w:type="dxa"/>
            <w:shd w:val="clear" w:color="auto" w:fill="2B4C7E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81C693" w14:textId="77777777" w:rsidR="006003C4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Denetim Kriteri / İnceleme Maddesi</w:t>
            </w:r>
          </w:p>
        </w:tc>
        <w:tc>
          <w:tcPr>
            <w:tcW w:w="936" w:type="dxa"/>
            <w:shd w:val="clear" w:color="auto" w:fill="2B4C7E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BABE1AC" w14:textId="77777777" w:rsidR="006003C4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Uygun</w:t>
            </w:r>
          </w:p>
        </w:tc>
        <w:tc>
          <w:tcPr>
            <w:tcW w:w="936" w:type="dxa"/>
            <w:shd w:val="clear" w:color="auto" w:fill="2B4C7E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BFD6F62" w14:textId="77777777" w:rsidR="006003C4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Uygun</w:t>
            </w:r>
            <w:r>
              <w:rPr>
                <w:b/>
                <w:color w:val="FFFFFF"/>
                <w:sz w:val="17"/>
              </w:rPr>
              <w:br/>
              <w:t>Değil</w:t>
            </w:r>
          </w:p>
        </w:tc>
        <w:tc>
          <w:tcPr>
            <w:tcW w:w="936" w:type="dxa"/>
            <w:shd w:val="clear" w:color="auto" w:fill="2B4C7E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A6CBA8" w14:textId="77777777" w:rsidR="006003C4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Kapsam</w:t>
            </w:r>
            <w:r>
              <w:rPr>
                <w:b/>
                <w:color w:val="FFFFFF"/>
                <w:sz w:val="17"/>
              </w:rPr>
              <w:br/>
              <w:t>Dışı</w:t>
            </w:r>
          </w:p>
        </w:tc>
        <w:tc>
          <w:tcPr>
            <w:tcW w:w="1800" w:type="dxa"/>
            <w:shd w:val="clear" w:color="auto" w:fill="2B4C7E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DFC9B0" w14:textId="77777777" w:rsidR="006003C4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Açıklama / Tespit Notu</w:t>
            </w:r>
          </w:p>
        </w:tc>
      </w:tr>
      <w:tr w:rsidR="006003C4" w14:paraId="1714B38A" w14:textId="77777777">
        <w:trPr>
          <w:jc w:val="center"/>
        </w:trPr>
        <w:tc>
          <w:tcPr>
            <w:tcW w:w="57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4404A476" w14:textId="77777777" w:rsidR="006003C4" w:rsidRDefault="00000000">
            <w:pPr>
              <w:spacing w:after="0"/>
              <w:jc w:val="center"/>
            </w:pPr>
            <w:r>
              <w:rPr>
                <w:b/>
                <w:sz w:val="17"/>
              </w:rPr>
              <w:t>13</w:t>
            </w:r>
          </w:p>
        </w:tc>
        <w:tc>
          <w:tcPr>
            <w:tcW w:w="5184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01262B2C" w14:textId="77777777" w:rsidR="006003C4" w:rsidRDefault="00000000">
            <w:pPr>
              <w:spacing w:after="0"/>
            </w:pPr>
            <w:r>
              <w:rPr>
                <w:sz w:val="17"/>
              </w:rPr>
              <w:t>Kullanılan ve satılan tüm gıda maddelerinin Tarım ve Orman Bakanlığı onaylı/kayıtlı olması, faturasının bulunması</w:t>
            </w:r>
          </w:p>
        </w:tc>
        <w:tc>
          <w:tcPr>
            <w:tcW w:w="93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3052E478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77138CE2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4410B5C5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1800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501A2BF2" w14:textId="77777777" w:rsidR="006003C4" w:rsidRDefault="006003C4">
            <w:pPr>
              <w:spacing w:after="0"/>
            </w:pPr>
          </w:p>
        </w:tc>
      </w:tr>
      <w:tr w:rsidR="006003C4" w14:paraId="5DDB22D8" w14:textId="77777777">
        <w:trPr>
          <w:jc w:val="center"/>
        </w:trPr>
        <w:tc>
          <w:tcPr>
            <w:tcW w:w="57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103879B2" w14:textId="77777777" w:rsidR="006003C4" w:rsidRDefault="00000000">
            <w:pPr>
              <w:spacing w:after="0"/>
              <w:jc w:val="center"/>
            </w:pPr>
            <w:r>
              <w:rPr>
                <w:b/>
                <w:sz w:val="17"/>
              </w:rPr>
              <w:t>14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61A15CDB" w14:textId="77777777" w:rsidR="006003C4" w:rsidRDefault="00000000">
            <w:pPr>
              <w:spacing w:after="0"/>
            </w:pPr>
            <w:r>
              <w:rPr>
                <w:sz w:val="17"/>
              </w:rPr>
              <w:t>Açıkta, etiketsiz, son tüketim tarihi (STT) geçmiş veya ambalajı hasarlı/yırtık/şişmiş ürün satışının olmaması</w:t>
            </w:r>
          </w:p>
        </w:tc>
        <w:tc>
          <w:tcPr>
            <w:tcW w:w="93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06742A6F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318C94E1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79384A2F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1800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7F82F417" w14:textId="77777777" w:rsidR="006003C4" w:rsidRDefault="006003C4">
            <w:pPr>
              <w:spacing w:after="0"/>
            </w:pPr>
          </w:p>
        </w:tc>
      </w:tr>
      <w:tr w:rsidR="006003C4" w14:paraId="687EAFAD" w14:textId="77777777">
        <w:trPr>
          <w:jc w:val="center"/>
        </w:trPr>
        <w:tc>
          <w:tcPr>
            <w:tcW w:w="57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3AD4A87D" w14:textId="77777777" w:rsidR="006003C4" w:rsidRDefault="00000000">
            <w:pPr>
              <w:spacing w:after="0"/>
              <w:jc w:val="center"/>
            </w:pPr>
            <w:r>
              <w:rPr>
                <w:b/>
                <w:sz w:val="17"/>
              </w:rPr>
              <w:t>15</w:t>
            </w:r>
          </w:p>
        </w:tc>
        <w:tc>
          <w:tcPr>
            <w:tcW w:w="5184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0B508C18" w14:textId="77777777" w:rsidR="006003C4" w:rsidRDefault="00000000">
            <w:pPr>
              <w:spacing w:after="0"/>
            </w:pPr>
            <w:r>
              <w:rPr>
                <w:sz w:val="17"/>
              </w:rPr>
              <w:t>Soğuk ortamda saklanması gereken gıdalar için yeterli soğutucu dolap bulunması ve termometrelerinin faal olması</w:t>
            </w:r>
          </w:p>
        </w:tc>
        <w:tc>
          <w:tcPr>
            <w:tcW w:w="93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2C1B2F8A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29FB8B2A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32168F6B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1800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2688C873" w14:textId="77777777" w:rsidR="006003C4" w:rsidRDefault="006003C4">
            <w:pPr>
              <w:spacing w:after="0"/>
            </w:pPr>
          </w:p>
        </w:tc>
      </w:tr>
      <w:tr w:rsidR="006003C4" w14:paraId="1C75D9AC" w14:textId="77777777">
        <w:trPr>
          <w:jc w:val="center"/>
        </w:trPr>
        <w:tc>
          <w:tcPr>
            <w:tcW w:w="57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5F268020" w14:textId="77777777" w:rsidR="006003C4" w:rsidRDefault="00000000">
            <w:pPr>
              <w:spacing w:after="0"/>
              <w:jc w:val="center"/>
            </w:pPr>
            <w:r>
              <w:rPr>
                <w:b/>
                <w:sz w:val="17"/>
              </w:rPr>
              <w:t>16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630E2443" w14:textId="77777777" w:rsidR="006003C4" w:rsidRDefault="00000000">
            <w:pPr>
              <w:spacing w:after="0"/>
            </w:pPr>
            <w:r>
              <w:rPr>
                <w:sz w:val="17"/>
              </w:rPr>
              <w:t>Et, tavuk ve şarküteri ürünlerinin (döner, köfte, sosis vb.) güvenilir kaynaktan temin edilmesi ve soğuk zincirde tutulması</w:t>
            </w:r>
          </w:p>
        </w:tc>
        <w:tc>
          <w:tcPr>
            <w:tcW w:w="93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309219F9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6FFB340E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1308EBAF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1800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58464FF2" w14:textId="77777777" w:rsidR="006003C4" w:rsidRDefault="006003C4">
            <w:pPr>
              <w:spacing w:after="0"/>
            </w:pPr>
          </w:p>
        </w:tc>
      </w:tr>
      <w:tr w:rsidR="006003C4" w14:paraId="3C1B8E4A" w14:textId="77777777">
        <w:trPr>
          <w:jc w:val="center"/>
        </w:trPr>
        <w:tc>
          <w:tcPr>
            <w:tcW w:w="57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702C5E65" w14:textId="77777777" w:rsidR="006003C4" w:rsidRDefault="00000000">
            <w:pPr>
              <w:spacing w:after="0"/>
              <w:jc w:val="center"/>
            </w:pPr>
            <w:r>
              <w:rPr>
                <w:b/>
                <w:sz w:val="17"/>
              </w:rPr>
              <w:lastRenderedPageBreak/>
              <w:t>17</w:t>
            </w:r>
          </w:p>
        </w:tc>
        <w:tc>
          <w:tcPr>
            <w:tcW w:w="5184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712E2A65" w14:textId="77777777" w:rsidR="006003C4" w:rsidRDefault="00000000">
            <w:pPr>
              <w:spacing w:after="0"/>
            </w:pPr>
            <w:r>
              <w:rPr>
                <w:sz w:val="17"/>
              </w:rPr>
              <w:t>Gıdaların saklama sıcaklıklarına (sıcak servis: min 65°C, soğuk dolap: 0-4°C, derin dondurucu: -18°C) eksiksiz uyulması</w:t>
            </w:r>
          </w:p>
        </w:tc>
        <w:tc>
          <w:tcPr>
            <w:tcW w:w="93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131D5F80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68E5803F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4775ED6B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1800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1221F75E" w14:textId="77777777" w:rsidR="006003C4" w:rsidRDefault="006003C4">
            <w:pPr>
              <w:spacing w:after="0"/>
            </w:pPr>
          </w:p>
        </w:tc>
      </w:tr>
      <w:tr w:rsidR="006003C4" w14:paraId="7A985A16" w14:textId="77777777">
        <w:trPr>
          <w:jc w:val="center"/>
        </w:trPr>
        <w:tc>
          <w:tcPr>
            <w:tcW w:w="57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082E8F1E" w14:textId="77777777" w:rsidR="006003C4" w:rsidRDefault="00000000">
            <w:pPr>
              <w:spacing w:after="0"/>
              <w:jc w:val="center"/>
            </w:pPr>
            <w:r>
              <w:rPr>
                <w:b/>
                <w:sz w:val="17"/>
              </w:rPr>
              <w:t>18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7D352A64" w14:textId="77777777" w:rsidR="006003C4" w:rsidRDefault="00000000">
            <w:pPr>
              <w:spacing w:after="0"/>
            </w:pPr>
            <w:r>
              <w:rPr>
                <w:sz w:val="17"/>
              </w:rPr>
              <w:t>Hazırlık ve serviste el ile doğrudan temasın önlenmesi (uygun tek kullanımlık eldiven, maşa vb. kullanımı)</w:t>
            </w:r>
          </w:p>
        </w:tc>
        <w:tc>
          <w:tcPr>
            <w:tcW w:w="93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7BA83CE1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00347C01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7885D401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1800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4123198F" w14:textId="77777777" w:rsidR="006003C4" w:rsidRDefault="006003C4">
            <w:pPr>
              <w:spacing w:after="0"/>
            </w:pPr>
          </w:p>
        </w:tc>
      </w:tr>
      <w:tr w:rsidR="006003C4" w14:paraId="2EAA54A2" w14:textId="77777777">
        <w:trPr>
          <w:jc w:val="center"/>
        </w:trPr>
        <w:tc>
          <w:tcPr>
            <w:tcW w:w="57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41C507B6" w14:textId="77777777" w:rsidR="006003C4" w:rsidRDefault="00000000">
            <w:pPr>
              <w:spacing w:after="0"/>
              <w:jc w:val="center"/>
            </w:pPr>
            <w:r>
              <w:rPr>
                <w:b/>
                <w:sz w:val="17"/>
              </w:rPr>
              <w:t>19</w:t>
            </w:r>
          </w:p>
        </w:tc>
        <w:tc>
          <w:tcPr>
            <w:tcW w:w="5184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3EC5A590" w14:textId="77777777" w:rsidR="006003C4" w:rsidRDefault="00000000">
            <w:pPr>
              <w:spacing w:after="0"/>
            </w:pPr>
            <w:r>
              <w:rPr>
                <w:sz w:val="17"/>
              </w:rPr>
              <w:t>Kimyasal temizlik ve dezenfeksiyon maddelerinin gıdalardan tamamen ayrı, kilitli/kapalı alanda muhafaza edilmesi</w:t>
            </w:r>
          </w:p>
        </w:tc>
        <w:tc>
          <w:tcPr>
            <w:tcW w:w="93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3F6D53FD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603BE01C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74116BC9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1800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5B60E126" w14:textId="77777777" w:rsidR="006003C4" w:rsidRDefault="006003C4">
            <w:pPr>
              <w:spacing w:after="0"/>
            </w:pPr>
          </w:p>
        </w:tc>
      </w:tr>
      <w:tr w:rsidR="006003C4" w14:paraId="51E58B87" w14:textId="77777777">
        <w:trPr>
          <w:jc w:val="center"/>
        </w:trPr>
        <w:tc>
          <w:tcPr>
            <w:tcW w:w="57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577D9EEC" w14:textId="77777777" w:rsidR="006003C4" w:rsidRDefault="00000000">
            <w:pPr>
              <w:spacing w:after="0"/>
              <w:jc w:val="center"/>
            </w:pPr>
            <w:r>
              <w:rPr>
                <w:b/>
                <w:sz w:val="17"/>
              </w:rPr>
              <w:t>20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094695EF" w14:textId="77777777" w:rsidR="006003C4" w:rsidRDefault="00000000">
            <w:pPr>
              <w:spacing w:after="0"/>
            </w:pPr>
            <w:r>
              <w:rPr>
                <w:sz w:val="17"/>
              </w:rPr>
              <w:t>Çapraz bulaşmayı önleyecek tedbirlerin alınması (çiğ et, sebze ve hazır gıdaların ayrı alan ve ekipmanda işlenmesi)</w:t>
            </w:r>
          </w:p>
        </w:tc>
        <w:tc>
          <w:tcPr>
            <w:tcW w:w="93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73F2AF43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403A9B72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236A32DE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1800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3C2E28F1" w14:textId="77777777" w:rsidR="006003C4" w:rsidRDefault="006003C4">
            <w:pPr>
              <w:spacing w:after="0"/>
            </w:pPr>
          </w:p>
        </w:tc>
      </w:tr>
    </w:tbl>
    <w:p w14:paraId="6E269C0C" w14:textId="77777777" w:rsidR="006003C4" w:rsidRDefault="00000000">
      <w:pPr>
        <w:spacing w:before="120" w:after="40"/>
      </w:pPr>
      <w:r>
        <w:rPr>
          <w:b/>
          <w:color w:val="1B365D"/>
        </w:rPr>
        <w:t>C. PERSONEL HİJYENİ VE SAĞLIĞI</w:t>
      </w:r>
    </w:p>
    <w:tbl>
      <w:tblPr>
        <w:tblW w:w="0" w:type="auto"/>
        <w:jc w:val="center"/>
        <w:tblBorders>
          <w:top w:val="single" w:sz="4" w:space="0" w:color="D0D5DD"/>
          <w:left w:val="single" w:sz="4" w:space="0" w:color="D0D5DD"/>
          <w:bottom w:val="single" w:sz="4" w:space="0" w:color="D0D5DD"/>
          <w:right w:val="single" w:sz="4" w:space="0" w:color="D0D5DD"/>
          <w:insideH w:val="single" w:sz="4" w:space="0" w:color="D0D5DD"/>
        </w:tblBorders>
        <w:tblLook w:val="04A0" w:firstRow="1" w:lastRow="0" w:firstColumn="1" w:lastColumn="0" w:noHBand="0" w:noVBand="1"/>
      </w:tblPr>
      <w:tblGrid>
        <w:gridCol w:w="576"/>
        <w:gridCol w:w="5184"/>
        <w:gridCol w:w="936"/>
        <w:gridCol w:w="936"/>
        <w:gridCol w:w="936"/>
        <w:gridCol w:w="1800"/>
      </w:tblGrid>
      <w:tr w:rsidR="006003C4" w14:paraId="479A4632" w14:textId="77777777">
        <w:trPr>
          <w:jc w:val="center"/>
        </w:trPr>
        <w:tc>
          <w:tcPr>
            <w:tcW w:w="576" w:type="dxa"/>
            <w:shd w:val="clear" w:color="auto" w:fill="2B4C7E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3D68AD" w14:textId="77777777" w:rsidR="006003C4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No</w:t>
            </w:r>
          </w:p>
        </w:tc>
        <w:tc>
          <w:tcPr>
            <w:tcW w:w="5184" w:type="dxa"/>
            <w:shd w:val="clear" w:color="auto" w:fill="2B4C7E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0E5997B" w14:textId="77777777" w:rsidR="006003C4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Denetim Kriteri / İnceleme Maddesi</w:t>
            </w:r>
          </w:p>
        </w:tc>
        <w:tc>
          <w:tcPr>
            <w:tcW w:w="936" w:type="dxa"/>
            <w:shd w:val="clear" w:color="auto" w:fill="2B4C7E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33DB4FE" w14:textId="77777777" w:rsidR="006003C4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Uygun</w:t>
            </w:r>
          </w:p>
        </w:tc>
        <w:tc>
          <w:tcPr>
            <w:tcW w:w="936" w:type="dxa"/>
            <w:shd w:val="clear" w:color="auto" w:fill="2B4C7E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551551" w14:textId="77777777" w:rsidR="006003C4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Uygun</w:t>
            </w:r>
            <w:r>
              <w:rPr>
                <w:b/>
                <w:color w:val="FFFFFF"/>
                <w:sz w:val="17"/>
              </w:rPr>
              <w:br/>
              <w:t>Değil</w:t>
            </w:r>
          </w:p>
        </w:tc>
        <w:tc>
          <w:tcPr>
            <w:tcW w:w="936" w:type="dxa"/>
            <w:shd w:val="clear" w:color="auto" w:fill="2B4C7E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81FADBC" w14:textId="77777777" w:rsidR="006003C4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Kapsam</w:t>
            </w:r>
            <w:r>
              <w:rPr>
                <w:b/>
                <w:color w:val="FFFFFF"/>
                <w:sz w:val="17"/>
              </w:rPr>
              <w:br/>
              <w:t>Dışı</w:t>
            </w:r>
          </w:p>
        </w:tc>
        <w:tc>
          <w:tcPr>
            <w:tcW w:w="1800" w:type="dxa"/>
            <w:shd w:val="clear" w:color="auto" w:fill="2B4C7E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258E6C8" w14:textId="77777777" w:rsidR="006003C4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Açıklama / Tespit Notu</w:t>
            </w:r>
          </w:p>
        </w:tc>
      </w:tr>
      <w:tr w:rsidR="006003C4" w14:paraId="096330D1" w14:textId="77777777">
        <w:trPr>
          <w:jc w:val="center"/>
        </w:trPr>
        <w:tc>
          <w:tcPr>
            <w:tcW w:w="57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0483C735" w14:textId="77777777" w:rsidR="006003C4" w:rsidRDefault="00000000">
            <w:pPr>
              <w:spacing w:after="0"/>
              <w:jc w:val="center"/>
            </w:pPr>
            <w:r>
              <w:rPr>
                <w:b/>
                <w:sz w:val="17"/>
              </w:rPr>
              <w:t>21</w:t>
            </w:r>
          </w:p>
        </w:tc>
        <w:tc>
          <w:tcPr>
            <w:tcW w:w="5184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4E7DE3F7" w14:textId="77777777" w:rsidR="006003C4" w:rsidRDefault="00000000">
            <w:pPr>
              <w:spacing w:after="0"/>
            </w:pPr>
            <w:r>
              <w:rPr>
                <w:sz w:val="17"/>
              </w:rPr>
              <w:t>Tüm çalışan personelin onaylı Hijyen Eğitimi Belgesi'nin bulunması ve dosyalanmış olması</w:t>
            </w:r>
          </w:p>
        </w:tc>
        <w:tc>
          <w:tcPr>
            <w:tcW w:w="93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4E9F5EE9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5308E4DD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1740D26C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1800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2CD52E6F" w14:textId="77777777" w:rsidR="006003C4" w:rsidRDefault="006003C4">
            <w:pPr>
              <w:spacing w:after="0"/>
            </w:pPr>
          </w:p>
        </w:tc>
      </w:tr>
      <w:tr w:rsidR="006003C4" w14:paraId="4A0CB8A4" w14:textId="77777777">
        <w:trPr>
          <w:jc w:val="center"/>
        </w:trPr>
        <w:tc>
          <w:tcPr>
            <w:tcW w:w="57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3D548942" w14:textId="77777777" w:rsidR="006003C4" w:rsidRDefault="00000000">
            <w:pPr>
              <w:spacing w:after="0"/>
              <w:jc w:val="center"/>
            </w:pPr>
            <w:r>
              <w:rPr>
                <w:b/>
                <w:sz w:val="17"/>
              </w:rPr>
              <w:t>22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6F227FD1" w14:textId="77777777" w:rsidR="006003C4" w:rsidRDefault="00000000">
            <w:pPr>
              <w:spacing w:after="0"/>
            </w:pPr>
            <w:r>
              <w:rPr>
                <w:sz w:val="17"/>
              </w:rPr>
              <w:t>Personelin temiz iş kıyafeti, önlük giymesi ve servis/hazırlık esnasında bone/kep, maske takması</w:t>
            </w:r>
          </w:p>
        </w:tc>
        <w:tc>
          <w:tcPr>
            <w:tcW w:w="93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198E62C6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06700480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12694951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1800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6C2E5F59" w14:textId="77777777" w:rsidR="006003C4" w:rsidRDefault="006003C4">
            <w:pPr>
              <w:spacing w:after="0"/>
            </w:pPr>
          </w:p>
        </w:tc>
      </w:tr>
      <w:tr w:rsidR="006003C4" w14:paraId="61BDC366" w14:textId="77777777">
        <w:trPr>
          <w:jc w:val="center"/>
        </w:trPr>
        <w:tc>
          <w:tcPr>
            <w:tcW w:w="57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65144737" w14:textId="77777777" w:rsidR="006003C4" w:rsidRDefault="00000000">
            <w:pPr>
              <w:spacing w:after="0"/>
              <w:jc w:val="center"/>
            </w:pPr>
            <w:r>
              <w:rPr>
                <w:b/>
                <w:sz w:val="17"/>
              </w:rPr>
              <w:t>23</w:t>
            </w:r>
          </w:p>
        </w:tc>
        <w:tc>
          <w:tcPr>
            <w:tcW w:w="5184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55FCE870" w14:textId="77777777" w:rsidR="006003C4" w:rsidRDefault="00000000">
            <w:pPr>
              <w:spacing w:after="0"/>
            </w:pPr>
            <w:r>
              <w:rPr>
                <w:sz w:val="17"/>
              </w:rPr>
              <w:t>Personelin kişisel el-tırnak hijyenine uyması, ellerde açık yara/lezyon bulunmaması (varsa su geçirmez bant)</w:t>
            </w:r>
          </w:p>
        </w:tc>
        <w:tc>
          <w:tcPr>
            <w:tcW w:w="93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626DFA42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3026B38F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57C338E8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1800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776B12D1" w14:textId="77777777" w:rsidR="006003C4" w:rsidRDefault="006003C4">
            <w:pPr>
              <w:spacing w:after="0"/>
            </w:pPr>
          </w:p>
        </w:tc>
      </w:tr>
      <w:tr w:rsidR="006003C4" w14:paraId="0B2352AA" w14:textId="77777777">
        <w:trPr>
          <w:jc w:val="center"/>
        </w:trPr>
        <w:tc>
          <w:tcPr>
            <w:tcW w:w="57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47FE1A6A" w14:textId="77777777" w:rsidR="006003C4" w:rsidRDefault="00000000">
            <w:pPr>
              <w:spacing w:after="0"/>
              <w:jc w:val="center"/>
            </w:pPr>
            <w:r>
              <w:rPr>
                <w:b/>
                <w:sz w:val="17"/>
              </w:rPr>
              <w:t>24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7A481FBC" w14:textId="77777777" w:rsidR="006003C4" w:rsidRDefault="00000000">
            <w:pPr>
              <w:spacing w:after="0"/>
            </w:pPr>
            <w:r>
              <w:rPr>
                <w:sz w:val="17"/>
              </w:rPr>
              <w:t>Personelin gıda yoluyla bulaşabilecek bulaşıcı hastalık belirtisi göstermemesi, periyodik sağlık takipleri</w:t>
            </w:r>
          </w:p>
        </w:tc>
        <w:tc>
          <w:tcPr>
            <w:tcW w:w="93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3BF65739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747CFD25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7A0873AB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1800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314A5172" w14:textId="77777777" w:rsidR="006003C4" w:rsidRDefault="006003C4">
            <w:pPr>
              <w:spacing w:after="0"/>
            </w:pPr>
          </w:p>
        </w:tc>
      </w:tr>
    </w:tbl>
    <w:p w14:paraId="65270BD6" w14:textId="77777777" w:rsidR="006003C4" w:rsidRDefault="00000000">
      <w:pPr>
        <w:spacing w:before="120" w:after="40"/>
      </w:pPr>
      <w:r>
        <w:rPr>
          <w:b/>
          <w:color w:val="1B365D"/>
        </w:rPr>
        <w:t>D. İŞ SAĞLIĞI, GÜVENLİĞİ VE İDARİ / SÖZLEŞME KURALLARI</w:t>
      </w:r>
    </w:p>
    <w:tbl>
      <w:tblPr>
        <w:tblW w:w="0" w:type="auto"/>
        <w:jc w:val="center"/>
        <w:tblBorders>
          <w:top w:val="single" w:sz="4" w:space="0" w:color="D0D5DD"/>
          <w:left w:val="single" w:sz="4" w:space="0" w:color="D0D5DD"/>
          <w:bottom w:val="single" w:sz="4" w:space="0" w:color="D0D5DD"/>
          <w:right w:val="single" w:sz="4" w:space="0" w:color="D0D5DD"/>
          <w:insideH w:val="single" w:sz="4" w:space="0" w:color="D0D5DD"/>
        </w:tblBorders>
        <w:tblLook w:val="04A0" w:firstRow="1" w:lastRow="0" w:firstColumn="1" w:lastColumn="0" w:noHBand="0" w:noVBand="1"/>
      </w:tblPr>
      <w:tblGrid>
        <w:gridCol w:w="576"/>
        <w:gridCol w:w="5184"/>
        <w:gridCol w:w="936"/>
        <w:gridCol w:w="936"/>
        <w:gridCol w:w="936"/>
        <w:gridCol w:w="1800"/>
      </w:tblGrid>
      <w:tr w:rsidR="006003C4" w14:paraId="0844BB2F" w14:textId="77777777">
        <w:trPr>
          <w:jc w:val="center"/>
        </w:trPr>
        <w:tc>
          <w:tcPr>
            <w:tcW w:w="576" w:type="dxa"/>
            <w:shd w:val="clear" w:color="auto" w:fill="2B4C7E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FE06E8" w14:textId="77777777" w:rsidR="006003C4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No</w:t>
            </w:r>
          </w:p>
        </w:tc>
        <w:tc>
          <w:tcPr>
            <w:tcW w:w="5184" w:type="dxa"/>
            <w:shd w:val="clear" w:color="auto" w:fill="2B4C7E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5BB6EB" w14:textId="77777777" w:rsidR="006003C4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Denetim Kriteri / İnceleme Maddesi</w:t>
            </w:r>
          </w:p>
        </w:tc>
        <w:tc>
          <w:tcPr>
            <w:tcW w:w="936" w:type="dxa"/>
            <w:shd w:val="clear" w:color="auto" w:fill="2B4C7E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851788" w14:textId="77777777" w:rsidR="006003C4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Uygun</w:t>
            </w:r>
          </w:p>
        </w:tc>
        <w:tc>
          <w:tcPr>
            <w:tcW w:w="936" w:type="dxa"/>
            <w:shd w:val="clear" w:color="auto" w:fill="2B4C7E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E4A528" w14:textId="77777777" w:rsidR="006003C4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Uygun</w:t>
            </w:r>
            <w:r>
              <w:rPr>
                <w:b/>
                <w:color w:val="FFFFFF"/>
                <w:sz w:val="17"/>
              </w:rPr>
              <w:br/>
              <w:t>Değil</w:t>
            </w:r>
          </w:p>
        </w:tc>
        <w:tc>
          <w:tcPr>
            <w:tcW w:w="936" w:type="dxa"/>
            <w:shd w:val="clear" w:color="auto" w:fill="2B4C7E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A0C6D3" w14:textId="77777777" w:rsidR="006003C4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Kapsam</w:t>
            </w:r>
            <w:r>
              <w:rPr>
                <w:b/>
                <w:color w:val="FFFFFF"/>
                <w:sz w:val="17"/>
              </w:rPr>
              <w:br/>
              <w:t>Dışı</w:t>
            </w:r>
          </w:p>
        </w:tc>
        <w:tc>
          <w:tcPr>
            <w:tcW w:w="1800" w:type="dxa"/>
            <w:shd w:val="clear" w:color="auto" w:fill="2B4C7E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EF85795" w14:textId="77777777" w:rsidR="006003C4" w:rsidRDefault="00000000"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Açıklama / Tespit Notu</w:t>
            </w:r>
          </w:p>
        </w:tc>
      </w:tr>
      <w:tr w:rsidR="006003C4" w14:paraId="0254E7E7" w14:textId="77777777">
        <w:trPr>
          <w:jc w:val="center"/>
        </w:trPr>
        <w:tc>
          <w:tcPr>
            <w:tcW w:w="57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4FCDBB90" w14:textId="77777777" w:rsidR="006003C4" w:rsidRDefault="00000000">
            <w:pPr>
              <w:spacing w:after="0"/>
              <w:jc w:val="center"/>
            </w:pPr>
            <w:r>
              <w:rPr>
                <w:b/>
                <w:sz w:val="17"/>
              </w:rPr>
              <w:t>25</w:t>
            </w:r>
          </w:p>
        </w:tc>
        <w:tc>
          <w:tcPr>
            <w:tcW w:w="5184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22A153B6" w14:textId="77777777" w:rsidR="006003C4" w:rsidRDefault="00000000">
            <w:pPr>
              <w:spacing w:after="0"/>
            </w:pPr>
            <w:r>
              <w:rPr>
                <w:sz w:val="17"/>
              </w:rPr>
              <w:t>İlk yardım dolabının bulunması, temel ilk yardım malzemelerinin eksiksiz ve son kullanma tarihli olması</w:t>
            </w:r>
          </w:p>
        </w:tc>
        <w:tc>
          <w:tcPr>
            <w:tcW w:w="93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22154323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24BD5D46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0FB00BD1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1800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6FC20C0B" w14:textId="77777777" w:rsidR="006003C4" w:rsidRDefault="006003C4">
            <w:pPr>
              <w:spacing w:after="0"/>
            </w:pPr>
          </w:p>
        </w:tc>
      </w:tr>
      <w:tr w:rsidR="006003C4" w14:paraId="01C1B0C2" w14:textId="77777777">
        <w:trPr>
          <w:jc w:val="center"/>
        </w:trPr>
        <w:tc>
          <w:tcPr>
            <w:tcW w:w="57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0E513D99" w14:textId="77777777" w:rsidR="006003C4" w:rsidRDefault="00000000">
            <w:pPr>
              <w:spacing w:after="0"/>
              <w:jc w:val="center"/>
            </w:pPr>
            <w:r>
              <w:rPr>
                <w:b/>
                <w:sz w:val="17"/>
              </w:rPr>
              <w:t>26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5DB4BE4B" w14:textId="77777777" w:rsidR="006003C4" w:rsidRDefault="00000000">
            <w:pPr>
              <w:spacing w:after="0"/>
            </w:pPr>
            <w:r>
              <w:rPr>
                <w:sz w:val="17"/>
              </w:rPr>
              <w:t>Yangın söndürme tüplerinin faal, periyodik kontrolleri yapılmış, barkodlu ve kolay erişilebilir olması</w:t>
            </w:r>
          </w:p>
        </w:tc>
        <w:tc>
          <w:tcPr>
            <w:tcW w:w="93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79F53E6D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5068CD1D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5F91B291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1800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737C4721" w14:textId="77777777" w:rsidR="006003C4" w:rsidRDefault="006003C4">
            <w:pPr>
              <w:spacing w:after="0"/>
            </w:pPr>
          </w:p>
        </w:tc>
      </w:tr>
      <w:tr w:rsidR="006003C4" w14:paraId="02248E00" w14:textId="77777777">
        <w:trPr>
          <w:jc w:val="center"/>
        </w:trPr>
        <w:tc>
          <w:tcPr>
            <w:tcW w:w="57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7EA6A803" w14:textId="77777777" w:rsidR="006003C4" w:rsidRDefault="00000000">
            <w:pPr>
              <w:spacing w:after="0"/>
              <w:jc w:val="center"/>
            </w:pPr>
            <w:r>
              <w:rPr>
                <w:b/>
                <w:sz w:val="17"/>
              </w:rPr>
              <w:t>27</w:t>
            </w:r>
          </w:p>
        </w:tc>
        <w:tc>
          <w:tcPr>
            <w:tcW w:w="5184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5A887B5E" w14:textId="77777777" w:rsidR="006003C4" w:rsidRDefault="00000000">
            <w:pPr>
              <w:spacing w:after="0"/>
            </w:pPr>
            <w:r>
              <w:rPr>
                <w:sz w:val="17"/>
              </w:rPr>
              <w:t>Elektrik panolarında kaçak akım rölesinin faal olması, açıkta priz/kablo olmaması, gaz dedektörünün bulunması</w:t>
            </w:r>
          </w:p>
        </w:tc>
        <w:tc>
          <w:tcPr>
            <w:tcW w:w="93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40F1B4DE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13B47BD2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0DFEF298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1800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08AD79C1" w14:textId="77777777" w:rsidR="006003C4" w:rsidRDefault="006003C4">
            <w:pPr>
              <w:spacing w:after="0"/>
            </w:pPr>
          </w:p>
        </w:tc>
      </w:tr>
      <w:tr w:rsidR="006003C4" w14:paraId="74161C0B" w14:textId="77777777">
        <w:trPr>
          <w:jc w:val="center"/>
        </w:trPr>
        <w:tc>
          <w:tcPr>
            <w:tcW w:w="57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4F6841E8" w14:textId="77777777" w:rsidR="006003C4" w:rsidRDefault="00000000">
            <w:pPr>
              <w:spacing w:after="0"/>
              <w:jc w:val="center"/>
            </w:pPr>
            <w:r>
              <w:rPr>
                <w:b/>
                <w:sz w:val="17"/>
              </w:rPr>
              <w:t>28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6DB54C0E" w14:textId="77777777" w:rsidR="006003C4" w:rsidRDefault="00000000">
            <w:pPr>
              <w:spacing w:after="0"/>
            </w:pPr>
            <w:r>
              <w:rPr>
                <w:sz w:val="17"/>
              </w:rPr>
              <w:t>İdarece onaylanmış güncel Fiyat Tarifesi listesinin görünür bir yerde panoda ilan edilmiş olması</w:t>
            </w:r>
          </w:p>
        </w:tc>
        <w:tc>
          <w:tcPr>
            <w:tcW w:w="93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5F339FB5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5A82CEE0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67474555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1800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343BC58A" w14:textId="77777777" w:rsidR="006003C4" w:rsidRDefault="006003C4">
            <w:pPr>
              <w:spacing w:after="0"/>
            </w:pPr>
          </w:p>
        </w:tc>
      </w:tr>
      <w:tr w:rsidR="006003C4" w14:paraId="6376A5FD" w14:textId="77777777">
        <w:trPr>
          <w:jc w:val="center"/>
        </w:trPr>
        <w:tc>
          <w:tcPr>
            <w:tcW w:w="57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0F3EB4D4" w14:textId="77777777" w:rsidR="006003C4" w:rsidRDefault="00000000">
            <w:pPr>
              <w:spacing w:after="0"/>
              <w:jc w:val="center"/>
            </w:pPr>
            <w:r>
              <w:rPr>
                <w:b/>
                <w:sz w:val="17"/>
              </w:rPr>
              <w:t>29</w:t>
            </w:r>
          </w:p>
        </w:tc>
        <w:tc>
          <w:tcPr>
            <w:tcW w:w="5184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73ABF2F8" w14:textId="77777777" w:rsidR="006003C4" w:rsidRDefault="00000000">
            <w:pPr>
              <w:spacing w:after="0"/>
            </w:pPr>
            <w:r>
              <w:rPr>
                <w:sz w:val="17"/>
              </w:rPr>
              <w:t>Kantin/kafeteryada İdarece belirlenen onaylı tavan fiyat tarifesi üzerinde kesinlikle satış yapılmaması</w:t>
            </w:r>
          </w:p>
        </w:tc>
        <w:tc>
          <w:tcPr>
            <w:tcW w:w="93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2694F8A6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3C13C927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5E18B6A1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1800" w:type="dxa"/>
            <w:shd w:val="clear" w:color="auto" w:fill="F9FAFB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75233A0B" w14:textId="77777777" w:rsidR="006003C4" w:rsidRDefault="006003C4">
            <w:pPr>
              <w:spacing w:after="0"/>
            </w:pPr>
          </w:p>
        </w:tc>
      </w:tr>
      <w:tr w:rsidR="006003C4" w14:paraId="2A23E247" w14:textId="77777777">
        <w:trPr>
          <w:jc w:val="center"/>
        </w:trPr>
        <w:tc>
          <w:tcPr>
            <w:tcW w:w="57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59CACDA0" w14:textId="77777777" w:rsidR="006003C4" w:rsidRDefault="00000000">
            <w:pPr>
              <w:spacing w:after="0"/>
              <w:jc w:val="center"/>
            </w:pPr>
            <w:r>
              <w:rPr>
                <w:b/>
                <w:sz w:val="17"/>
              </w:rPr>
              <w:t>30</w:t>
            </w:r>
          </w:p>
        </w:tc>
        <w:tc>
          <w:tcPr>
            <w:tcW w:w="5184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543F507C" w14:textId="77777777" w:rsidR="006003C4" w:rsidRDefault="00000000">
            <w:pPr>
              <w:spacing w:after="0"/>
            </w:pPr>
            <w:r>
              <w:rPr>
                <w:sz w:val="17"/>
              </w:rPr>
              <w:t>Tütün ve tütün mamulleri, alkol ve gençlere satışı yasaklı olan zararlı ürünlerin satışının ve kullanımının olmaması</w:t>
            </w:r>
          </w:p>
        </w:tc>
        <w:tc>
          <w:tcPr>
            <w:tcW w:w="93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1BFF8B54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3590C6AB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936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0E226DF5" w14:textId="77777777" w:rsidR="006003C4" w:rsidRDefault="00000000">
            <w:pPr>
              <w:spacing w:after="0"/>
              <w:jc w:val="center"/>
            </w:pPr>
            <w:r>
              <w:rPr>
                <w:color w:val="666666"/>
                <w:sz w:val="17"/>
              </w:rPr>
              <w:t>[   ]</w:t>
            </w:r>
          </w:p>
        </w:tc>
        <w:tc>
          <w:tcPr>
            <w:tcW w:w="1800" w:type="dxa"/>
            <w:shd w:val="clear" w:color="auto" w:fill="FFFFFF"/>
            <w:tcMar>
              <w:top w:w="40" w:type="dxa"/>
              <w:left w:w="50" w:type="dxa"/>
              <w:bottom w:w="40" w:type="dxa"/>
              <w:right w:w="50" w:type="dxa"/>
            </w:tcMar>
            <w:vAlign w:val="center"/>
          </w:tcPr>
          <w:p w14:paraId="59E10FB1" w14:textId="77777777" w:rsidR="006003C4" w:rsidRDefault="006003C4">
            <w:pPr>
              <w:spacing w:after="0"/>
            </w:pPr>
          </w:p>
        </w:tc>
      </w:tr>
    </w:tbl>
    <w:p w14:paraId="3DAC83A0" w14:textId="77777777" w:rsidR="006003C4" w:rsidRDefault="00000000">
      <w:pPr>
        <w:spacing w:before="160" w:after="40"/>
      </w:pPr>
      <w:r>
        <w:rPr>
          <w:b/>
          <w:color w:val="1B365D"/>
        </w:rPr>
        <w:t>E. TESPİT EDİLEN EKSİKLİKLER, DEĞERLENDİRME VE SONUÇ</w:t>
      </w:r>
    </w:p>
    <w:tbl>
      <w:tblPr>
        <w:tblW w:w="0" w:type="auto"/>
        <w:jc w:val="center"/>
        <w:tblBorders>
          <w:top w:val="single" w:sz="4" w:space="0" w:color="B0B8C1"/>
          <w:left w:val="single" w:sz="4" w:space="0" w:color="B0B8C1"/>
          <w:bottom w:val="single" w:sz="4" w:space="0" w:color="B0B8C1"/>
          <w:right w:val="single" w:sz="4" w:space="0" w:color="B0B8C1"/>
          <w:insideH w:val="single" w:sz="4" w:space="0" w:color="B0B8C1"/>
        </w:tblBorders>
        <w:tblLook w:val="04A0" w:firstRow="1" w:lastRow="0" w:firstColumn="1" w:lastColumn="0" w:noHBand="0" w:noVBand="1"/>
      </w:tblPr>
      <w:tblGrid>
        <w:gridCol w:w="10368"/>
      </w:tblGrid>
      <w:tr w:rsidR="006003C4" w14:paraId="76B7C442" w14:textId="77777777" w:rsidTr="0046774C">
        <w:trPr>
          <w:trHeight w:val="2236"/>
          <w:jc w:val="center"/>
        </w:trPr>
        <w:tc>
          <w:tcPr>
            <w:tcW w:w="10368" w:type="dxa"/>
            <w:shd w:val="clear" w:color="auto" w:fill="FCFDFD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42760E" w14:textId="77777777" w:rsidR="006003C4" w:rsidRDefault="00000000">
            <w:proofErr w:type="spellStart"/>
            <w:r>
              <w:rPr>
                <w:color w:val="555555"/>
                <w:sz w:val="17"/>
              </w:rPr>
              <w:t>Tespit</w:t>
            </w:r>
            <w:proofErr w:type="spellEnd"/>
            <w:r>
              <w:rPr>
                <w:color w:val="555555"/>
                <w:sz w:val="17"/>
              </w:rPr>
              <w:t xml:space="preserve"> </w:t>
            </w:r>
            <w:proofErr w:type="spellStart"/>
            <w:r>
              <w:rPr>
                <w:color w:val="555555"/>
                <w:sz w:val="17"/>
              </w:rPr>
              <w:t>Edilen</w:t>
            </w:r>
            <w:proofErr w:type="spellEnd"/>
            <w:r>
              <w:rPr>
                <w:color w:val="555555"/>
                <w:sz w:val="17"/>
              </w:rPr>
              <w:t xml:space="preserve"> </w:t>
            </w:r>
            <w:proofErr w:type="spellStart"/>
            <w:r>
              <w:rPr>
                <w:color w:val="555555"/>
                <w:sz w:val="17"/>
              </w:rPr>
              <w:t>Somut</w:t>
            </w:r>
            <w:proofErr w:type="spellEnd"/>
            <w:r>
              <w:rPr>
                <w:color w:val="555555"/>
                <w:sz w:val="17"/>
              </w:rPr>
              <w:t xml:space="preserve"> </w:t>
            </w:r>
            <w:proofErr w:type="spellStart"/>
            <w:r>
              <w:rPr>
                <w:color w:val="555555"/>
                <w:sz w:val="17"/>
              </w:rPr>
              <w:t>Eksiklikler</w:t>
            </w:r>
            <w:proofErr w:type="spellEnd"/>
            <w:r>
              <w:rPr>
                <w:color w:val="555555"/>
                <w:sz w:val="17"/>
              </w:rPr>
              <w:t xml:space="preserve"> ve Notlar:</w:t>
            </w:r>
            <w:r>
              <w:rPr>
                <w:color w:val="555555"/>
                <w:sz w:val="17"/>
              </w:rPr>
              <w:br/>
              <w:t>..................................................................................................................................</w:t>
            </w:r>
            <w:r>
              <w:rPr>
                <w:color w:val="555555"/>
                <w:sz w:val="17"/>
              </w:rPr>
              <w:br/>
              <w:t>..................................................................................................................................</w:t>
            </w:r>
            <w:r>
              <w:rPr>
                <w:color w:val="555555"/>
                <w:sz w:val="17"/>
              </w:rPr>
              <w:br/>
              <w:t>..................................................................................................................................</w:t>
            </w:r>
            <w:r>
              <w:rPr>
                <w:color w:val="555555"/>
                <w:sz w:val="17"/>
              </w:rPr>
              <w:br/>
            </w:r>
          </w:p>
        </w:tc>
      </w:tr>
    </w:tbl>
    <w:p w14:paraId="02F11BA1" w14:textId="77777777" w:rsidR="006003C4" w:rsidRDefault="00000000">
      <w:pPr>
        <w:spacing w:before="100" w:after="120"/>
      </w:pPr>
      <w:r>
        <w:rPr>
          <w:b/>
          <w:sz w:val="17"/>
        </w:rPr>
        <w:t xml:space="preserve">SONUÇ VE İHTAR: </w:t>
      </w:r>
      <w:proofErr w:type="spellStart"/>
      <w:r>
        <w:rPr>
          <w:sz w:val="17"/>
        </w:rPr>
        <w:t>Yukarıda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maddeler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halinde</w:t>
      </w:r>
      <w:proofErr w:type="spellEnd"/>
      <w:r>
        <w:rPr>
          <w:sz w:val="17"/>
        </w:rPr>
        <w:t xml:space="preserve"> </w:t>
      </w:r>
      <w:proofErr w:type="spellStart"/>
      <w:r>
        <w:rPr>
          <w:sz w:val="17"/>
        </w:rPr>
        <w:t>belirtilen</w:t>
      </w:r>
      <w:proofErr w:type="spellEnd"/>
      <w:r>
        <w:rPr>
          <w:sz w:val="17"/>
        </w:rPr>
        <w:t xml:space="preserve"> denetimde tespit edilen aykırılık ve eksikliklerin giderilmesi için işletmeciye </w:t>
      </w:r>
      <w:proofErr w:type="gramStart"/>
      <w:r>
        <w:rPr>
          <w:sz w:val="17"/>
        </w:rPr>
        <w:t>.....</w:t>
      </w:r>
      <w:proofErr w:type="gramEnd"/>
      <w:r>
        <w:rPr>
          <w:sz w:val="17"/>
        </w:rPr>
        <w:t xml:space="preserve"> (....................) iş günü süre verilmiştir. Belirtilen termin süresi sonunda yapılacak takip denetiminde eksikliklerin giderilmemiş olması halinde; Üniversitemiz Taşınmaz Kira Sözleşmesi, İdari Şartname ve 5996 sayılı Kanun hükümleri uyarınca cezai işlem, idari para cezası ve/veya sözleşme feshi yoluna gidileceği hususu </w:t>
      </w:r>
      <w:r>
        <w:rPr>
          <w:sz w:val="17"/>
        </w:rPr>
        <w:lastRenderedPageBreak/>
        <w:t>işletmeciye tefhim ve tebliğ edilmiştir.</w:t>
      </w:r>
      <w:r>
        <w:rPr>
          <w:sz w:val="17"/>
        </w:rPr>
        <w:br/>
        <w:t>İşbu denetim tutanağı mahallinde tanzim olunarak müştereken imza altına alınmıştır.</w:t>
      </w:r>
    </w:p>
    <w:tbl>
      <w:tblPr>
        <w:tblW w:w="0" w:type="auto"/>
        <w:jc w:val="center"/>
        <w:tblBorders>
          <w:top w:val="single" w:sz="4" w:space="0" w:color="B0B8C1"/>
          <w:left w:val="single" w:sz="4" w:space="0" w:color="B0B8C1"/>
          <w:bottom w:val="single" w:sz="4" w:space="0" w:color="B0B8C1"/>
          <w:right w:val="single" w:sz="4" w:space="0" w:color="B0B8C1"/>
          <w:insideH w:val="single" w:sz="4" w:space="0" w:color="B0B8C1"/>
        </w:tblBorders>
        <w:tblLook w:val="04A0" w:firstRow="1" w:lastRow="0" w:firstColumn="1" w:lastColumn="0" w:noHBand="0" w:noVBand="1"/>
      </w:tblPr>
      <w:tblGrid>
        <w:gridCol w:w="6480"/>
        <w:gridCol w:w="3888"/>
      </w:tblGrid>
      <w:tr w:rsidR="006003C4" w14:paraId="5BAD8ECB" w14:textId="77777777">
        <w:trPr>
          <w:jc w:val="center"/>
        </w:trPr>
        <w:tc>
          <w:tcPr>
            <w:tcW w:w="6480" w:type="dxa"/>
            <w:shd w:val="clear" w:color="auto" w:fill="EAECF0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6BDA881" w14:textId="77777777" w:rsidR="006003C4" w:rsidRDefault="00000000">
            <w:pPr>
              <w:jc w:val="center"/>
            </w:pPr>
            <w:r>
              <w:rPr>
                <w:b/>
                <w:sz w:val="17"/>
              </w:rPr>
              <w:t>DENETİM KOMİSYONU / DENETLEYENLER</w:t>
            </w:r>
          </w:p>
        </w:tc>
        <w:tc>
          <w:tcPr>
            <w:tcW w:w="3888" w:type="dxa"/>
            <w:shd w:val="clear" w:color="auto" w:fill="EAECF0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4F665D5" w14:textId="77777777" w:rsidR="006003C4" w:rsidRDefault="00000000">
            <w:pPr>
              <w:jc w:val="center"/>
            </w:pPr>
            <w:r>
              <w:rPr>
                <w:b/>
                <w:sz w:val="17"/>
              </w:rPr>
              <w:t>İŞLETME YETKİLİSİ / KANTİN SORUMLUSU</w:t>
            </w:r>
          </w:p>
        </w:tc>
      </w:tr>
      <w:tr w:rsidR="006003C4" w14:paraId="6EDB0D33" w14:textId="77777777" w:rsidTr="0046774C">
        <w:trPr>
          <w:trHeight w:val="2601"/>
          <w:jc w:val="center"/>
        </w:trPr>
        <w:tc>
          <w:tcPr>
            <w:tcW w:w="6480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4BE999" w14:textId="77777777" w:rsidR="006003C4" w:rsidRDefault="00000000">
            <w:r>
              <w:rPr>
                <w:sz w:val="16"/>
              </w:rPr>
              <w:t xml:space="preserve">1. Üye (Komisyon </w:t>
            </w:r>
            <w:proofErr w:type="gramStart"/>
            <w:r>
              <w:rPr>
                <w:sz w:val="16"/>
              </w:rPr>
              <w:t xml:space="preserve">Başkanı)   </w:t>
            </w:r>
            <w:proofErr w:type="gramEnd"/>
            <w:r>
              <w:rPr>
                <w:sz w:val="16"/>
              </w:rPr>
              <w:t xml:space="preserve">     2. Üye                                 3. Üye</w:t>
            </w:r>
            <w:r>
              <w:rPr>
                <w:sz w:val="16"/>
              </w:rPr>
              <w:br/>
              <w:t>Adı Soyadı: ....................       Adı Soyadı: ....................       Adı Soyadı: ....................</w:t>
            </w:r>
            <w:r>
              <w:rPr>
                <w:sz w:val="16"/>
              </w:rPr>
              <w:br/>
              <w:t>Unvanı: ............................       Unvanı: ............................       Unvanı: ............................</w:t>
            </w:r>
            <w:r>
              <w:rPr>
                <w:sz w:val="16"/>
              </w:rPr>
              <w:br/>
              <w:t>İmza:                                        İmza:                                        İmza:</w:t>
            </w:r>
          </w:p>
        </w:tc>
        <w:tc>
          <w:tcPr>
            <w:tcW w:w="3888" w:type="dxa"/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4D62FA" w14:textId="77777777" w:rsidR="006003C4" w:rsidRDefault="00000000">
            <w:r>
              <w:rPr>
                <w:sz w:val="16"/>
              </w:rPr>
              <w:t>Adı Soyadı: ...................................................</w:t>
            </w:r>
            <w:r>
              <w:rPr>
                <w:sz w:val="16"/>
              </w:rPr>
              <w:br/>
              <w:t>Görevi / Kaşe: ...............................................</w:t>
            </w:r>
            <w:r>
              <w:rPr>
                <w:sz w:val="16"/>
              </w:rPr>
              <w:br/>
              <w:t>İmza: .............................................................</w:t>
            </w:r>
            <w:r>
              <w:rPr>
                <w:sz w:val="16"/>
              </w:rPr>
              <w:br/>
            </w:r>
            <w:r>
              <w:rPr>
                <w:sz w:val="16"/>
              </w:rPr>
              <w:br/>
              <w:t>[  ] Tebellüğ etti, bir suretini elden teslim aldı.</w:t>
            </w:r>
            <w:r>
              <w:rPr>
                <w:sz w:val="16"/>
              </w:rPr>
              <w:br/>
              <w:t>[  ] İmzadan imtina etti.</w:t>
            </w:r>
          </w:p>
        </w:tc>
      </w:tr>
    </w:tbl>
    <w:p w14:paraId="64964B72" w14:textId="77777777" w:rsidR="001457D9" w:rsidRDefault="001457D9"/>
    <w:sectPr w:rsidR="001457D9" w:rsidSect="00034616">
      <w:footerReference w:type="default" r:id="rId8"/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C828BE" w14:textId="77777777" w:rsidR="000B78DC" w:rsidRDefault="000B78DC" w:rsidP="00F2474D">
      <w:pPr>
        <w:spacing w:after="0" w:line="240" w:lineRule="auto"/>
      </w:pPr>
      <w:r>
        <w:separator/>
      </w:r>
    </w:p>
  </w:endnote>
  <w:endnote w:type="continuationSeparator" w:id="0">
    <w:p w14:paraId="26D8BB4F" w14:textId="77777777" w:rsidR="000B78DC" w:rsidRDefault="000B78DC" w:rsidP="00F24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A2466" w14:textId="3093E188" w:rsidR="00F2474D" w:rsidRPr="00F2474D" w:rsidRDefault="00F2474D" w:rsidP="00F2474D">
    <w:pPr>
      <w:pStyle w:val="AltBilgi"/>
      <w:jc w:val="right"/>
      <w:rPr>
        <w:rFonts w:ascii="Times New Roman" w:hAnsi="Times New Roman" w:cs="Times New Roman"/>
        <w:sz w:val="20"/>
        <w:szCs w:val="20"/>
        <w:lang w:val="tr-TR"/>
      </w:rPr>
    </w:pPr>
    <w:bookmarkStart w:id="0" w:name="_Hlk242266040"/>
    <w:r w:rsidRPr="00F2474D">
      <w:rPr>
        <w:rFonts w:ascii="Times New Roman" w:hAnsi="Times New Roman" w:cs="Times New Roman"/>
        <w:sz w:val="20"/>
        <w:szCs w:val="20"/>
        <w:lang w:val="tr-TR"/>
      </w:rPr>
      <w:t>KYS-FRM-8</w:t>
    </w:r>
    <w:r w:rsidRPr="00F2474D">
      <w:rPr>
        <w:rFonts w:ascii="Times New Roman" w:hAnsi="Times New Roman" w:cs="Times New Roman"/>
        <w:sz w:val="20"/>
        <w:szCs w:val="20"/>
        <w:lang w:val="tr-TR"/>
      </w:rPr>
      <w:t>42</w:t>
    </w:r>
    <w:r w:rsidRPr="00F2474D">
      <w:rPr>
        <w:rFonts w:ascii="Times New Roman" w:hAnsi="Times New Roman" w:cs="Times New Roman"/>
        <w:sz w:val="20"/>
        <w:szCs w:val="20"/>
        <w:lang w:val="tr-TR"/>
      </w:rPr>
      <w:t xml:space="preserve"> Yayın Tarihi: 14.10.2026 Revizyon No: 00 Revizyon </w:t>
    </w:r>
    <w:proofErr w:type="gramStart"/>
    <w:r w:rsidRPr="00F2474D">
      <w:rPr>
        <w:rFonts w:ascii="Times New Roman" w:hAnsi="Times New Roman" w:cs="Times New Roman"/>
        <w:sz w:val="20"/>
        <w:szCs w:val="20"/>
        <w:lang w:val="tr-TR"/>
      </w:rPr>
      <w:t>Tarihi:-</w:t>
    </w:r>
    <w:proofErr w:type="gramEnd"/>
    <w:r w:rsidRPr="00F2474D">
      <w:rPr>
        <w:rFonts w:ascii="Times New Roman" w:hAnsi="Times New Roman" w:cs="Times New Roman"/>
        <w:sz w:val="20"/>
        <w:szCs w:val="20"/>
        <w:lang w:val="tr-TR"/>
      </w:rPr>
      <w:t>-</w:t>
    </w:r>
  </w:p>
  <w:bookmarkEnd w:id="0"/>
  <w:p w14:paraId="4AFB749A" w14:textId="77777777" w:rsidR="00F2474D" w:rsidRDefault="00F2474D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C5A4DC" w14:textId="77777777" w:rsidR="000B78DC" w:rsidRDefault="000B78DC" w:rsidP="00F2474D">
      <w:pPr>
        <w:spacing w:after="0" w:line="240" w:lineRule="auto"/>
      </w:pPr>
      <w:r>
        <w:separator/>
      </w:r>
    </w:p>
  </w:footnote>
  <w:footnote w:type="continuationSeparator" w:id="0">
    <w:p w14:paraId="426FABFE" w14:textId="77777777" w:rsidR="000B78DC" w:rsidRDefault="000B78DC" w:rsidP="00F247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8788033">
    <w:abstractNumId w:val="8"/>
  </w:num>
  <w:num w:numId="2" w16cid:durableId="1087579607">
    <w:abstractNumId w:val="6"/>
  </w:num>
  <w:num w:numId="3" w16cid:durableId="1708992166">
    <w:abstractNumId w:val="5"/>
  </w:num>
  <w:num w:numId="4" w16cid:durableId="1233156799">
    <w:abstractNumId w:val="4"/>
  </w:num>
  <w:num w:numId="5" w16cid:durableId="357900885">
    <w:abstractNumId w:val="7"/>
  </w:num>
  <w:num w:numId="6" w16cid:durableId="1517965577">
    <w:abstractNumId w:val="3"/>
  </w:num>
  <w:num w:numId="7" w16cid:durableId="199249017">
    <w:abstractNumId w:val="2"/>
  </w:num>
  <w:num w:numId="8" w16cid:durableId="1898585243">
    <w:abstractNumId w:val="1"/>
  </w:num>
  <w:num w:numId="9" w16cid:durableId="789517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B78DC"/>
    <w:rsid w:val="001457D9"/>
    <w:rsid w:val="0015074B"/>
    <w:rsid w:val="0029639D"/>
    <w:rsid w:val="00326F90"/>
    <w:rsid w:val="0046774C"/>
    <w:rsid w:val="006003C4"/>
    <w:rsid w:val="00AA1D8D"/>
    <w:rsid w:val="00B47730"/>
    <w:rsid w:val="00BC2E45"/>
    <w:rsid w:val="00CB0664"/>
    <w:rsid w:val="00E364EB"/>
    <w:rsid w:val="00F2474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0220D2"/>
  <w14:defaultImageDpi w14:val="300"/>
  <w15:docId w15:val="{BEDE5BC3-7E98-4DC0-BBF0-C0F5647E0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  <w:color w:val="333333"/>
      <w:sz w:val="19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1005</Words>
  <Characters>5731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6723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cp:lastPrinted>2026-10-12T07:40:00Z</cp:lastPrinted>
  <dcterms:created xsi:type="dcterms:W3CDTF">2026-10-14T12:35:00Z</dcterms:created>
  <dcterms:modified xsi:type="dcterms:W3CDTF">2026-10-14T12:35:00Z</dcterms:modified>
  <cp:category/>
</cp:coreProperties>
</file>