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1F9C3" w14:textId="528BFCEC" w:rsidR="00465A48" w:rsidRDefault="00465A48" w:rsidP="00E15ABE">
      <w:pPr>
        <w:jc w:val="center"/>
        <w:rPr>
          <w:b/>
          <w:color w:val="9B1B30"/>
          <w:sz w:val="40"/>
        </w:rPr>
      </w:pPr>
      <w:r>
        <w:rPr>
          <w:b/>
          <w:color w:val="9B1B30"/>
          <w:sz w:val="40"/>
        </w:rPr>
        <w:t xml:space="preserve">                          </w:t>
      </w:r>
    </w:p>
    <w:p w14:paraId="71B98221" w14:textId="6BB9E700" w:rsidR="00465A48" w:rsidRDefault="00E15ABE" w:rsidP="00E15ABE">
      <w:pPr>
        <w:jc w:val="center"/>
        <w:rPr>
          <w:b/>
          <w:color w:val="9B1B30"/>
          <w:sz w:val="40"/>
        </w:rPr>
      </w:pPr>
      <w:r>
        <w:rPr>
          <w:b/>
          <w:color w:val="9B1B30"/>
          <w:sz w:val="40"/>
        </w:rPr>
        <w:t xml:space="preserve">                           </w:t>
      </w:r>
      <w:r>
        <w:rPr>
          <w:noProof/>
          <w:lang w:val="tr-TR" w:eastAsia="tr-TR"/>
        </w:rPr>
        <w:drawing>
          <wp:inline distT="0" distB="0" distL="0" distR="0" wp14:anchorId="0D9102B1" wp14:editId="0EB76DD2">
            <wp:extent cx="3314700" cy="1581150"/>
            <wp:effectExtent l="0" t="0" r="0" b="0"/>
            <wp:docPr id="1969159117" name="Resim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86BBA" w14:textId="0BCDD037" w:rsidR="00B11E92" w:rsidRDefault="00E15ABE" w:rsidP="003D7238">
      <w:pPr>
        <w:jc w:val="center"/>
      </w:pPr>
      <w:r>
        <w:rPr>
          <w:b/>
          <w:color w:val="9B1B30"/>
          <w:sz w:val="40"/>
        </w:rPr>
        <w:t>DOĞALGAZ VE TESİSATI ATÖLYESİ</w:t>
      </w:r>
      <w:r>
        <w:rPr>
          <w:b/>
          <w:color w:val="9B1B30"/>
          <w:sz w:val="40"/>
        </w:rPr>
        <w:br/>
        <w:t>CİHAZ KULLANIM KAYIT DEFTERİ</w:t>
      </w:r>
    </w:p>
    <w:p w14:paraId="5B295C3E" w14:textId="19A8DC5A" w:rsidR="00B11E92" w:rsidRDefault="00E15ABE" w:rsidP="003D7238">
      <w:pPr>
        <w:jc w:val="center"/>
      </w:pPr>
      <w:r>
        <w:br/>
      </w:r>
      <w:r w:rsidRPr="00E554B3">
        <w:rPr>
          <w:b/>
          <w:bCs/>
        </w:rPr>
        <w:t>Kurum Adı:</w:t>
      </w:r>
      <w:r>
        <w:t xml:space="preserve"> </w:t>
      </w:r>
      <w:r w:rsidR="00E554B3">
        <w:t xml:space="preserve">Kastamonu Üniversitesi </w:t>
      </w:r>
      <w:r>
        <w:t>Abana Sabahat Mesut Yılmaz Meslek Yüksekokulu</w:t>
      </w:r>
    </w:p>
    <w:p w14:paraId="5CA02995" w14:textId="6B73750B" w:rsidR="00E554B3" w:rsidRDefault="00E15ABE" w:rsidP="003D7238">
      <w:pPr>
        <w:jc w:val="center"/>
      </w:pPr>
      <w:r w:rsidRPr="00E554B3">
        <w:rPr>
          <w:b/>
          <w:bCs/>
        </w:rPr>
        <w:t>Web:</w:t>
      </w:r>
      <w:r>
        <w:t xml:space="preserve"> abana.kastamonu.edu.tr</w:t>
      </w:r>
    </w:p>
    <w:p w14:paraId="51629200" w14:textId="5E72291D" w:rsidR="00B11E92" w:rsidRDefault="00E15ABE" w:rsidP="003D7238">
      <w:pPr>
        <w:jc w:val="center"/>
      </w:pPr>
      <w:r w:rsidRPr="00E554B3">
        <w:rPr>
          <w:b/>
          <w:bCs/>
        </w:rPr>
        <w:t>E-</w:t>
      </w:r>
      <w:r w:rsidR="00E554B3" w:rsidRPr="00E554B3">
        <w:rPr>
          <w:b/>
          <w:bCs/>
        </w:rPr>
        <w:t>P</w:t>
      </w:r>
      <w:r w:rsidRPr="00E554B3">
        <w:rPr>
          <w:b/>
          <w:bCs/>
        </w:rPr>
        <w:t>osta:</w:t>
      </w:r>
      <w:r>
        <w:t xml:space="preserve"> </w:t>
      </w:r>
      <w:hyperlink r:id="rId9" w:history="1">
        <w:r w:rsidR="00E554B3" w:rsidRPr="005D23A7">
          <w:rPr>
            <w:rStyle w:val="Kpr"/>
          </w:rPr>
          <w:t>abana@kastamonu.edu.tr</w:t>
        </w:r>
      </w:hyperlink>
    </w:p>
    <w:p w14:paraId="43FCEC09" w14:textId="2D959497" w:rsidR="00E554B3" w:rsidRDefault="00E554B3" w:rsidP="003D7238">
      <w:pPr>
        <w:jc w:val="center"/>
      </w:pPr>
      <w:r w:rsidRPr="00E554B3">
        <w:rPr>
          <w:b/>
          <w:bCs/>
        </w:rPr>
        <w:t>Telefon:</w:t>
      </w:r>
      <w:r>
        <w:t xml:space="preserve"> 0366 280 56 00</w:t>
      </w:r>
    </w:p>
    <w:p w14:paraId="4D87D933" w14:textId="2C757FBF" w:rsidR="00B11E92" w:rsidRDefault="00E15ABE">
      <w:r>
        <w:br/>
      </w:r>
      <w:r>
        <w:br/>
      </w:r>
    </w:p>
    <w:p w14:paraId="6FA45324" w14:textId="77777777" w:rsidR="00B11E92" w:rsidRDefault="00E15ABE">
      <w:r>
        <w:br w:type="page"/>
      </w:r>
    </w:p>
    <w:p w14:paraId="0E166F36" w14:textId="77777777" w:rsidR="00B11E92" w:rsidRDefault="00E15ABE" w:rsidP="003D7238">
      <w:pPr>
        <w:jc w:val="center"/>
      </w:pPr>
      <w:r>
        <w:rPr>
          <w:b/>
          <w:color w:val="9B1B30"/>
        </w:rPr>
        <w:lastRenderedPageBreak/>
        <w:t>DOĞALGAZ VE TESİSATI ATÖLYESİ</w:t>
      </w:r>
      <w:r>
        <w:rPr>
          <w:b/>
          <w:color w:val="9B1B30"/>
        </w:rPr>
        <w:br/>
        <w:t>CİHAZ KULLANIM KAYIT DEFTERİ</w:t>
      </w:r>
    </w:p>
    <w:tbl>
      <w:tblPr>
        <w:tblStyle w:val="TabloKlavuzu"/>
        <w:tblW w:w="14933" w:type="dxa"/>
        <w:jc w:val="center"/>
        <w:tblLook w:val="04A0" w:firstRow="1" w:lastRow="0" w:firstColumn="1" w:lastColumn="0" w:noHBand="0" w:noVBand="1"/>
      </w:tblPr>
      <w:tblGrid>
        <w:gridCol w:w="993"/>
        <w:gridCol w:w="1135"/>
        <w:gridCol w:w="1657"/>
        <w:gridCol w:w="1259"/>
        <w:gridCol w:w="1058"/>
        <w:gridCol w:w="1979"/>
        <w:gridCol w:w="999"/>
        <w:gridCol w:w="702"/>
        <w:gridCol w:w="1415"/>
        <w:gridCol w:w="1043"/>
        <w:gridCol w:w="1494"/>
        <w:gridCol w:w="1199"/>
      </w:tblGrid>
      <w:tr w:rsidR="001E468E" w14:paraId="38E4B896" w14:textId="0D0E1100" w:rsidTr="001E468E">
        <w:trPr>
          <w:jc w:val="center"/>
        </w:trPr>
        <w:tc>
          <w:tcPr>
            <w:tcW w:w="993" w:type="dxa"/>
            <w:vAlign w:val="center"/>
          </w:tcPr>
          <w:p w14:paraId="6665B6AA" w14:textId="0E6257A1" w:rsidR="001E468E" w:rsidRPr="003D7238" w:rsidRDefault="001E468E" w:rsidP="001E468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Cihaz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Teslim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Sıra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1135" w:type="dxa"/>
            <w:vAlign w:val="center"/>
          </w:tcPr>
          <w:p w14:paraId="0DB52A16" w14:textId="23289195" w:rsidR="001E468E" w:rsidRPr="003D7238" w:rsidRDefault="001E468E" w:rsidP="003D7238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3D7238">
              <w:rPr>
                <w:b/>
                <w:bCs/>
                <w:sz w:val="20"/>
                <w:szCs w:val="20"/>
              </w:rPr>
              <w:t>Tarih</w:t>
            </w:r>
            <w:proofErr w:type="spellEnd"/>
          </w:p>
        </w:tc>
        <w:tc>
          <w:tcPr>
            <w:tcW w:w="1657" w:type="dxa"/>
            <w:vAlign w:val="center"/>
          </w:tcPr>
          <w:p w14:paraId="7A1C3BB2" w14:textId="77777777" w:rsidR="001E468E" w:rsidRPr="003D7238" w:rsidRDefault="001E468E" w:rsidP="003D7238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38">
              <w:rPr>
                <w:b/>
                <w:bCs/>
                <w:sz w:val="20"/>
                <w:szCs w:val="20"/>
              </w:rPr>
              <w:t>Cihaz / Makine Adı</w:t>
            </w:r>
          </w:p>
        </w:tc>
        <w:tc>
          <w:tcPr>
            <w:tcW w:w="1259" w:type="dxa"/>
            <w:vAlign w:val="center"/>
          </w:tcPr>
          <w:p w14:paraId="282B143A" w14:textId="668C1939" w:rsidR="001E468E" w:rsidRPr="003D7238" w:rsidRDefault="001E468E" w:rsidP="003D7238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38">
              <w:rPr>
                <w:b/>
                <w:bCs/>
                <w:sz w:val="20"/>
                <w:szCs w:val="20"/>
              </w:rPr>
              <w:t>Marka/ Model</w:t>
            </w:r>
          </w:p>
        </w:tc>
        <w:tc>
          <w:tcPr>
            <w:tcW w:w="1058" w:type="dxa"/>
            <w:vAlign w:val="center"/>
          </w:tcPr>
          <w:p w14:paraId="17B3B297" w14:textId="77777777" w:rsidR="001E468E" w:rsidRPr="003D7238" w:rsidRDefault="001E468E" w:rsidP="003D7238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38">
              <w:rPr>
                <w:b/>
                <w:bCs/>
                <w:sz w:val="20"/>
                <w:szCs w:val="20"/>
              </w:rPr>
              <w:t>Seri / Envanter No</w:t>
            </w:r>
          </w:p>
        </w:tc>
        <w:tc>
          <w:tcPr>
            <w:tcW w:w="1979" w:type="dxa"/>
            <w:vAlign w:val="center"/>
          </w:tcPr>
          <w:p w14:paraId="63D70333" w14:textId="77777777" w:rsidR="001E468E" w:rsidRPr="003D7238" w:rsidRDefault="001E468E" w:rsidP="003D7238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38">
              <w:rPr>
                <w:b/>
                <w:bCs/>
                <w:sz w:val="20"/>
                <w:szCs w:val="20"/>
              </w:rPr>
              <w:t>Kullanım Amacı / Yapılan İş</w:t>
            </w:r>
          </w:p>
        </w:tc>
        <w:tc>
          <w:tcPr>
            <w:tcW w:w="999" w:type="dxa"/>
            <w:vAlign w:val="center"/>
          </w:tcPr>
          <w:p w14:paraId="4AA2AC25" w14:textId="77777777" w:rsidR="001E468E" w:rsidRPr="003D7238" w:rsidRDefault="001E468E" w:rsidP="003D7238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38">
              <w:rPr>
                <w:b/>
                <w:bCs/>
                <w:sz w:val="20"/>
                <w:szCs w:val="20"/>
              </w:rPr>
              <w:t>Başlama Saati</w:t>
            </w:r>
          </w:p>
        </w:tc>
        <w:tc>
          <w:tcPr>
            <w:tcW w:w="702" w:type="dxa"/>
            <w:vAlign w:val="center"/>
          </w:tcPr>
          <w:p w14:paraId="5DB2E181" w14:textId="77777777" w:rsidR="001E468E" w:rsidRPr="003D7238" w:rsidRDefault="001E468E" w:rsidP="003D7238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38">
              <w:rPr>
                <w:b/>
                <w:bCs/>
                <w:sz w:val="20"/>
                <w:szCs w:val="20"/>
              </w:rPr>
              <w:t>Bitiş Saati</w:t>
            </w:r>
          </w:p>
        </w:tc>
        <w:tc>
          <w:tcPr>
            <w:tcW w:w="1415" w:type="dxa"/>
            <w:vAlign w:val="center"/>
          </w:tcPr>
          <w:p w14:paraId="446A844E" w14:textId="77777777" w:rsidR="001E468E" w:rsidRPr="003D7238" w:rsidRDefault="001E468E" w:rsidP="003D7238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3D7238">
              <w:rPr>
                <w:b/>
                <w:bCs/>
                <w:sz w:val="20"/>
                <w:szCs w:val="20"/>
              </w:rPr>
              <w:t>Kullanıcı</w:t>
            </w:r>
            <w:proofErr w:type="spellEnd"/>
          </w:p>
          <w:p w14:paraId="3281F871" w14:textId="697BF268" w:rsidR="001E468E" w:rsidRPr="003D7238" w:rsidRDefault="001E468E" w:rsidP="003D7238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3D7238">
              <w:rPr>
                <w:b/>
                <w:bCs/>
                <w:sz w:val="20"/>
                <w:szCs w:val="20"/>
              </w:rPr>
              <w:t>Adı</w:t>
            </w:r>
            <w:proofErr w:type="spellEnd"/>
            <w:r w:rsidRPr="003D723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D7238">
              <w:rPr>
                <w:b/>
                <w:bCs/>
                <w:sz w:val="20"/>
                <w:szCs w:val="20"/>
              </w:rPr>
              <w:t>Soyadı</w:t>
            </w:r>
            <w:proofErr w:type="spellEnd"/>
          </w:p>
        </w:tc>
        <w:tc>
          <w:tcPr>
            <w:tcW w:w="1043" w:type="dxa"/>
            <w:vAlign w:val="center"/>
          </w:tcPr>
          <w:p w14:paraId="3F24D414" w14:textId="77777777" w:rsidR="001E468E" w:rsidRPr="003D7238" w:rsidRDefault="001E468E" w:rsidP="003D7238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38">
              <w:rPr>
                <w:b/>
                <w:bCs/>
                <w:sz w:val="20"/>
                <w:szCs w:val="20"/>
              </w:rPr>
              <w:t>Kullanıcı İmzası</w:t>
            </w:r>
          </w:p>
        </w:tc>
        <w:tc>
          <w:tcPr>
            <w:tcW w:w="1494" w:type="dxa"/>
            <w:vAlign w:val="center"/>
          </w:tcPr>
          <w:p w14:paraId="02E8D29E" w14:textId="1A10903A" w:rsidR="001E468E" w:rsidRPr="003D7238" w:rsidRDefault="001E468E" w:rsidP="003D7238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38">
              <w:rPr>
                <w:b/>
                <w:bCs/>
                <w:sz w:val="20"/>
                <w:szCs w:val="20"/>
              </w:rPr>
              <w:t xml:space="preserve">Teslim Eden / Alan </w:t>
            </w:r>
            <w:proofErr w:type="spellStart"/>
            <w:r w:rsidRPr="003D7238">
              <w:rPr>
                <w:b/>
                <w:bCs/>
                <w:sz w:val="20"/>
                <w:szCs w:val="20"/>
              </w:rPr>
              <w:t>Adı</w:t>
            </w:r>
            <w:proofErr w:type="spellEnd"/>
            <w:r w:rsidRPr="003D723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D7238">
              <w:rPr>
                <w:b/>
                <w:bCs/>
                <w:sz w:val="20"/>
                <w:szCs w:val="20"/>
              </w:rPr>
              <w:t>Soyadı</w:t>
            </w:r>
            <w:proofErr w:type="spellEnd"/>
          </w:p>
        </w:tc>
        <w:tc>
          <w:tcPr>
            <w:tcW w:w="1199" w:type="dxa"/>
            <w:vAlign w:val="center"/>
          </w:tcPr>
          <w:p w14:paraId="6FAED875" w14:textId="7ED4E1EE" w:rsidR="001E468E" w:rsidRPr="003D7238" w:rsidRDefault="001E468E" w:rsidP="003D7238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3D7238">
              <w:rPr>
                <w:b/>
                <w:bCs/>
                <w:sz w:val="20"/>
                <w:szCs w:val="20"/>
              </w:rPr>
              <w:t>Teslim</w:t>
            </w:r>
            <w:proofErr w:type="spellEnd"/>
            <w:r w:rsidRPr="003D7238">
              <w:rPr>
                <w:b/>
                <w:bCs/>
                <w:sz w:val="20"/>
                <w:szCs w:val="20"/>
              </w:rPr>
              <w:t xml:space="preserve"> Eden/Alan </w:t>
            </w:r>
            <w:proofErr w:type="spellStart"/>
            <w:r w:rsidRPr="003D7238">
              <w:rPr>
                <w:b/>
                <w:bCs/>
                <w:sz w:val="20"/>
                <w:szCs w:val="20"/>
              </w:rPr>
              <w:t>İmzası</w:t>
            </w:r>
            <w:proofErr w:type="spellEnd"/>
          </w:p>
        </w:tc>
      </w:tr>
      <w:tr w:rsidR="001E468E" w14:paraId="59413CBC" w14:textId="21B2E7D5" w:rsidTr="001E468E">
        <w:trPr>
          <w:jc w:val="center"/>
        </w:trPr>
        <w:tc>
          <w:tcPr>
            <w:tcW w:w="993" w:type="dxa"/>
            <w:vAlign w:val="center"/>
          </w:tcPr>
          <w:p w14:paraId="713B2987" w14:textId="3BCA39BE" w:rsidR="001E468E" w:rsidRDefault="001E468E" w:rsidP="001E468E">
            <w:pPr>
              <w:jc w:val="center"/>
            </w:pPr>
            <w:r>
              <w:t>1</w:t>
            </w:r>
          </w:p>
        </w:tc>
        <w:tc>
          <w:tcPr>
            <w:tcW w:w="1135" w:type="dxa"/>
          </w:tcPr>
          <w:p w14:paraId="398A2D62" w14:textId="671D7C6C" w:rsidR="001E468E" w:rsidRDefault="001E468E"/>
        </w:tc>
        <w:tc>
          <w:tcPr>
            <w:tcW w:w="1657" w:type="dxa"/>
          </w:tcPr>
          <w:p w14:paraId="04FBDFBF" w14:textId="77777777" w:rsidR="001E468E" w:rsidRDefault="001E468E"/>
        </w:tc>
        <w:tc>
          <w:tcPr>
            <w:tcW w:w="1259" w:type="dxa"/>
          </w:tcPr>
          <w:p w14:paraId="4DC35F61" w14:textId="77777777" w:rsidR="001E468E" w:rsidRDefault="001E468E"/>
        </w:tc>
        <w:tc>
          <w:tcPr>
            <w:tcW w:w="1058" w:type="dxa"/>
          </w:tcPr>
          <w:p w14:paraId="5B2EE088" w14:textId="77777777" w:rsidR="001E468E" w:rsidRDefault="001E468E"/>
        </w:tc>
        <w:tc>
          <w:tcPr>
            <w:tcW w:w="1979" w:type="dxa"/>
          </w:tcPr>
          <w:p w14:paraId="5698E6C7" w14:textId="77777777" w:rsidR="001E468E" w:rsidRDefault="001E468E"/>
          <w:p w14:paraId="3068A882" w14:textId="5948BD74" w:rsidR="001E468E" w:rsidRDefault="001E468E"/>
        </w:tc>
        <w:tc>
          <w:tcPr>
            <w:tcW w:w="999" w:type="dxa"/>
          </w:tcPr>
          <w:p w14:paraId="3A155AAB" w14:textId="77777777" w:rsidR="001E468E" w:rsidRDefault="001E468E"/>
        </w:tc>
        <w:tc>
          <w:tcPr>
            <w:tcW w:w="702" w:type="dxa"/>
          </w:tcPr>
          <w:p w14:paraId="60442AFC" w14:textId="77777777" w:rsidR="001E468E" w:rsidRDefault="001E468E"/>
        </w:tc>
        <w:tc>
          <w:tcPr>
            <w:tcW w:w="1415" w:type="dxa"/>
          </w:tcPr>
          <w:p w14:paraId="3231EFB9" w14:textId="77777777" w:rsidR="001E468E" w:rsidRDefault="001E468E"/>
        </w:tc>
        <w:tc>
          <w:tcPr>
            <w:tcW w:w="1043" w:type="dxa"/>
          </w:tcPr>
          <w:p w14:paraId="40C64E72" w14:textId="77777777" w:rsidR="001E468E" w:rsidRDefault="001E468E"/>
        </w:tc>
        <w:tc>
          <w:tcPr>
            <w:tcW w:w="1494" w:type="dxa"/>
          </w:tcPr>
          <w:p w14:paraId="12BC34C6" w14:textId="77777777" w:rsidR="001E468E" w:rsidRDefault="001E468E"/>
        </w:tc>
        <w:tc>
          <w:tcPr>
            <w:tcW w:w="1199" w:type="dxa"/>
          </w:tcPr>
          <w:p w14:paraId="67749C6F" w14:textId="77777777" w:rsidR="001E468E" w:rsidRDefault="001E468E"/>
        </w:tc>
      </w:tr>
      <w:tr w:rsidR="001E468E" w14:paraId="2EFC4425" w14:textId="7FA24827" w:rsidTr="001E468E">
        <w:trPr>
          <w:jc w:val="center"/>
        </w:trPr>
        <w:tc>
          <w:tcPr>
            <w:tcW w:w="993" w:type="dxa"/>
            <w:vAlign w:val="center"/>
          </w:tcPr>
          <w:p w14:paraId="0D0B0C05" w14:textId="58160145" w:rsidR="001E468E" w:rsidRDefault="001E468E" w:rsidP="001E468E">
            <w:pPr>
              <w:jc w:val="center"/>
            </w:pPr>
            <w:r>
              <w:t>2</w:t>
            </w:r>
          </w:p>
        </w:tc>
        <w:tc>
          <w:tcPr>
            <w:tcW w:w="1135" w:type="dxa"/>
          </w:tcPr>
          <w:p w14:paraId="36C3E9F7" w14:textId="05B50846" w:rsidR="001E468E" w:rsidRDefault="001E468E"/>
        </w:tc>
        <w:tc>
          <w:tcPr>
            <w:tcW w:w="1657" w:type="dxa"/>
          </w:tcPr>
          <w:p w14:paraId="14F37144" w14:textId="77777777" w:rsidR="001E468E" w:rsidRDefault="001E468E"/>
        </w:tc>
        <w:tc>
          <w:tcPr>
            <w:tcW w:w="1259" w:type="dxa"/>
          </w:tcPr>
          <w:p w14:paraId="5A4CEA95" w14:textId="77777777" w:rsidR="001E468E" w:rsidRDefault="001E468E"/>
        </w:tc>
        <w:tc>
          <w:tcPr>
            <w:tcW w:w="1058" w:type="dxa"/>
          </w:tcPr>
          <w:p w14:paraId="53D04EC3" w14:textId="77777777" w:rsidR="001E468E" w:rsidRDefault="001E468E"/>
        </w:tc>
        <w:tc>
          <w:tcPr>
            <w:tcW w:w="1979" w:type="dxa"/>
          </w:tcPr>
          <w:p w14:paraId="49CC9253" w14:textId="77777777" w:rsidR="001E468E" w:rsidRDefault="001E468E"/>
          <w:p w14:paraId="796A799C" w14:textId="42DA3FC0" w:rsidR="001E468E" w:rsidRDefault="001E468E"/>
        </w:tc>
        <w:tc>
          <w:tcPr>
            <w:tcW w:w="999" w:type="dxa"/>
          </w:tcPr>
          <w:p w14:paraId="04C84FA9" w14:textId="77777777" w:rsidR="001E468E" w:rsidRDefault="001E468E"/>
        </w:tc>
        <w:tc>
          <w:tcPr>
            <w:tcW w:w="702" w:type="dxa"/>
          </w:tcPr>
          <w:p w14:paraId="13A4AEC9" w14:textId="77777777" w:rsidR="001E468E" w:rsidRDefault="001E468E"/>
        </w:tc>
        <w:tc>
          <w:tcPr>
            <w:tcW w:w="1415" w:type="dxa"/>
          </w:tcPr>
          <w:p w14:paraId="2FD204D3" w14:textId="77777777" w:rsidR="001E468E" w:rsidRDefault="001E468E"/>
        </w:tc>
        <w:tc>
          <w:tcPr>
            <w:tcW w:w="1043" w:type="dxa"/>
          </w:tcPr>
          <w:p w14:paraId="270FE826" w14:textId="77777777" w:rsidR="001E468E" w:rsidRDefault="001E468E"/>
        </w:tc>
        <w:tc>
          <w:tcPr>
            <w:tcW w:w="1494" w:type="dxa"/>
          </w:tcPr>
          <w:p w14:paraId="2849B6F3" w14:textId="77777777" w:rsidR="001E468E" w:rsidRDefault="001E468E"/>
        </w:tc>
        <w:tc>
          <w:tcPr>
            <w:tcW w:w="1199" w:type="dxa"/>
          </w:tcPr>
          <w:p w14:paraId="0FB70DB6" w14:textId="77777777" w:rsidR="001E468E" w:rsidRDefault="001E468E"/>
        </w:tc>
      </w:tr>
      <w:tr w:rsidR="001E468E" w14:paraId="51C44CDA" w14:textId="7C95B73C" w:rsidTr="001E468E">
        <w:trPr>
          <w:jc w:val="center"/>
        </w:trPr>
        <w:tc>
          <w:tcPr>
            <w:tcW w:w="993" w:type="dxa"/>
            <w:vAlign w:val="center"/>
          </w:tcPr>
          <w:p w14:paraId="4AB73DD6" w14:textId="5F3B8656" w:rsidR="001E468E" w:rsidRDefault="001E468E" w:rsidP="001E468E">
            <w:pPr>
              <w:jc w:val="center"/>
            </w:pPr>
            <w:r>
              <w:t>3</w:t>
            </w:r>
          </w:p>
        </w:tc>
        <w:tc>
          <w:tcPr>
            <w:tcW w:w="1135" w:type="dxa"/>
          </w:tcPr>
          <w:p w14:paraId="1ECF1E4E" w14:textId="7BD8E432" w:rsidR="001E468E" w:rsidRDefault="001E468E"/>
        </w:tc>
        <w:tc>
          <w:tcPr>
            <w:tcW w:w="1657" w:type="dxa"/>
          </w:tcPr>
          <w:p w14:paraId="0ACA482B" w14:textId="77777777" w:rsidR="001E468E" w:rsidRDefault="001E468E"/>
        </w:tc>
        <w:tc>
          <w:tcPr>
            <w:tcW w:w="1259" w:type="dxa"/>
          </w:tcPr>
          <w:p w14:paraId="0D3F4515" w14:textId="77777777" w:rsidR="001E468E" w:rsidRDefault="001E468E"/>
        </w:tc>
        <w:tc>
          <w:tcPr>
            <w:tcW w:w="1058" w:type="dxa"/>
          </w:tcPr>
          <w:p w14:paraId="4F49F797" w14:textId="77777777" w:rsidR="001E468E" w:rsidRDefault="001E468E"/>
        </w:tc>
        <w:tc>
          <w:tcPr>
            <w:tcW w:w="1979" w:type="dxa"/>
          </w:tcPr>
          <w:p w14:paraId="1B3C6D79" w14:textId="77777777" w:rsidR="001E468E" w:rsidRDefault="001E468E"/>
          <w:p w14:paraId="63AC4833" w14:textId="4816515E" w:rsidR="001E468E" w:rsidRDefault="001E468E"/>
        </w:tc>
        <w:tc>
          <w:tcPr>
            <w:tcW w:w="999" w:type="dxa"/>
          </w:tcPr>
          <w:p w14:paraId="635ABF64" w14:textId="77777777" w:rsidR="001E468E" w:rsidRDefault="001E468E"/>
        </w:tc>
        <w:tc>
          <w:tcPr>
            <w:tcW w:w="702" w:type="dxa"/>
          </w:tcPr>
          <w:p w14:paraId="2B6D4AA1" w14:textId="77777777" w:rsidR="001E468E" w:rsidRDefault="001E468E"/>
        </w:tc>
        <w:tc>
          <w:tcPr>
            <w:tcW w:w="1415" w:type="dxa"/>
          </w:tcPr>
          <w:p w14:paraId="1AD4BA2A" w14:textId="77777777" w:rsidR="001E468E" w:rsidRDefault="001E468E"/>
        </w:tc>
        <w:tc>
          <w:tcPr>
            <w:tcW w:w="1043" w:type="dxa"/>
          </w:tcPr>
          <w:p w14:paraId="6DF68F28" w14:textId="77777777" w:rsidR="001E468E" w:rsidRDefault="001E468E"/>
        </w:tc>
        <w:tc>
          <w:tcPr>
            <w:tcW w:w="1494" w:type="dxa"/>
          </w:tcPr>
          <w:p w14:paraId="26DEF0B0" w14:textId="77777777" w:rsidR="001E468E" w:rsidRDefault="001E468E"/>
        </w:tc>
        <w:tc>
          <w:tcPr>
            <w:tcW w:w="1199" w:type="dxa"/>
          </w:tcPr>
          <w:p w14:paraId="16A37AE0" w14:textId="77777777" w:rsidR="001E468E" w:rsidRDefault="001E468E"/>
        </w:tc>
      </w:tr>
      <w:tr w:rsidR="001E468E" w14:paraId="0A2C6A7F" w14:textId="18ADA371" w:rsidTr="001E468E">
        <w:trPr>
          <w:jc w:val="center"/>
        </w:trPr>
        <w:tc>
          <w:tcPr>
            <w:tcW w:w="993" w:type="dxa"/>
            <w:vAlign w:val="center"/>
          </w:tcPr>
          <w:p w14:paraId="1A5B2883" w14:textId="099D7C05" w:rsidR="001E468E" w:rsidRDefault="001E468E" w:rsidP="001E468E">
            <w:pPr>
              <w:jc w:val="center"/>
            </w:pPr>
            <w:r>
              <w:t>4</w:t>
            </w:r>
          </w:p>
        </w:tc>
        <w:tc>
          <w:tcPr>
            <w:tcW w:w="1135" w:type="dxa"/>
          </w:tcPr>
          <w:p w14:paraId="72C53AE2" w14:textId="72CC1554" w:rsidR="001E468E" w:rsidRDefault="001E468E"/>
        </w:tc>
        <w:tc>
          <w:tcPr>
            <w:tcW w:w="1657" w:type="dxa"/>
          </w:tcPr>
          <w:p w14:paraId="1370DB54" w14:textId="77777777" w:rsidR="001E468E" w:rsidRDefault="001E468E"/>
        </w:tc>
        <w:tc>
          <w:tcPr>
            <w:tcW w:w="1259" w:type="dxa"/>
          </w:tcPr>
          <w:p w14:paraId="6B9AD64B" w14:textId="77777777" w:rsidR="001E468E" w:rsidRDefault="001E468E"/>
        </w:tc>
        <w:tc>
          <w:tcPr>
            <w:tcW w:w="1058" w:type="dxa"/>
          </w:tcPr>
          <w:p w14:paraId="2E1BDE9A" w14:textId="77777777" w:rsidR="001E468E" w:rsidRDefault="001E468E"/>
        </w:tc>
        <w:tc>
          <w:tcPr>
            <w:tcW w:w="1979" w:type="dxa"/>
          </w:tcPr>
          <w:p w14:paraId="5F265876" w14:textId="77777777" w:rsidR="001E468E" w:rsidRDefault="001E468E"/>
          <w:p w14:paraId="7E378E63" w14:textId="78408B21" w:rsidR="001E468E" w:rsidRDefault="001E468E"/>
        </w:tc>
        <w:tc>
          <w:tcPr>
            <w:tcW w:w="999" w:type="dxa"/>
          </w:tcPr>
          <w:p w14:paraId="345E6101" w14:textId="77777777" w:rsidR="001E468E" w:rsidRDefault="001E468E"/>
        </w:tc>
        <w:tc>
          <w:tcPr>
            <w:tcW w:w="702" w:type="dxa"/>
          </w:tcPr>
          <w:p w14:paraId="23BC32B7" w14:textId="77777777" w:rsidR="001E468E" w:rsidRDefault="001E468E"/>
        </w:tc>
        <w:tc>
          <w:tcPr>
            <w:tcW w:w="1415" w:type="dxa"/>
          </w:tcPr>
          <w:p w14:paraId="05F257AC" w14:textId="77777777" w:rsidR="001E468E" w:rsidRDefault="001E468E"/>
        </w:tc>
        <w:tc>
          <w:tcPr>
            <w:tcW w:w="1043" w:type="dxa"/>
          </w:tcPr>
          <w:p w14:paraId="3D1A1602" w14:textId="77777777" w:rsidR="001E468E" w:rsidRDefault="001E468E"/>
        </w:tc>
        <w:tc>
          <w:tcPr>
            <w:tcW w:w="1494" w:type="dxa"/>
          </w:tcPr>
          <w:p w14:paraId="2CCB313B" w14:textId="77777777" w:rsidR="001E468E" w:rsidRDefault="001E468E"/>
        </w:tc>
        <w:tc>
          <w:tcPr>
            <w:tcW w:w="1199" w:type="dxa"/>
          </w:tcPr>
          <w:p w14:paraId="5863E524" w14:textId="77777777" w:rsidR="001E468E" w:rsidRDefault="001E468E"/>
        </w:tc>
      </w:tr>
      <w:tr w:rsidR="001E468E" w14:paraId="7A5E8F85" w14:textId="0B5A6DAC" w:rsidTr="001E468E">
        <w:trPr>
          <w:jc w:val="center"/>
        </w:trPr>
        <w:tc>
          <w:tcPr>
            <w:tcW w:w="993" w:type="dxa"/>
            <w:vAlign w:val="center"/>
          </w:tcPr>
          <w:p w14:paraId="18082C8A" w14:textId="79AB7912" w:rsidR="001E468E" w:rsidRDefault="001E468E" w:rsidP="001E468E">
            <w:pPr>
              <w:jc w:val="center"/>
            </w:pPr>
            <w:r>
              <w:t>5</w:t>
            </w:r>
          </w:p>
        </w:tc>
        <w:tc>
          <w:tcPr>
            <w:tcW w:w="1135" w:type="dxa"/>
          </w:tcPr>
          <w:p w14:paraId="64FE373E" w14:textId="362DD9C5" w:rsidR="001E468E" w:rsidRDefault="001E468E"/>
        </w:tc>
        <w:tc>
          <w:tcPr>
            <w:tcW w:w="1657" w:type="dxa"/>
          </w:tcPr>
          <w:p w14:paraId="079A2CB4" w14:textId="77777777" w:rsidR="001E468E" w:rsidRDefault="001E468E"/>
        </w:tc>
        <w:tc>
          <w:tcPr>
            <w:tcW w:w="1259" w:type="dxa"/>
          </w:tcPr>
          <w:p w14:paraId="40B1AD70" w14:textId="77777777" w:rsidR="001E468E" w:rsidRDefault="001E468E"/>
        </w:tc>
        <w:tc>
          <w:tcPr>
            <w:tcW w:w="1058" w:type="dxa"/>
          </w:tcPr>
          <w:p w14:paraId="7B57766E" w14:textId="77777777" w:rsidR="001E468E" w:rsidRDefault="001E468E"/>
        </w:tc>
        <w:tc>
          <w:tcPr>
            <w:tcW w:w="1979" w:type="dxa"/>
          </w:tcPr>
          <w:p w14:paraId="2E61F94D" w14:textId="77777777" w:rsidR="001E468E" w:rsidRDefault="001E468E"/>
          <w:p w14:paraId="65674482" w14:textId="5D1CA139" w:rsidR="001E468E" w:rsidRDefault="001E468E"/>
        </w:tc>
        <w:tc>
          <w:tcPr>
            <w:tcW w:w="999" w:type="dxa"/>
          </w:tcPr>
          <w:p w14:paraId="45BC1474" w14:textId="77777777" w:rsidR="001E468E" w:rsidRDefault="001E468E"/>
        </w:tc>
        <w:tc>
          <w:tcPr>
            <w:tcW w:w="702" w:type="dxa"/>
          </w:tcPr>
          <w:p w14:paraId="5B698F30" w14:textId="77777777" w:rsidR="001E468E" w:rsidRDefault="001E468E"/>
        </w:tc>
        <w:tc>
          <w:tcPr>
            <w:tcW w:w="1415" w:type="dxa"/>
          </w:tcPr>
          <w:p w14:paraId="7BA71799" w14:textId="77777777" w:rsidR="001E468E" w:rsidRDefault="001E468E"/>
        </w:tc>
        <w:tc>
          <w:tcPr>
            <w:tcW w:w="1043" w:type="dxa"/>
          </w:tcPr>
          <w:p w14:paraId="54414FC0" w14:textId="77777777" w:rsidR="001E468E" w:rsidRDefault="001E468E"/>
        </w:tc>
        <w:tc>
          <w:tcPr>
            <w:tcW w:w="1494" w:type="dxa"/>
          </w:tcPr>
          <w:p w14:paraId="689D6CA9" w14:textId="77777777" w:rsidR="001E468E" w:rsidRDefault="001E468E"/>
        </w:tc>
        <w:tc>
          <w:tcPr>
            <w:tcW w:w="1199" w:type="dxa"/>
          </w:tcPr>
          <w:p w14:paraId="272E1FED" w14:textId="77777777" w:rsidR="001E468E" w:rsidRDefault="001E468E"/>
        </w:tc>
      </w:tr>
      <w:tr w:rsidR="001E468E" w14:paraId="6034B1A0" w14:textId="2F8B82AB" w:rsidTr="001E468E">
        <w:trPr>
          <w:jc w:val="center"/>
        </w:trPr>
        <w:tc>
          <w:tcPr>
            <w:tcW w:w="993" w:type="dxa"/>
            <w:vAlign w:val="center"/>
          </w:tcPr>
          <w:p w14:paraId="29AD0C03" w14:textId="42509CA7" w:rsidR="001E468E" w:rsidRDefault="001E468E" w:rsidP="001E468E">
            <w:pPr>
              <w:jc w:val="center"/>
            </w:pPr>
            <w:r>
              <w:t>6</w:t>
            </w:r>
          </w:p>
        </w:tc>
        <w:tc>
          <w:tcPr>
            <w:tcW w:w="1135" w:type="dxa"/>
          </w:tcPr>
          <w:p w14:paraId="18B4D263" w14:textId="0CA17909" w:rsidR="001E468E" w:rsidRDefault="001E468E"/>
        </w:tc>
        <w:tc>
          <w:tcPr>
            <w:tcW w:w="1657" w:type="dxa"/>
          </w:tcPr>
          <w:p w14:paraId="6BF7D72F" w14:textId="77777777" w:rsidR="001E468E" w:rsidRDefault="001E468E"/>
        </w:tc>
        <w:tc>
          <w:tcPr>
            <w:tcW w:w="1259" w:type="dxa"/>
          </w:tcPr>
          <w:p w14:paraId="1E072142" w14:textId="77777777" w:rsidR="001E468E" w:rsidRDefault="001E468E"/>
        </w:tc>
        <w:tc>
          <w:tcPr>
            <w:tcW w:w="1058" w:type="dxa"/>
          </w:tcPr>
          <w:p w14:paraId="1293AC22" w14:textId="77777777" w:rsidR="001E468E" w:rsidRDefault="001E468E"/>
        </w:tc>
        <w:tc>
          <w:tcPr>
            <w:tcW w:w="1979" w:type="dxa"/>
          </w:tcPr>
          <w:p w14:paraId="14D81F24" w14:textId="77777777" w:rsidR="001E468E" w:rsidRDefault="001E468E"/>
          <w:p w14:paraId="463F4EF2" w14:textId="7FA5C088" w:rsidR="001E468E" w:rsidRDefault="001E468E"/>
        </w:tc>
        <w:tc>
          <w:tcPr>
            <w:tcW w:w="999" w:type="dxa"/>
          </w:tcPr>
          <w:p w14:paraId="05C47568" w14:textId="77777777" w:rsidR="001E468E" w:rsidRDefault="001E468E"/>
        </w:tc>
        <w:tc>
          <w:tcPr>
            <w:tcW w:w="702" w:type="dxa"/>
          </w:tcPr>
          <w:p w14:paraId="5CD8C1F0" w14:textId="77777777" w:rsidR="001E468E" w:rsidRDefault="001E468E"/>
        </w:tc>
        <w:tc>
          <w:tcPr>
            <w:tcW w:w="1415" w:type="dxa"/>
          </w:tcPr>
          <w:p w14:paraId="02950602" w14:textId="77777777" w:rsidR="001E468E" w:rsidRDefault="001E468E"/>
        </w:tc>
        <w:tc>
          <w:tcPr>
            <w:tcW w:w="1043" w:type="dxa"/>
          </w:tcPr>
          <w:p w14:paraId="2A142AD5" w14:textId="77777777" w:rsidR="001E468E" w:rsidRDefault="001E468E"/>
        </w:tc>
        <w:tc>
          <w:tcPr>
            <w:tcW w:w="1494" w:type="dxa"/>
          </w:tcPr>
          <w:p w14:paraId="62BBF862" w14:textId="77777777" w:rsidR="001E468E" w:rsidRDefault="001E468E"/>
        </w:tc>
        <w:tc>
          <w:tcPr>
            <w:tcW w:w="1199" w:type="dxa"/>
          </w:tcPr>
          <w:p w14:paraId="16209D1C" w14:textId="77777777" w:rsidR="001E468E" w:rsidRDefault="001E468E"/>
        </w:tc>
      </w:tr>
      <w:tr w:rsidR="001E468E" w14:paraId="69FA1B45" w14:textId="7C37FD7B" w:rsidTr="001E468E">
        <w:trPr>
          <w:jc w:val="center"/>
        </w:trPr>
        <w:tc>
          <w:tcPr>
            <w:tcW w:w="993" w:type="dxa"/>
            <w:vAlign w:val="center"/>
          </w:tcPr>
          <w:p w14:paraId="552499DC" w14:textId="299688EA" w:rsidR="001E468E" w:rsidRDefault="001E468E" w:rsidP="001E468E">
            <w:pPr>
              <w:jc w:val="center"/>
            </w:pPr>
            <w:r>
              <w:t>7</w:t>
            </w:r>
          </w:p>
        </w:tc>
        <w:tc>
          <w:tcPr>
            <w:tcW w:w="1135" w:type="dxa"/>
          </w:tcPr>
          <w:p w14:paraId="608F21C9" w14:textId="6EB29C57" w:rsidR="001E468E" w:rsidRDefault="001E468E"/>
        </w:tc>
        <w:tc>
          <w:tcPr>
            <w:tcW w:w="1657" w:type="dxa"/>
          </w:tcPr>
          <w:p w14:paraId="6E1013FA" w14:textId="77777777" w:rsidR="001E468E" w:rsidRDefault="001E468E"/>
        </w:tc>
        <w:tc>
          <w:tcPr>
            <w:tcW w:w="1259" w:type="dxa"/>
          </w:tcPr>
          <w:p w14:paraId="79DB569A" w14:textId="77777777" w:rsidR="001E468E" w:rsidRDefault="001E468E"/>
        </w:tc>
        <w:tc>
          <w:tcPr>
            <w:tcW w:w="1058" w:type="dxa"/>
          </w:tcPr>
          <w:p w14:paraId="6E964AA7" w14:textId="77777777" w:rsidR="001E468E" w:rsidRDefault="001E468E"/>
        </w:tc>
        <w:tc>
          <w:tcPr>
            <w:tcW w:w="1979" w:type="dxa"/>
          </w:tcPr>
          <w:p w14:paraId="2CAD35B6" w14:textId="77777777" w:rsidR="001E468E" w:rsidRDefault="001E468E"/>
          <w:p w14:paraId="16BADA7D" w14:textId="422F53C3" w:rsidR="001E468E" w:rsidRDefault="001E468E"/>
        </w:tc>
        <w:tc>
          <w:tcPr>
            <w:tcW w:w="999" w:type="dxa"/>
          </w:tcPr>
          <w:p w14:paraId="195C9D97" w14:textId="77777777" w:rsidR="001E468E" w:rsidRDefault="001E468E"/>
        </w:tc>
        <w:tc>
          <w:tcPr>
            <w:tcW w:w="702" w:type="dxa"/>
          </w:tcPr>
          <w:p w14:paraId="11167BD5" w14:textId="77777777" w:rsidR="001E468E" w:rsidRDefault="001E468E"/>
        </w:tc>
        <w:tc>
          <w:tcPr>
            <w:tcW w:w="1415" w:type="dxa"/>
          </w:tcPr>
          <w:p w14:paraId="269942EB" w14:textId="77777777" w:rsidR="001E468E" w:rsidRDefault="001E468E"/>
        </w:tc>
        <w:tc>
          <w:tcPr>
            <w:tcW w:w="1043" w:type="dxa"/>
          </w:tcPr>
          <w:p w14:paraId="60A8EF1C" w14:textId="77777777" w:rsidR="001E468E" w:rsidRDefault="001E468E"/>
        </w:tc>
        <w:tc>
          <w:tcPr>
            <w:tcW w:w="1494" w:type="dxa"/>
          </w:tcPr>
          <w:p w14:paraId="4BE9F8C9" w14:textId="77777777" w:rsidR="001E468E" w:rsidRDefault="001E468E"/>
        </w:tc>
        <w:tc>
          <w:tcPr>
            <w:tcW w:w="1199" w:type="dxa"/>
          </w:tcPr>
          <w:p w14:paraId="0B044E60" w14:textId="77777777" w:rsidR="001E468E" w:rsidRDefault="001E468E"/>
        </w:tc>
      </w:tr>
      <w:tr w:rsidR="001E468E" w14:paraId="0C17BE40" w14:textId="3F3F6190" w:rsidTr="001E468E">
        <w:trPr>
          <w:jc w:val="center"/>
        </w:trPr>
        <w:tc>
          <w:tcPr>
            <w:tcW w:w="993" w:type="dxa"/>
            <w:vAlign w:val="center"/>
          </w:tcPr>
          <w:p w14:paraId="4DBF95ED" w14:textId="0F0F2F1C" w:rsidR="001E468E" w:rsidRDefault="001E468E" w:rsidP="001E468E">
            <w:pPr>
              <w:jc w:val="center"/>
            </w:pPr>
            <w:r>
              <w:t>8</w:t>
            </w:r>
          </w:p>
        </w:tc>
        <w:tc>
          <w:tcPr>
            <w:tcW w:w="1135" w:type="dxa"/>
          </w:tcPr>
          <w:p w14:paraId="3AF5279E" w14:textId="782F6842" w:rsidR="001E468E" w:rsidRDefault="001E468E"/>
        </w:tc>
        <w:tc>
          <w:tcPr>
            <w:tcW w:w="1657" w:type="dxa"/>
          </w:tcPr>
          <w:p w14:paraId="69FDB468" w14:textId="77777777" w:rsidR="001E468E" w:rsidRDefault="001E468E"/>
        </w:tc>
        <w:tc>
          <w:tcPr>
            <w:tcW w:w="1259" w:type="dxa"/>
          </w:tcPr>
          <w:p w14:paraId="44FEFC15" w14:textId="77777777" w:rsidR="001E468E" w:rsidRDefault="001E468E"/>
        </w:tc>
        <w:tc>
          <w:tcPr>
            <w:tcW w:w="1058" w:type="dxa"/>
          </w:tcPr>
          <w:p w14:paraId="0519869A" w14:textId="77777777" w:rsidR="001E468E" w:rsidRDefault="001E468E"/>
        </w:tc>
        <w:tc>
          <w:tcPr>
            <w:tcW w:w="1979" w:type="dxa"/>
          </w:tcPr>
          <w:p w14:paraId="67AA6049" w14:textId="77777777" w:rsidR="001E468E" w:rsidRDefault="001E468E"/>
          <w:p w14:paraId="3F4D74AC" w14:textId="0BF240BE" w:rsidR="001E468E" w:rsidRDefault="001E468E"/>
        </w:tc>
        <w:tc>
          <w:tcPr>
            <w:tcW w:w="999" w:type="dxa"/>
          </w:tcPr>
          <w:p w14:paraId="1981C334" w14:textId="77777777" w:rsidR="001E468E" w:rsidRDefault="001E468E"/>
        </w:tc>
        <w:tc>
          <w:tcPr>
            <w:tcW w:w="702" w:type="dxa"/>
          </w:tcPr>
          <w:p w14:paraId="222A57C4" w14:textId="77777777" w:rsidR="001E468E" w:rsidRDefault="001E468E"/>
        </w:tc>
        <w:tc>
          <w:tcPr>
            <w:tcW w:w="1415" w:type="dxa"/>
          </w:tcPr>
          <w:p w14:paraId="4D75C4AE" w14:textId="77777777" w:rsidR="001E468E" w:rsidRDefault="001E468E"/>
        </w:tc>
        <w:tc>
          <w:tcPr>
            <w:tcW w:w="1043" w:type="dxa"/>
          </w:tcPr>
          <w:p w14:paraId="3A07362E" w14:textId="77777777" w:rsidR="001E468E" w:rsidRDefault="001E468E"/>
        </w:tc>
        <w:tc>
          <w:tcPr>
            <w:tcW w:w="1494" w:type="dxa"/>
          </w:tcPr>
          <w:p w14:paraId="41B65CED" w14:textId="77777777" w:rsidR="001E468E" w:rsidRDefault="001E468E"/>
        </w:tc>
        <w:tc>
          <w:tcPr>
            <w:tcW w:w="1199" w:type="dxa"/>
          </w:tcPr>
          <w:p w14:paraId="7D8E9CFD" w14:textId="77777777" w:rsidR="001E468E" w:rsidRDefault="001E468E"/>
        </w:tc>
      </w:tr>
      <w:tr w:rsidR="001E468E" w14:paraId="7824459E" w14:textId="63298148" w:rsidTr="001E468E">
        <w:trPr>
          <w:jc w:val="center"/>
        </w:trPr>
        <w:tc>
          <w:tcPr>
            <w:tcW w:w="993" w:type="dxa"/>
            <w:vAlign w:val="center"/>
          </w:tcPr>
          <w:p w14:paraId="50179934" w14:textId="548EFE31" w:rsidR="001E468E" w:rsidRDefault="001E468E" w:rsidP="001E468E">
            <w:pPr>
              <w:jc w:val="center"/>
            </w:pPr>
            <w:r>
              <w:t>9</w:t>
            </w:r>
          </w:p>
        </w:tc>
        <w:tc>
          <w:tcPr>
            <w:tcW w:w="1135" w:type="dxa"/>
          </w:tcPr>
          <w:p w14:paraId="05EA620A" w14:textId="49E778F1" w:rsidR="001E468E" w:rsidRDefault="001E468E"/>
        </w:tc>
        <w:tc>
          <w:tcPr>
            <w:tcW w:w="1657" w:type="dxa"/>
          </w:tcPr>
          <w:p w14:paraId="0BBFC35F" w14:textId="77777777" w:rsidR="001E468E" w:rsidRDefault="001E468E"/>
        </w:tc>
        <w:tc>
          <w:tcPr>
            <w:tcW w:w="1259" w:type="dxa"/>
          </w:tcPr>
          <w:p w14:paraId="56B6CDA8" w14:textId="77777777" w:rsidR="001E468E" w:rsidRDefault="001E468E"/>
        </w:tc>
        <w:tc>
          <w:tcPr>
            <w:tcW w:w="1058" w:type="dxa"/>
          </w:tcPr>
          <w:p w14:paraId="3DFC7E13" w14:textId="77777777" w:rsidR="001E468E" w:rsidRDefault="001E468E"/>
        </w:tc>
        <w:tc>
          <w:tcPr>
            <w:tcW w:w="1979" w:type="dxa"/>
          </w:tcPr>
          <w:p w14:paraId="4968D132" w14:textId="77777777" w:rsidR="001E468E" w:rsidRDefault="001E468E"/>
          <w:p w14:paraId="1A7D62CA" w14:textId="0E3CB141" w:rsidR="001E468E" w:rsidRDefault="001E468E"/>
        </w:tc>
        <w:tc>
          <w:tcPr>
            <w:tcW w:w="999" w:type="dxa"/>
          </w:tcPr>
          <w:p w14:paraId="5743A896" w14:textId="77777777" w:rsidR="001E468E" w:rsidRDefault="001E468E"/>
        </w:tc>
        <w:tc>
          <w:tcPr>
            <w:tcW w:w="702" w:type="dxa"/>
          </w:tcPr>
          <w:p w14:paraId="59A76E17" w14:textId="77777777" w:rsidR="001E468E" w:rsidRDefault="001E468E"/>
        </w:tc>
        <w:tc>
          <w:tcPr>
            <w:tcW w:w="1415" w:type="dxa"/>
          </w:tcPr>
          <w:p w14:paraId="07373BE8" w14:textId="77777777" w:rsidR="001E468E" w:rsidRDefault="001E468E"/>
        </w:tc>
        <w:tc>
          <w:tcPr>
            <w:tcW w:w="1043" w:type="dxa"/>
          </w:tcPr>
          <w:p w14:paraId="6D01D4B2" w14:textId="77777777" w:rsidR="001E468E" w:rsidRDefault="001E468E"/>
        </w:tc>
        <w:tc>
          <w:tcPr>
            <w:tcW w:w="1494" w:type="dxa"/>
          </w:tcPr>
          <w:p w14:paraId="7A49B150" w14:textId="77777777" w:rsidR="001E468E" w:rsidRDefault="001E468E"/>
        </w:tc>
        <w:tc>
          <w:tcPr>
            <w:tcW w:w="1199" w:type="dxa"/>
          </w:tcPr>
          <w:p w14:paraId="4A518C3C" w14:textId="77777777" w:rsidR="001E468E" w:rsidRDefault="001E468E"/>
        </w:tc>
      </w:tr>
      <w:tr w:rsidR="001E468E" w14:paraId="69B3AC2B" w14:textId="357DB4E9" w:rsidTr="001E468E">
        <w:trPr>
          <w:jc w:val="center"/>
        </w:trPr>
        <w:tc>
          <w:tcPr>
            <w:tcW w:w="993" w:type="dxa"/>
            <w:vAlign w:val="center"/>
          </w:tcPr>
          <w:p w14:paraId="7AD52610" w14:textId="69DCF11E" w:rsidR="001E468E" w:rsidRDefault="001E468E" w:rsidP="001E468E">
            <w:pPr>
              <w:jc w:val="center"/>
            </w:pPr>
            <w:r>
              <w:t>10</w:t>
            </w:r>
          </w:p>
        </w:tc>
        <w:tc>
          <w:tcPr>
            <w:tcW w:w="1135" w:type="dxa"/>
          </w:tcPr>
          <w:p w14:paraId="228FAC78" w14:textId="345D500F" w:rsidR="001E468E" w:rsidRDefault="001E468E"/>
        </w:tc>
        <w:tc>
          <w:tcPr>
            <w:tcW w:w="1657" w:type="dxa"/>
          </w:tcPr>
          <w:p w14:paraId="7CD84AFC" w14:textId="77777777" w:rsidR="001E468E" w:rsidRDefault="001E468E"/>
        </w:tc>
        <w:tc>
          <w:tcPr>
            <w:tcW w:w="1259" w:type="dxa"/>
          </w:tcPr>
          <w:p w14:paraId="10C1AC1F" w14:textId="77777777" w:rsidR="001E468E" w:rsidRDefault="001E468E"/>
        </w:tc>
        <w:tc>
          <w:tcPr>
            <w:tcW w:w="1058" w:type="dxa"/>
          </w:tcPr>
          <w:p w14:paraId="70F4DD6D" w14:textId="77777777" w:rsidR="001E468E" w:rsidRDefault="001E468E"/>
        </w:tc>
        <w:tc>
          <w:tcPr>
            <w:tcW w:w="1979" w:type="dxa"/>
          </w:tcPr>
          <w:p w14:paraId="6BB5420D" w14:textId="77777777" w:rsidR="001E468E" w:rsidRDefault="001E468E"/>
          <w:p w14:paraId="7CDF9954" w14:textId="552E490C" w:rsidR="001E468E" w:rsidRDefault="001E468E"/>
        </w:tc>
        <w:tc>
          <w:tcPr>
            <w:tcW w:w="999" w:type="dxa"/>
          </w:tcPr>
          <w:p w14:paraId="290A19BD" w14:textId="77777777" w:rsidR="001E468E" w:rsidRDefault="001E468E"/>
        </w:tc>
        <w:tc>
          <w:tcPr>
            <w:tcW w:w="702" w:type="dxa"/>
          </w:tcPr>
          <w:p w14:paraId="038A22A2" w14:textId="77777777" w:rsidR="001E468E" w:rsidRDefault="001E468E"/>
        </w:tc>
        <w:tc>
          <w:tcPr>
            <w:tcW w:w="1415" w:type="dxa"/>
          </w:tcPr>
          <w:p w14:paraId="655F5274" w14:textId="77777777" w:rsidR="001E468E" w:rsidRDefault="001E468E"/>
        </w:tc>
        <w:tc>
          <w:tcPr>
            <w:tcW w:w="1043" w:type="dxa"/>
          </w:tcPr>
          <w:p w14:paraId="14EB0F6C" w14:textId="77777777" w:rsidR="001E468E" w:rsidRDefault="001E468E"/>
        </w:tc>
        <w:tc>
          <w:tcPr>
            <w:tcW w:w="1494" w:type="dxa"/>
          </w:tcPr>
          <w:p w14:paraId="18BB6F90" w14:textId="77777777" w:rsidR="001E468E" w:rsidRDefault="001E468E"/>
        </w:tc>
        <w:tc>
          <w:tcPr>
            <w:tcW w:w="1199" w:type="dxa"/>
          </w:tcPr>
          <w:p w14:paraId="329223B0" w14:textId="77777777" w:rsidR="001E468E" w:rsidRDefault="001E468E"/>
        </w:tc>
      </w:tr>
    </w:tbl>
    <w:p w14:paraId="2CE0EB0D" w14:textId="67FFC119" w:rsidR="00B11E92" w:rsidRPr="001E468E" w:rsidRDefault="001E468E" w:rsidP="001E468E">
      <w:pPr>
        <w:jc w:val="center"/>
        <w:rPr>
          <w:b/>
          <w:bCs/>
          <w:sz w:val="6"/>
          <w:szCs w:val="6"/>
        </w:rPr>
      </w:pPr>
      <w:r w:rsidRPr="001E468E">
        <w:rPr>
          <w:b/>
          <w:bCs/>
        </w:rPr>
        <w:t>⚠️ KULLANIM SONRASI KONTROL VE NOTLAR</w:t>
      </w:r>
    </w:p>
    <w:tbl>
      <w:tblPr>
        <w:tblStyle w:val="TabloKlavuzu"/>
        <w:tblW w:w="14902" w:type="dxa"/>
        <w:jc w:val="center"/>
        <w:tblLook w:val="04A0" w:firstRow="1" w:lastRow="0" w:firstColumn="1" w:lastColumn="0" w:noHBand="0" w:noVBand="1"/>
      </w:tblPr>
      <w:tblGrid>
        <w:gridCol w:w="1085"/>
        <w:gridCol w:w="2189"/>
        <w:gridCol w:w="1908"/>
        <w:gridCol w:w="1869"/>
        <w:gridCol w:w="1733"/>
        <w:gridCol w:w="3118"/>
        <w:gridCol w:w="1688"/>
        <w:gridCol w:w="1312"/>
      </w:tblGrid>
      <w:tr w:rsidR="001E468E" w14:paraId="59E169CE" w14:textId="1AEA0B37" w:rsidTr="007A3DBB">
        <w:trPr>
          <w:jc w:val="center"/>
        </w:trPr>
        <w:tc>
          <w:tcPr>
            <w:tcW w:w="1085" w:type="dxa"/>
            <w:vAlign w:val="center"/>
          </w:tcPr>
          <w:p w14:paraId="273C53BE" w14:textId="28B919E3" w:rsidR="001E468E" w:rsidRPr="001E468E" w:rsidRDefault="001E468E" w:rsidP="001E468E">
            <w:pPr>
              <w:jc w:val="center"/>
              <w:rPr>
                <w:b/>
                <w:bCs/>
              </w:rPr>
            </w:pPr>
            <w:proofErr w:type="spellStart"/>
            <w:r w:rsidRPr="001E468E">
              <w:rPr>
                <w:b/>
                <w:bCs/>
                <w:sz w:val="20"/>
                <w:szCs w:val="20"/>
              </w:rPr>
              <w:t>Cihaz</w:t>
            </w:r>
            <w:proofErr w:type="spellEnd"/>
            <w:r w:rsidRPr="001E468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E468E">
              <w:rPr>
                <w:b/>
                <w:bCs/>
                <w:sz w:val="20"/>
                <w:szCs w:val="20"/>
              </w:rPr>
              <w:t>Teslim</w:t>
            </w:r>
            <w:proofErr w:type="spellEnd"/>
            <w:r w:rsidRPr="001E468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E468E">
              <w:rPr>
                <w:b/>
                <w:bCs/>
                <w:sz w:val="20"/>
                <w:szCs w:val="20"/>
              </w:rPr>
              <w:t>Sıra</w:t>
            </w:r>
            <w:proofErr w:type="spellEnd"/>
            <w:r w:rsidRPr="001E468E">
              <w:rPr>
                <w:b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2189" w:type="dxa"/>
            <w:vAlign w:val="center"/>
          </w:tcPr>
          <w:p w14:paraId="4BA62E1C" w14:textId="54C1BB53" w:rsidR="001E468E" w:rsidRPr="001E468E" w:rsidRDefault="001E468E" w:rsidP="001E468E">
            <w:pPr>
              <w:jc w:val="center"/>
              <w:rPr>
                <w:b/>
                <w:bCs/>
              </w:rPr>
            </w:pPr>
            <w:proofErr w:type="spellStart"/>
            <w:r w:rsidRPr="001E468E">
              <w:rPr>
                <w:b/>
                <w:bCs/>
              </w:rPr>
              <w:t>Cihazda</w:t>
            </w:r>
            <w:proofErr w:type="spellEnd"/>
            <w:r w:rsidRPr="001E468E">
              <w:rPr>
                <w:b/>
                <w:bCs/>
              </w:rPr>
              <w:t xml:space="preserve"> </w:t>
            </w:r>
            <w:proofErr w:type="spellStart"/>
            <w:r w:rsidRPr="001E468E">
              <w:rPr>
                <w:b/>
                <w:bCs/>
              </w:rPr>
              <w:t>olağan</w:t>
            </w:r>
            <w:proofErr w:type="spellEnd"/>
            <w:r w:rsidRPr="001E468E">
              <w:rPr>
                <w:b/>
                <w:bCs/>
              </w:rPr>
              <w:t xml:space="preserve"> </w:t>
            </w:r>
            <w:proofErr w:type="spellStart"/>
            <w:r w:rsidRPr="001E468E">
              <w:rPr>
                <w:b/>
                <w:bCs/>
              </w:rPr>
              <w:t>dışı</w:t>
            </w:r>
            <w:proofErr w:type="spellEnd"/>
            <w:r w:rsidRPr="001E468E">
              <w:rPr>
                <w:b/>
                <w:bCs/>
              </w:rPr>
              <w:t xml:space="preserve"> </w:t>
            </w:r>
            <w:proofErr w:type="spellStart"/>
            <w:r w:rsidRPr="001E468E">
              <w:rPr>
                <w:b/>
                <w:bCs/>
              </w:rPr>
              <w:t>ses</w:t>
            </w:r>
            <w:proofErr w:type="spellEnd"/>
            <w:r w:rsidRPr="001E468E">
              <w:rPr>
                <w:b/>
                <w:bCs/>
              </w:rPr>
              <w:t xml:space="preserve"> </w:t>
            </w:r>
            <w:proofErr w:type="spellStart"/>
            <w:r w:rsidRPr="001E468E">
              <w:rPr>
                <w:b/>
                <w:bCs/>
              </w:rPr>
              <w:t>titreşim</w:t>
            </w:r>
            <w:proofErr w:type="spellEnd"/>
            <w:r w:rsidRPr="001E468E">
              <w:rPr>
                <w:b/>
                <w:bCs/>
              </w:rPr>
              <w:t xml:space="preserve"> vb.</w:t>
            </w:r>
          </w:p>
        </w:tc>
        <w:tc>
          <w:tcPr>
            <w:tcW w:w="1908" w:type="dxa"/>
            <w:vAlign w:val="center"/>
          </w:tcPr>
          <w:p w14:paraId="4143C096" w14:textId="29D75656" w:rsidR="001E468E" w:rsidRPr="001E468E" w:rsidRDefault="001E468E" w:rsidP="001E468E">
            <w:pPr>
              <w:jc w:val="center"/>
              <w:rPr>
                <w:b/>
                <w:bCs/>
              </w:rPr>
            </w:pPr>
            <w:proofErr w:type="spellStart"/>
            <w:r w:rsidRPr="001E468E">
              <w:rPr>
                <w:b/>
                <w:bCs/>
              </w:rPr>
              <w:t>Kırık-çatlak-gevşek</w:t>
            </w:r>
            <w:proofErr w:type="spellEnd"/>
            <w:r w:rsidRPr="001E468E">
              <w:rPr>
                <w:b/>
                <w:bCs/>
              </w:rPr>
              <w:t xml:space="preserve"> </w:t>
            </w:r>
            <w:proofErr w:type="spellStart"/>
            <w:r w:rsidRPr="001E468E">
              <w:rPr>
                <w:b/>
                <w:bCs/>
              </w:rPr>
              <w:t>bağlantı</w:t>
            </w:r>
            <w:proofErr w:type="spellEnd"/>
          </w:p>
        </w:tc>
        <w:tc>
          <w:tcPr>
            <w:tcW w:w="1869" w:type="dxa"/>
            <w:vAlign w:val="center"/>
          </w:tcPr>
          <w:p w14:paraId="5F402138" w14:textId="725A2EEF" w:rsidR="001E468E" w:rsidRPr="001E468E" w:rsidRDefault="001E468E" w:rsidP="001E468E">
            <w:pPr>
              <w:jc w:val="center"/>
              <w:rPr>
                <w:b/>
                <w:bCs/>
              </w:rPr>
            </w:pPr>
            <w:proofErr w:type="spellStart"/>
            <w:r w:rsidRPr="001E468E">
              <w:rPr>
                <w:b/>
                <w:bCs/>
              </w:rPr>
              <w:t>Cihaz</w:t>
            </w:r>
            <w:proofErr w:type="spellEnd"/>
            <w:r w:rsidRPr="001E468E">
              <w:rPr>
                <w:b/>
                <w:bCs/>
              </w:rPr>
              <w:t xml:space="preserve"> </w:t>
            </w:r>
            <w:proofErr w:type="spellStart"/>
            <w:r w:rsidRPr="001E468E">
              <w:rPr>
                <w:b/>
                <w:bCs/>
              </w:rPr>
              <w:t>temiz</w:t>
            </w:r>
            <w:proofErr w:type="spellEnd"/>
            <w:r w:rsidRPr="001E468E">
              <w:rPr>
                <w:b/>
                <w:bCs/>
              </w:rPr>
              <w:t xml:space="preserve"> </w:t>
            </w:r>
            <w:proofErr w:type="spellStart"/>
            <w:r w:rsidRPr="001E468E">
              <w:rPr>
                <w:b/>
                <w:bCs/>
              </w:rPr>
              <w:t>teslim</w:t>
            </w:r>
            <w:proofErr w:type="spellEnd"/>
            <w:r w:rsidRPr="001E468E">
              <w:rPr>
                <w:b/>
                <w:bCs/>
              </w:rPr>
              <w:t xml:space="preserve"> </w:t>
            </w:r>
            <w:proofErr w:type="spellStart"/>
            <w:r w:rsidRPr="001E468E">
              <w:rPr>
                <w:b/>
                <w:bCs/>
              </w:rPr>
              <w:t>edildi</w:t>
            </w:r>
            <w:proofErr w:type="spellEnd"/>
          </w:p>
        </w:tc>
        <w:tc>
          <w:tcPr>
            <w:tcW w:w="1733" w:type="dxa"/>
            <w:vAlign w:val="center"/>
          </w:tcPr>
          <w:p w14:paraId="3A473C4F" w14:textId="27E2CF97" w:rsidR="001E468E" w:rsidRPr="001E468E" w:rsidRDefault="001E468E" w:rsidP="001E468E">
            <w:pPr>
              <w:jc w:val="center"/>
              <w:rPr>
                <w:b/>
                <w:bCs/>
              </w:rPr>
            </w:pPr>
            <w:proofErr w:type="spellStart"/>
            <w:r w:rsidRPr="001E468E">
              <w:rPr>
                <w:b/>
                <w:bCs/>
              </w:rPr>
              <w:t>Koruyucu</w:t>
            </w:r>
            <w:proofErr w:type="spellEnd"/>
            <w:r w:rsidRPr="001E468E">
              <w:rPr>
                <w:b/>
                <w:bCs/>
              </w:rPr>
              <w:t xml:space="preserve"> </w:t>
            </w:r>
            <w:proofErr w:type="spellStart"/>
            <w:r w:rsidRPr="001E468E">
              <w:rPr>
                <w:b/>
                <w:bCs/>
              </w:rPr>
              <w:t>ekipmanlar</w:t>
            </w:r>
            <w:proofErr w:type="spellEnd"/>
            <w:r w:rsidRPr="001E468E">
              <w:rPr>
                <w:b/>
                <w:bCs/>
              </w:rPr>
              <w:t xml:space="preserve"> </w:t>
            </w:r>
            <w:proofErr w:type="spellStart"/>
            <w:r w:rsidRPr="001E468E">
              <w:rPr>
                <w:b/>
                <w:bCs/>
              </w:rPr>
              <w:t>teslim</w:t>
            </w:r>
            <w:proofErr w:type="spellEnd"/>
            <w:r w:rsidRPr="001E468E">
              <w:rPr>
                <w:b/>
                <w:bCs/>
              </w:rPr>
              <w:t xml:space="preserve"> </w:t>
            </w:r>
            <w:proofErr w:type="spellStart"/>
            <w:r w:rsidRPr="001E468E">
              <w:rPr>
                <w:b/>
                <w:bCs/>
              </w:rPr>
              <w:t>edildi</w:t>
            </w:r>
            <w:proofErr w:type="spellEnd"/>
          </w:p>
        </w:tc>
        <w:tc>
          <w:tcPr>
            <w:tcW w:w="3118" w:type="dxa"/>
            <w:vAlign w:val="center"/>
          </w:tcPr>
          <w:p w14:paraId="2004205C" w14:textId="511574CC" w:rsidR="001E468E" w:rsidRPr="001E468E" w:rsidRDefault="001E468E" w:rsidP="001E468E">
            <w:pPr>
              <w:jc w:val="center"/>
              <w:rPr>
                <w:b/>
                <w:bCs/>
              </w:rPr>
            </w:pPr>
            <w:proofErr w:type="spellStart"/>
            <w:r w:rsidRPr="001E468E">
              <w:rPr>
                <w:b/>
                <w:bCs/>
              </w:rPr>
              <w:t>Diğer</w:t>
            </w:r>
            <w:proofErr w:type="spellEnd"/>
            <w:r w:rsidRPr="001E468E">
              <w:rPr>
                <w:b/>
                <w:bCs/>
              </w:rPr>
              <w:t xml:space="preserve"> </w:t>
            </w:r>
            <w:proofErr w:type="spellStart"/>
            <w:r w:rsidRPr="001E468E">
              <w:rPr>
                <w:b/>
                <w:bCs/>
              </w:rPr>
              <w:t>Notlar</w:t>
            </w:r>
            <w:proofErr w:type="spellEnd"/>
          </w:p>
        </w:tc>
        <w:tc>
          <w:tcPr>
            <w:tcW w:w="1688" w:type="dxa"/>
            <w:vAlign w:val="center"/>
          </w:tcPr>
          <w:p w14:paraId="5F1A5B5A" w14:textId="77777777" w:rsidR="001E468E" w:rsidRDefault="001E468E" w:rsidP="001E468E">
            <w:pPr>
              <w:jc w:val="center"/>
              <w:rPr>
                <w:b/>
                <w:bCs/>
              </w:rPr>
            </w:pPr>
            <w:proofErr w:type="spellStart"/>
            <w:r w:rsidRPr="001E468E">
              <w:rPr>
                <w:b/>
                <w:bCs/>
              </w:rPr>
              <w:t>Kontrol</w:t>
            </w:r>
            <w:proofErr w:type="spellEnd"/>
            <w:r w:rsidRPr="001E468E">
              <w:rPr>
                <w:b/>
                <w:bCs/>
              </w:rPr>
              <w:t xml:space="preserve"> Eden</w:t>
            </w:r>
          </w:p>
          <w:p w14:paraId="46A99B9A" w14:textId="40E65367" w:rsidR="001E468E" w:rsidRPr="001E468E" w:rsidRDefault="001E468E" w:rsidP="001E468E">
            <w:pPr>
              <w:jc w:val="center"/>
              <w:rPr>
                <w:b/>
                <w:bCs/>
              </w:rPr>
            </w:pPr>
            <w:r w:rsidRPr="001E468E">
              <w:rPr>
                <w:b/>
                <w:bCs/>
              </w:rPr>
              <w:t xml:space="preserve"> Ad </w:t>
            </w:r>
            <w:proofErr w:type="spellStart"/>
            <w:r w:rsidRPr="001E468E">
              <w:rPr>
                <w:b/>
                <w:bCs/>
              </w:rPr>
              <w:t>Soyad</w:t>
            </w:r>
            <w:proofErr w:type="spellEnd"/>
            <w:r w:rsidRPr="001E468E">
              <w:rPr>
                <w:b/>
                <w:bCs/>
              </w:rPr>
              <w:t xml:space="preserve"> </w:t>
            </w:r>
          </w:p>
        </w:tc>
        <w:tc>
          <w:tcPr>
            <w:tcW w:w="1312" w:type="dxa"/>
            <w:vAlign w:val="center"/>
          </w:tcPr>
          <w:p w14:paraId="1FBD1027" w14:textId="34AA4B6D" w:rsidR="001E468E" w:rsidRPr="001E468E" w:rsidRDefault="001E468E" w:rsidP="001E468E">
            <w:pPr>
              <w:jc w:val="center"/>
              <w:rPr>
                <w:b/>
                <w:bCs/>
              </w:rPr>
            </w:pPr>
            <w:proofErr w:type="spellStart"/>
            <w:r w:rsidRPr="001E468E">
              <w:rPr>
                <w:b/>
                <w:bCs/>
              </w:rPr>
              <w:t>Kontrol</w:t>
            </w:r>
            <w:proofErr w:type="spellEnd"/>
            <w:r w:rsidRPr="001E468E">
              <w:rPr>
                <w:b/>
                <w:bCs/>
              </w:rPr>
              <w:t xml:space="preserve"> Eden </w:t>
            </w:r>
            <w:proofErr w:type="spellStart"/>
            <w:r w:rsidRPr="001E468E">
              <w:rPr>
                <w:b/>
                <w:bCs/>
              </w:rPr>
              <w:t>İmza</w:t>
            </w:r>
            <w:proofErr w:type="spellEnd"/>
          </w:p>
        </w:tc>
      </w:tr>
      <w:tr w:rsidR="001E468E" w14:paraId="29D9DFD7" w14:textId="33217379" w:rsidTr="007A3DBB">
        <w:trPr>
          <w:jc w:val="center"/>
        </w:trPr>
        <w:tc>
          <w:tcPr>
            <w:tcW w:w="1085" w:type="dxa"/>
          </w:tcPr>
          <w:p w14:paraId="5DE47D45" w14:textId="5C1AF5D8" w:rsidR="001E468E" w:rsidRDefault="001E468E" w:rsidP="001E468E">
            <w:pPr>
              <w:jc w:val="center"/>
            </w:pPr>
            <w:r>
              <w:t>1</w:t>
            </w:r>
          </w:p>
        </w:tc>
        <w:tc>
          <w:tcPr>
            <w:tcW w:w="2189" w:type="dxa"/>
          </w:tcPr>
          <w:p w14:paraId="6FA3E885" w14:textId="04F47ADF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1908" w:type="dxa"/>
          </w:tcPr>
          <w:p w14:paraId="7E1C2489" w14:textId="199AB495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1869" w:type="dxa"/>
          </w:tcPr>
          <w:p w14:paraId="18B29408" w14:textId="3285F41A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1733" w:type="dxa"/>
          </w:tcPr>
          <w:p w14:paraId="15E5BEEA" w14:textId="54332938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3118" w:type="dxa"/>
          </w:tcPr>
          <w:p w14:paraId="7388F8E7" w14:textId="749E53CE" w:rsidR="001E468E" w:rsidRDefault="001E468E" w:rsidP="001E468E">
            <w:pPr>
              <w:jc w:val="center"/>
            </w:pPr>
          </w:p>
        </w:tc>
        <w:tc>
          <w:tcPr>
            <w:tcW w:w="1688" w:type="dxa"/>
          </w:tcPr>
          <w:p w14:paraId="250830CC" w14:textId="71E27B26" w:rsidR="001E468E" w:rsidRDefault="001E468E" w:rsidP="001E468E"/>
        </w:tc>
        <w:tc>
          <w:tcPr>
            <w:tcW w:w="1312" w:type="dxa"/>
          </w:tcPr>
          <w:p w14:paraId="2557B17D" w14:textId="77777777" w:rsidR="001E468E" w:rsidRDefault="001E468E" w:rsidP="001E468E"/>
        </w:tc>
      </w:tr>
      <w:tr w:rsidR="001E468E" w14:paraId="26804227" w14:textId="3040DBA8" w:rsidTr="007A3DBB">
        <w:trPr>
          <w:jc w:val="center"/>
        </w:trPr>
        <w:tc>
          <w:tcPr>
            <w:tcW w:w="1085" w:type="dxa"/>
          </w:tcPr>
          <w:p w14:paraId="10795ECD" w14:textId="11565988" w:rsidR="001E468E" w:rsidRDefault="001E468E" w:rsidP="001E468E">
            <w:pPr>
              <w:jc w:val="center"/>
            </w:pPr>
            <w:r>
              <w:t>2</w:t>
            </w:r>
          </w:p>
        </w:tc>
        <w:tc>
          <w:tcPr>
            <w:tcW w:w="2189" w:type="dxa"/>
          </w:tcPr>
          <w:p w14:paraId="37A4EC23" w14:textId="321A8013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1908" w:type="dxa"/>
          </w:tcPr>
          <w:p w14:paraId="4D03CE8F" w14:textId="4984B0FC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1869" w:type="dxa"/>
          </w:tcPr>
          <w:p w14:paraId="2618279B" w14:textId="049EE9D2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1733" w:type="dxa"/>
          </w:tcPr>
          <w:p w14:paraId="07B42F1E" w14:textId="49C13E75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3118" w:type="dxa"/>
          </w:tcPr>
          <w:p w14:paraId="675E187F" w14:textId="790208F5" w:rsidR="001E468E" w:rsidRDefault="001E468E" w:rsidP="001E468E">
            <w:pPr>
              <w:jc w:val="center"/>
            </w:pPr>
          </w:p>
        </w:tc>
        <w:tc>
          <w:tcPr>
            <w:tcW w:w="1688" w:type="dxa"/>
          </w:tcPr>
          <w:p w14:paraId="559805EC" w14:textId="189B51A6" w:rsidR="001E468E" w:rsidRDefault="001E468E" w:rsidP="001E468E"/>
        </w:tc>
        <w:tc>
          <w:tcPr>
            <w:tcW w:w="1312" w:type="dxa"/>
          </w:tcPr>
          <w:p w14:paraId="43378E4D" w14:textId="77777777" w:rsidR="001E468E" w:rsidRDefault="001E468E" w:rsidP="001E468E"/>
        </w:tc>
      </w:tr>
      <w:tr w:rsidR="001E468E" w14:paraId="132171E8" w14:textId="455B0ABF" w:rsidTr="007A3DBB">
        <w:trPr>
          <w:jc w:val="center"/>
        </w:trPr>
        <w:tc>
          <w:tcPr>
            <w:tcW w:w="1085" w:type="dxa"/>
          </w:tcPr>
          <w:p w14:paraId="16E8F032" w14:textId="38B565C3" w:rsidR="001E468E" w:rsidRDefault="001E468E" w:rsidP="001E468E">
            <w:pPr>
              <w:jc w:val="center"/>
            </w:pPr>
            <w:r>
              <w:t>3</w:t>
            </w:r>
          </w:p>
        </w:tc>
        <w:tc>
          <w:tcPr>
            <w:tcW w:w="2189" w:type="dxa"/>
          </w:tcPr>
          <w:p w14:paraId="2176AB1C" w14:textId="3DB0222F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1908" w:type="dxa"/>
          </w:tcPr>
          <w:p w14:paraId="608F1BF3" w14:textId="01326663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1869" w:type="dxa"/>
          </w:tcPr>
          <w:p w14:paraId="6D301DC1" w14:textId="548F67C9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1733" w:type="dxa"/>
          </w:tcPr>
          <w:p w14:paraId="69F26534" w14:textId="1585E4AD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3118" w:type="dxa"/>
          </w:tcPr>
          <w:p w14:paraId="3CD0DA72" w14:textId="5E1E9A69" w:rsidR="001E468E" w:rsidRDefault="001E468E" w:rsidP="001E468E">
            <w:pPr>
              <w:jc w:val="center"/>
            </w:pPr>
          </w:p>
        </w:tc>
        <w:tc>
          <w:tcPr>
            <w:tcW w:w="1688" w:type="dxa"/>
          </w:tcPr>
          <w:p w14:paraId="4EB582E2" w14:textId="19981610" w:rsidR="001E468E" w:rsidRDefault="001E468E" w:rsidP="001E468E"/>
        </w:tc>
        <w:tc>
          <w:tcPr>
            <w:tcW w:w="1312" w:type="dxa"/>
          </w:tcPr>
          <w:p w14:paraId="50B81502" w14:textId="77777777" w:rsidR="001E468E" w:rsidRDefault="001E468E" w:rsidP="001E468E"/>
        </w:tc>
      </w:tr>
      <w:tr w:rsidR="001E468E" w14:paraId="2479EBF3" w14:textId="410ABC7A" w:rsidTr="007A3DBB">
        <w:trPr>
          <w:jc w:val="center"/>
        </w:trPr>
        <w:tc>
          <w:tcPr>
            <w:tcW w:w="1085" w:type="dxa"/>
          </w:tcPr>
          <w:p w14:paraId="76DB61FD" w14:textId="220DBBE3" w:rsidR="001E468E" w:rsidRDefault="001E468E" w:rsidP="001E468E">
            <w:pPr>
              <w:jc w:val="center"/>
            </w:pPr>
            <w:r>
              <w:t>4</w:t>
            </w:r>
          </w:p>
        </w:tc>
        <w:tc>
          <w:tcPr>
            <w:tcW w:w="2189" w:type="dxa"/>
          </w:tcPr>
          <w:p w14:paraId="051B87FC" w14:textId="291C3147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1908" w:type="dxa"/>
          </w:tcPr>
          <w:p w14:paraId="0C3C7297" w14:textId="4B6006B1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1869" w:type="dxa"/>
          </w:tcPr>
          <w:p w14:paraId="0604CC7F" w14:textId="781736C3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1733" w:type="dxa"/>
          </w:tcPr>
          <w:p w14:paraId="0125DC1D" w14:textId="4CA26FFA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3118" w:type="dxa"/>
          </w:tcPr>
          <w:p w14:paraId="7CA8746E" w14:textId="57168E47" w:rsidR="001E468E" w:rsidRDefault="001E468E" w:rsidP="001E468E">
            <w:pPr>
              <w:jc w:val="center"/>
            </w:pPr>
          </w:p>
        </w:tc>
        <w:tc>
          <w:tcPr>
            <w:tcW w:w="1688" w:type="dxa"/>
          </w:tcPr>
          <w:p w14:paraId="38A4DBA2" w14:textId="7A932599" w:rsidR="001E468E" w:rsidRDefault="001E468E" w:rsidP="001E468E"/>
        </w:tc>
        <w:tc>
          <w:tcPr>
            <w:tcW w:w="1312" w:type="dxa"/>
          </w:tcPr>
          <w:p w14:paraId="53ED6A7D" w14:textId="77777777" w:rsidR="001E468E" w:rsidRDefault="001E468E" w:rsidP="001E468E"/>
        </w:tc>
      </w:tr>
      <w:tr w:rsidR="001E468E" w14:paraId="7287FBEA" w14:textId="561B12E7" w:rsidTr="007A3DBB">
        <w:trPr>
          <w:jc w:val="center"/>
        </w:trPr>
        <w:tc>
          <w:tcPr>
            <w:tcW w:w="1085" w:type="dxa"/>
          </w:tcPr>
          <w:p w14:paraId="31DAEFD3" w14:textId="03EDC956" w:rsidR="001E468E" w:rsidRDefault="001E468E" w:rsidP="001E468E">
            <w:pPr>
              <w:jc w:val="center"/>
            </w:pPr>
            <w:r>
              <w:t>5</w:t>
            </w:r>
          </w:p>
        </w:tc>
        <w:tc>
          <w:tcPr>
            <w:tcW w:w="2189" w:type="dxa"/>
          </w:tcPr>
          <w:p w14:paraId="745D9195" w14:textId="399B4038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1908" w:type="dxa"/>
          </w:tcPr>
          <w:p w14:paraId="44A6F156" w14:textId="3DED983D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1869" w:type="dxa"/>
          </w:tcPr>
          <w:p w14:paraId="53853733" w14:textId="2D9CD04D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1733" w:type="dxa"/>
          </w:tcPr>
          <w:p w14:paraId="38A379E4" w14:textId="0EAEAD54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3118" w:type="dxa"/>
          </w:tcPr>
          <w:p w14:paraId="1DB0ED3F" w14:textId="175D155C" w:rsidR="001E468E" w:rsidRDefault="001E468E" w:rsidP="001E468E">
            <w:pPr>
              <w:jc w:val="center"/>
            </w:pPr>
          </w:p>
        </w:tc>
        <w:tc>
          <w:tcPr>
            <w:tcW w:w="1688" w:type="dxa"/>
          </w:tcPr>
          <w:p w14:paraId="0E0A3068" w14:textId="7A164ADA" w:rsidR="001E468E" w:rsidRDefault="001E468E" w:rsidP="001E468E"/>
        </w:tc>
        <w:tc>
          <w:tcPr>
            <w:tcW w:w="1312" w:type="dxa"/>
          </w:tcPr>
          <w:p w14:paraId="67B10B6C" w14:textId="77777777" w:rsidR="001E468E" w:rsidRDefault="001E468E" w:rsidP="001E468E"/>
        </w:tc>
      </w:tr>
      <w:tr w:rsidR="001E468E" w14:paraId="59CD8395" w14:textId="0E101078" w:rsidTr="007A3DBB">
        <w:trPr>
          <w:jc w:val="center"/>
        </w:trPr>
        <w:tc>
          <w:tcPr>
            <w:tcW w:w="1085" w:type="dxa"/>
          </w:tcPr>
          <w:p w14:paraId="2A286CB3" w14:textId="5451A1DC" w:rsidR="001E468E" w:rsidRDefault="001E468E" w:rsidP="001E468E">
            <w:pPr>
              <w:jc w:val="center"/>
            </w:pPr>
            <w:r>
              <w:t>6</w:t>
            </w:r>
          </w:p>
        </w:tc>
        <w:tc>
          <w:tcPr>
            <w:tcW w:w="2189" w:type="dxa"/>
          </w:tcPr>
          <w:p w14:paraId="65D822E9" w14:textId="13FB6C81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1908" w:type="dxa"/>
          </w:tcPr>
          <w:p w14:paraId="2FC03BDB" w14:textId="5EF62357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1869" w:type="dxa"/>
          </w:tcPr>
          <w:p w14:paraId="7CC51A05" w14:textId="73EFDE61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1733" w:type="dxa"/>
          </w:tcPr>
          <w:p w14:paraId="30842D60" w14:textId="5E3C2B62" w:rsidR="001E468E" w:rsidRDefault="001E468E" w:rsidP="001E468E">
            <w:pPr>
              <w:jc w:val="center"/>
            </w:pPr>
            <w:r w:rsidRPr="00AD7405">
              <w:t>☐</w:t>
            </w:r>
          </w:p>
        </w:tc>
        <w:tc>
          <w:tcPr>
            <w:tcW w:w="3118" w:type="dxa"/>
          </w:tcPr>
          <w:p w14:paraId="01DBD6DC" w14:textId="69091C8C" w:rsidR="001E468E" w:rsidRDefault="001E468E" w:rsidP="001E468E">
            <w:pPr>
              <w:jc w:val="center"/>
            </w:pPr>
          </w:p>
        </w:tc>
        <w:tc>
          <w:tcPr>
            <w:tcW w:w="1688" w:type="dxa"/>
          </w:tcPr>
          <w:p w14:paraId="0582C98B" w14:textId="4442792B" w:rsidR="001E468E" w:rsidRDefault="001E468E" w:rsidP="001E468E"/>
        </w:tc>
        <w:tc>
          <w:tcPr>
            <w:tcW w:w="1312" w:type="dxa"/>
          </w:tcPr>
          <w:p w14:paraId="19548418" w14:textId="77777777" w:rsidR="001E468E" w:rsidRDefault="001E468E" w:rsidP="001E468E"/>
        </w:tc>
      </w:tr>
      <w:tr w:rsidR="001E468E" w14:paraId="11308F6D" w14:textId="77777777" w:rsidTr="007A3DBB">
        <w:trPr>
          <w:jc w:val="center"/>
        </w:trPr>
        <w:tc>
          <w:tcPr>
            <w:tcW w:w="1085" w:type="dxa"/>
          </w:tcPr>
          <w:p w14:paraId="594BB2B8" w14:textId="5ABB68E9" w:rsidR="001E468E" w:rsidRDefault="001E468E" w:rsidP="001E468E">
            <w:pPr>
              <w:jc w:val="center"/>
            </w:pPr>
            <w:r>
              <w:t>7</w:t>
            </w:r>
          </w:p>
        </w:tc>
        <w:tc>
          <w:tcPr>
            <w:tcW w:w="2189" w:type="dxa"/>
          </w:tcPr>
          <w:p w14:paraId="481411E3" w14:textId="503EC03A" w:rsidR="001E468E" w:rsidRPr="00AD7405" w:rsidRDefault="001E468E" w:rsidP="001E468E">
            <w:pPr>
              <w:jc w:val="center"/>
            </w:pPr>
            <w:r w:rsidRPr="00945972">
              <w:t>☐</w:t>
            </w:r>
          </w:p>
        </w:tc>
        <w:tc>
          <w:tcPr>
            <w:tcW w:w="1908" w:type="dxa"/>
          </w:tcPr>
          <w:p w14:paraId="44FF1186" w14:textId="209AFE35" w:rsidR="001E468E" w:rsidRPr="00AD7405" w:rsidRDefault="001E468E" w:rsidP="001E468E">
            <w:pPr>
              <w:jc w:val="center"/>
            </w:pPr>
            <w:r w:rsidRPr="00945972">
              <w:t>☐</w:t>
            </w:r>
          </w:p>
        </w:tc>
        <w:tc>
          <w:tcPr>
            <w:tcW w:w="1869" w:type="dxa"/>
          </w:tcPr>
          <w:p w14:paraId="08501647" w14:textId="04C87BBA" w:rsidR="001E468E" w:rsidRPr="00AD7405" w:rsidRDefault="001E468E" w:rsidP="001E468E">
            <w:pPr>
              <w:jc w:val="center"/>
            </w:pPr>
            <w:r w:rsidRPr="00945972">
              <w:t>☐</w:t>
            </w:r>
          </w:p>
        </w:tc>
        <w:tc>
          <w:tcPr>
            <w:tcW w:w="1733" w:type="dxa"/>
          </w:tcPr>
          <w:p w14:paraId="0373580C" w14:textId="09894230" w:rsidR="001E468E" w:rsidRPr="00AD7405" w:rsidRDefault="001E468E" w:rsidP="001E468E">
            <w:pPr>
              <w:jc w:val="center"/>
            </w:pPr>
            <w:r w:rsidRPr="00945972">
              <w:t>☐</w:t>
            </w:r>
          </w:p>
        </w:tc>
        <w:tc>
          <w:tcPr>
            <w:tcW w:w="3118" w:type="dxa"/>
          </w:tcPr>
          <w:p w14:paraId="7B0564F3" w14:textId="1D99148F" w:rsidR="001E468E" w:rsidRPr="00AD7405" w:rsidRDefault="001E468E" w:rsidP="001E468E">
            <w:pPr>
              <w:jc w:val="center"/>
            </w:pPr>
          </w:p>
        </w:tc>
        <w:tc>
          <w:tcPr>
            <w:tcW w:w="1688" w:type="dxa"/>
          </w:tcPr>
          <w:p w14:paraId="18FEBF02" w14:textId="77777777" w:rsidR="001E468E" w:rsidRDefault="001E468E" w:rsidP="001E468E"/>
        </w:tc>
        <w:tc>
          <w:tcPr>
            <w:tcW w:w="1312" w:type="dxa"/>
          </w:tcPr>
          <w:p w14:paraId="7FF26599" w14:textId="77777777" w:rsidR="001E468E" w:rsidRDefault="001E468E" w:rsidP="001E468E"/>
        </w:tc>
      </w:tr>
      <w:tr w:rsidR="001E468E" w14:paraId="10AEA641" w14:textId="77777777" w:rsidTr="007A3DBB">
        <w:trPr>
          <w:jc w:val="center"/>
        </w:trPr>
        <w:tc>
          <w:tcPr>
            <w:tcW w:w="1085" w:type="dxa"/>
          </w:tcPr>
          <w:p w14:paraId="153D42F6" w14:textId="62B49360" w:rsidR="001E468E" w:rsidRDefault="001E468E" w:rsidP="001E468E">
            <w:pPr>
              <w:jc w:val="center"/>
            </w:pPr>
            <w:r>
              <w:t>8</w:t>
            </w:r>
          </w:p>
        </w:tc>
        <w:tc>
          <w:tcPr>
            <w:tcW w:w="2189" w:type="dxa"/>
          </w:tcPr>
          <w:p w14:paraId="6A3E88F8" w14:textId="12614C69" w:rsidR="001E468E" w:rsidRPr="00AD7405" w:rsidRDefault="001E468E" w:rsidP="001E468E">
            <w:pPr>
              <w:jc w:val="center"/>
            </w:pPr>
            <w:r w:rsidRPr="00945972">
              <w:t>☐</w:t>
            </w:r>
          </w:p>
        </w:tc>
        <w:tc>
          <w:tcPr>
            <w:tcW w:w="1908" w:type="dxa"/>
          </w:tcPr>
          <w:p w14:paraId="7C19755F" w14:textId="7517094C" w:rsidR="001E468E" w:rsidRPr="00AD7405" w:rsidRDefault="001E468E" w:rsidP="001E468E">
            <w:pPr>
              <w:jc w:val="center"/>
            </w:pPr>
            <w:r w:rsidRPr="00945972">
              <w:t>☐</w:t>
            </w:r>
          </w:p>
        </w:tc>
        <w:tc>
          <w:tcPr>
            <w:tcW w:w="1869" w:type="dxa"/>
          </w:tcPr>
          <w:p w14:paraId="77B8B133" w14:textId="1A3F40B3" w:rsidR="001E468E" w:rsidRPr="00AD7405" w:rsidRDefault="001E468E" w:rsidP="001E468E">
            <w:pPr>
              <w:jc w:val="center"/>
            </w:pPr>
            <w:r w:rsidRPr="00945972">
              <w:t>☐</w:t>
            </w:r>
          </w:p>
        </w:tc>
        <w:tc>
          <w:tcPr>
            <w:tcW w:w="1733" w:type="dxa"/>
          </w:tcPr>
          <w:p w14:paraId="0372DCC1" w14:textId="71BCE9DA" w:rsidR="001E468E" w:rsidRPr="00AD7405" w:rsidRDefault="001E468E" w:rsidP="001E468E">
            <w:pPr>
              <w:jc w:val="center"/>
            </w:pPr>
            <w:r w:rsidRPr="00945972">
              <w:t>☐</w:t>
            </w:r>
          </w:p>
        </w:tc>
        <w:tc>
          <w:tcPr>
            <w:tcW w:w="3118" w:type="dxa"/>
          </w:tcPr>
          <w:p w14:paraId="688B88E4" w14:textId="14B6626E" w:rsidR="001E468E" w:rsidRPr="00AD7405" w:rsidRDefault="001E468E" w:rsidP="001E468E">
            <w:pPr>
              <w:jc w:val="center"/>
            </w:pPr>
          </w:p>
        </w:tc>
        <w:tc>
          <w:tcPr>
            <w:tcW w:w="1688" w:type="dxa"/>
          </w:tcPr>
          <w:p w14:paraId="4C0F762F" w14:textId="77777777" w:rsidR="001E468E" w:rsidRDefault="001E468E" w:rsidP="001E468E"/>
        </w:tc>
        <w:tc>
          <w:tcPr>
            <w:tcW w:w="1312" w:type="dxa"/>
          </w:tcPr>
          <w:p w14:paraId="0835BD5F" w14:textId="77777777" w:rsidR="001E468E" w:rsidRDefault="001E468E" w:rsidP="001E468E"/>
        </w:tc>
      </w:tr>
      <w:tr w:rsidR="001E468E" w14:paraId="7F63C536" w14:textId="77777777" w:rsidTr="007A3DBB">
        <w:trPr>
          <w:jc w:val="center"/>
        </w:trPr>
        <w:tc>
          <w:tcPr>
            <w:tcW w:w="1085" w:type="dxa"/>
          </w:tcPr>
          <w:p w14:paraId="6ECCA05C" w14:textId="4486B6D2" w:rsidR="001E468E" w:rsidRDefault="001E468E" w:rsidP="001E468E">
            <w:pPr>
              <w:jc w:val="center"/>
            </w:pPr>
            <w:r>
              <w:t>9</w:t>
            </w:r>
          </w:p>
        </w:tc>
        <w:tc>
          <w:tcPr>
            <w:tcW w:w="2189" w:type="dxa"/>
          </w:tcPr>
          <w:p w14:paraId="3B30D2B2" w14:textId="39BD1BBB" w:rsidR="001E468E" w:rsidRPr="00AD7405" w:rsidRDefault="001E468E" w:rsidP="001E468E">
            <w:pPr>
              <w:jc w:val="center"/>
            </w:pPr>
            <w:r w:rsidRPr="00945972">
              <w:t>☐</w:t>
            </w:r>
          </w:p>
        </w:tc>
        <w:tc>
          <w:tcPr>
            <w:tcW w:w="1908" w:type="dxa"/>
          </w:tcPr>
          <w:p w14:paraId="5B0FD872" w14:textId="0FCCA4D8" w:rsidR="001E468E" w:rsidRPr="00AD7405" w:rsidRDefault="001E468E" w:rsidP="001E468E">
            <w:pPr>
              <w:jc w:val="center"/>
            </w:pPr>
            <w:r w:rsidRPr="00945972">
              <w:t>☐</w:t>
            </w:r>
          </w:p>
        </w:tc>
        <w:tc>
          <w:tcPr>
            <w:tcW w:w="1869" w:type="dxa"/>
          </w:tcPr>
          <w:p w14:paraId="09EF68D5" w14:textId="07A1DA5D" w:rsidR="001E468E" w:rsidRPr="00AD7405" w:rsidRDefault="001E468E" w:rsidP="001E468E">
            <w:pPr>
              <w:jc w:val="center"/>
            </w:pPr>
            <w:r w:rsidRPr="00945972">
              <w:t>☐</w:t>
            </w:r>
          </w:p>
        </w:tc>
        <w:tc>
          <w:tcPr>
            <w:tcW w:w="1733" w:type="dxa"/>
          </w:tcPr>
          <w:p w14:paraId="40955792" w14:textId="776435CC" w:rsidR="001E468E" w:rsidRPr="00AD7405" w:rsidRDefault="001E468E" w:rsidP="001E468E">
            <w:pPr>
              <w:jc w:val="center"/>
            </w:pPr>
            <w:r w:rsidRPr="00945972">
              <w:t>☐</w:t>
            </w:r>
          </w:p>
        </w:tc>
        <w:tc>
          <w:tcPr>
            <w:tcW w:w="3118" w:type="dxa"/>
          </w:tcPr>
          <w:p w14:paraId="3C4D4B9D" w14:textId="33EADD72" w:rsidR="001E468E" w:rsidRPr="00AD7405" w:rsidRDefault="001E468E" w:rsidP="001E468E">
            <w:pPr>
              <w:jc w:val="center"/>
            </w:pPr>
          </w:p>
        </w:tc>
        <w:tc>
          <w:tcPr>
            <w:tcW w:w="1688" w:type="dxa"/>
          </w:tcPr>
          <w:p w14:paraId="7C5A9C20" w14:textId="77777777" w:rsidR="001E468E" w:rsidRDefault="001E468E" w:rsidP="001E468E"/>
        </w:tc>
        <w:tc>
          <w:tcPr>
            <w:tcW w:w="1312" w:type="dxa"/>
          </w:tcPr>
          <w:p w14:paraId="3B246C84" w14:textId="77777777" w:rsidR="001E468E" w:rsidRDefault="001E468E" w:rsidP="001E468E"/>
        </w:tc>
      </w:tr>
      <w:tr w:rsidR="001E468E" w14:paraId="50C7C596" w14:textId="77777777" w:rsidTr="007A3DBB">
        <w:trPr>
          <w:jc w:val="center"/>
        </w:trPr>
        <w:tc>
          <w:tcPr>
            <w:tcW w:w="1085" w:type="dxa"/>
          </w:tcPr>
          <w:p w14:paraId="6BAD5E13" w14:textId="1B15ACAE" w:rsidR="001E468E" w:rsidRDefault="001E468E" w:rsidP="001E468E">
            <w:pPr>
              <w:jc w:val="center"/>
            </w:pPr>
            <w:r>
              <w:lastRenderedPageBreak/>
              <w:t>10</w:t>
            </w:r>
          </w:p>
        </w:tc>
        <w:tc>
          <w:tcPr>
            <w:tcW w:w="2189" w:type="dxa"/>
          </w:tcPr>
          <w:p w14:paraId="74FEF895" w14:textId="26DDA8A1" w:rsidR="001E468E" w:rsidRPr="00AD7405" w:rsidRDefault="001E468E" w:rsidP="001E468E">
            <w:pPr>
              <w:jc w:val="center"/>
            </w:pPr>
            <w:r w:rsidRPr="00945972">
              <w:t>☐</w:t>
            </w:r>
          </w:p>
        </w:tc>
        <w:tc>
          <w:tcPr>
            <w:tcW w:w="1908" w:type="dxa"/>
          </w:tcPr>
          <w:p w14:paraId="74936BBB" w14:textId="38DCAC3D" w:rsidR="001E468E" w:rsidRPr="00AD7405" w:rsidRDefault="001E468E" w:rsidP="001E468E">
            <w:pPr>
              <w:jc w:val="center"/>
            </w:pPr>
            <w:r w:rsidRPr="00945972">
              <w:t>☐</w:t>
            </w:r>
          </w:p>
        </w:tc>
        <w:tc>
          <w:tcPr>
            <w:tcW w:w="1869" w:type="dxa"/>
          </w:tcPr>
          <w:p w14:paraId="5698CBA9" w14:textId="6742D243" w:rsidR="001E468E" w:rsidRPr="00AD7405" w:rsidRDefault="001E468E" w:rsidP="001E468E">
            <w:pPr>
              <w:jc w:val="center"/>
            </w:pPr>
            <w:r w:rsidRPr="00945972">
              <w:t>☐</w:t>
            </w:r>
          </w:p>
        </w:tc>
        <w:tc>
          <w:tcPr>
            <w:tcW w:w="1733" w:type="dxa"/>
          </w:tcPr>
          <w:p w14:paraId="3EC9ED6F" w14:textId="5A70B8A3" w:rsidR="001E468E" w:rsidRPr="00AD7405" w:rsidRDefault="001E468E" w:rsidP="001E468E">
            <w:pPr>
              <w:jc w:val="center"/>
            </w:pPr>
            <w:r w:rsidRPr="00945972">
              <w:t>☐</w:t>
            </w:r>
          </w:p>
        </w:tc>
        <w:tc>
          <w:tcPr>
            <w:tcW w:w="3118" w:type="dxa"/>
          </w:tcPr>
          <w:p w14:paraId="72493738" w14:textId="77777777" w:rsidR="001E468E" w:rsidRDefault="001E468E" w:rsidP="001E468E">
            <w:pPr>
              <w:jc w:val="center"/>
            </w:pPr>
          </w:p>
          <w:p w14:paraId="63A68966" w14:textId="7DD8501B" w:rsidR="001D4EDC" w:rsidRPr="001D4EDC" w:rsidRDefault="001D4EDC" w:rsidP="001D4EDC">
            <w:pPr>
              <w:tabs>
                <w:tab w:val="left" w:pos="960"/>
              </w:tabs>
            </w:pPr>
            <w:r>
              <w:tab/>
            </w:r>
          </w:p>
        </w:tc>
        <w:tc>
          <w:tcPr>
            <w:tcW w:w="1688" w:type="dxa"/>
          </w:tcPr>
          <w:p w14:paraId="06F1F23D" w14:textId="77777777" w:rsidR="001E468E" w:rsidRDefault="001E468E" w:rsidP="001E468E"/>
        </w:tc>
        <w:tc>
          <w:tcPr>
            <w:tcW w:w="1312" w:type="dxa"/>
          </w:tcPr>
          <w:p w14:paraId="0AE6BC05" w14:textId="77777777" w:rsidR="001E468E" w:rsidRDefault="001E468E" w:rsidP="001E468E"/>
        </w:tc>
      </w:tr>
    </w:tbl>
    <w:p w14:paraId="27C01B05" w14:textId="066FC37D" w:rsidR="00B11E92" w:rsidRDefault="00E15ABE" w:rsidP="003D7238">
      <w:r>
        <w:br/>
        <w:t xml:space="preserve">Abana Sabahat Mesut Yılmaz MYO – </w:t>
      </w:r>
      <w:proofErr w:type="spellStart"/>
      <w:r>
        <w:t>Kastamonu</w:t>
      </w:r>
      <w:proofErr w:type="spellEnd"/>
      <w:r>
        <w:t xml:space="preserve"> </w:t>
      </w:r>
      <w:proofErr w:type="spellStart"/>
      <w:r>
        <w:t>Üniversitesi</w:t>
      </w:r>
      <w:proofErr w:type="spellEnd"/>
      <w:r>
        <w:t xml:space="preserve"> | </w:t>
      </w:r>
      <w:proofErr w:type="spellStart"/>
      <w:r>
        <w:t>Sayfa</w:t>
      </w:r>
      <w:proofErr w:type="spellEnd"/>
      <w:r>
        <w:t xml:space="preserve"> 1/40</w:t>
      </w:r>
    </w:p>
    <w:sectPr w:rsidR="00B11E92" w:rsidSect="003D7238">
      <w:footerReference w:type="default" r:id="rId10"/>
      <w:pgSz w:w="15840" w:h="12240" w:orient="landscape"/>
      <w:pgMar w:top="284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A0931" w14:textId="77777777" w:rsidR="00EC0B94" w:rsidRDefault="00EC0B94" w:rsidP="001D4EDC">
      <w:pPr>
        <w:spacing w:after="0" w:line="240" w:lineRule="auto"/>
      </w:pPr>
      <w:r>
        <w:separator/>
      </w:r>
    </w:p>
  </w:endnote>
  <w:endnote w:type="continuationSeparator" w:id="0">
    <w:p w14:paraId="342753CE" w14:textId="77777777" w:rsidR="00EC0B94" w:rsidRDefault="00EC0B94" w:rsidP="001D4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8E565" w14:textId="095707C3" w:rsidR="001D4EDC" w:rsidRPr="001D4EDC" w:rsidRDefault="001D4EDC" w:rsidP="001D4EDC">
    <w:pPr>
      <w:pStyle w:val="AltBilgi"/>
      <w:jc w:val="right"/>
      <w:rPr>
        <w:rFonts w:ascii="Times New Roman" w:hAnsi="Times New Roman" w:cs="Times New Roman"/>
        <w:sz w:val="20"/>
        <w:szCs w:val="20"/>
        <w:lang w:val="tr-TR"/>
      </w:rPr>
    </w:pPr>
    <w:r w:rsidRPr="001D4EDC">
      <w:rPr>
        <w:rFonts w:ascii="Times New Roman" w:hAnsi="Times New Roman" w:cs="Times New Roman"/>
        <w:sz w:val="20"/>
        <w:szCs w:val="20"/>
        <w:lang w:val="tr-TR"/>
      </w:rPr>
      <w:t xml:space="preserve">KYS-FRM-832 Yayın Tarihi: 7.10.2026 Revizyon No: 00 Revizyon </w:t>
    </w:r>
    <w:proofErr w:type="gramStart"/>
    <w:r w:rsidRPr="001D4EDC">
      <w:rPr>
        <w:rFonts w:ascii="Times New Roman" w:hAnsi="Times New Roman" w:cs="Times New Roman"/>
        <w:sz w:val="20"/>
        <w:szCs w:val="20"/>
        <w:lang w:val="tr-TR"/>
      </w:rPr>
      <w:t>Tarihi:-</w:t>
    </w:r>
    <w:proofErr w:type="gramEnd"/>
    <w:r w:rsidRPr="001D4EDC">
      <w:rPr>
        <w:rFonts w:ascii="Times New Roman" w:hAnsi="Times New Roman" w:cs="Times New Roman"/>
        <w:sz w:val="20"/>
        <w:szCs w:val="20"/>
        <w:lang w:val="tr-TR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0C95C" w14:textId="77777777" w:rsidR="00EC0B94" w:rsidRDefault="00EC0B94" w:rsidP="001D4EDC">
      <w:pPr>
        <w:spacing w:after="0" w:line="240" w:lineRule="auto"/>
      </w:pPr>
      <w:r>
        <w:separator/>
      </w:r>
    </w:p>
  </w:footnote>
  <w:footnote w:type="continuationSeparator" w:id="0">
    <w:p w14:paraId="7934EA6C" w14:textId="77777777" w:rsidR="00EC0B94" w:rsidRDefault="00EC0B94" w:rsidP="001D4E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6271896">
    <w:abstractNumId w:val="8"/>
  </w:num>
  <w:num w:numId="2" w16cid:durableId="982660848">
    <w:abstractNumId w:val="6"/>
  </w:num>
  <w:num w:numId="3" w16cid:durableId="1094396024">
    <w:abstractNumId w:val="5"/>
  </w:num>
  <w:num w:numId="4" w16cid:durableId="1809783686">
    <w:abstractNumId w:val="4"/>
  </w:num>
  <w:num w:numId="5" w16cid:durableId="1530294098">
    <w:abstractNumId w:val="7"/>
  </w:num>
  <w:num w:numId="6" w16cid:durableId="393089687">
    <w:abstractNumId w:val="3"/>
  </w:num>
  <w:num w:numId="7" w16cid:durableId="710037063">
    <w:abstractNumId w:val="2"/>
  </w:num>
  <w:num w:numId="8" w16cid:durableId="1592394271">
    <w:abstractNumId w:val="1"/>
  </w:num>
  <w:num w:numId="9" w16cid:durableId="2141072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4EDC"/>
    <w:rsid w:val="001E468E"/>
    <w:rsid w:val="0029639D"/>
    <w:rsid w:val="00326F90"/>
    <w:rsid w:val="003D7238"/>
    <w:rsid w:val="00465A48"/>
    <w:rsid w:val="007A3DBB"/>
    <w:rsid w:val="00AA1D8D"/>
    <w:rsid w:val="00B11E92"/>
    <w:rsid w:val="00B47730"/>
    <w:rsid w:val="00BD52C3"/>
    <w:rsid w:val="00C501DB"/>
    <w:rsid w:val="00CB0664"/>
    <w:rsid w:val="00E15ABE"/>
    <w:rsid w:val="00E554B3"/>
    <w:rsid w:val="00EC0B94"/>
    <w:rsid w:val="00FC16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03668F"/>
  <w14:defaultImageDpi w14:val="300"/>
  <w15:docId w15:val="{149570CB-7D54-4C0B-AA42-68B15CD3A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E554B3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554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bana@kastamonu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E8FD3E-EC02-4C63-B0C1-8287F3919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181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2026-10-07T08:49:00Z</dcterms:created>
  <dcterms:modified xsi:type="dcterms:W3CDTF">2026-10-07T08:49:00Z</dcterms:modified>
  <cp:category/>
</cp:coreProperties>
</file>