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BF40F1" w14:textId="77777777" w:rsidR="0004116E" w:rsidRPr="00AD6BB0" w:rsidRDefault="00570F3F">
      <w:pPr>
        <w:jc w:val="center"/>
        <w:rPr>
          <w:rFonts w:ascii="Times New Roman" w:hAnsi="Times New Roman" w:cs="Times New Roman"/>
        </w:rPr>
      </w:pPr>
      <w:r w:rsidRPr="00AD6BB0">
        <w:rPr>
          <w:rFonts w:ascii="Times New Roman" w:hAnsi="Times New Roman" w:cs="Times New Roman"/>
        </w:rPr>
        <w:t>T.C.</w:t>
      </w:r>
    </w:p>
    <w:p w14:paraId="172B560A" w14:textId="2C1D6375" w:rsidR="0004116E" w:rsidRPr="00AD6BB0" w:rsidRDefault="00F339CC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KASTAMONU</w:t>
      </w:r>
      <w:r w:rsidR="00B80804" w:rsidRPr="00AD6BB0">
        <w:rPr>
          <w:rFonts w:ascii="Times New Roman" w:hAnsi="Times New Roman" w:cs="Times New Roman"/>
        </w:rPr>
        <w:t xml:space="preserve"> ÜNİVERSİTESİ</w:t>
      </w:r>
    </w:p>
    <w:p w14:paraId="7490741A" w14:textId="37754AA6" w:rsidR="0004116E" w:rsidRPr="00AD6BB0" w:rsidRDefault="00570F3F">
      <w:pPr>
        <w:jc w:val="center"/>
        <w:rPr>
          <w:rFonts w:ascii="Times New Roman" w:hAnsi="Times New Roman" w:cs="Times New Roman"/>
        </w:rPr>
      </w:pPr>
      <w:proofErr w:type="spellStart"/>
      <w:r w:rsidRPr="00AD6BB0">
        <w:rPr>
          <w:rFonts w:ascii="Times New Roman" w:hAnsi="Times New Roman" w:cs="Times New Roman"/>
        </w:rPr>
        <w:t>Spor</w:t>
      </w:r>
      <w:proofErr w:type="spellEnd"/>
      <w:r w:rsidRPr="00AD6BB0">
        <w:rPr>
          <w:rFonts w:ascii="Times New Roman" w:hAnsi="Times New Roman" w:cs="Times New Roman"/>
        </w:rPr>
        <w:t xml:space="preserve"> </w:t>
      </w:r>
      <w:proofErr w:type="spellStart"/>
      <w:r w:rsidRPr="00AD6BB0">
        <w:rPr>
          <w:rFonts w:ascii="Times New Roman" w:hAnsi="Times New Roman" w:cs="Times New Roman"/>
        </w:rPr>
        <w:t>Bilimleri</w:t>
      </w:r>
      <w:proofErr w:type="spellEnd"/>
      <w:r w:rsidRPr="00AD6BB0">
        <w:rPr>
          <w:rFonts w:ascii="Times New Roman" w:hAnsi="Times New Roman" w:cs="Times New Roman"/>
        </w:rPr>
        <w:t xml:space="preserve"> </w:t>
      </w:r>
      <w:proofErr w:type="spellStart"/>
      <w:r w:rsidRPr="00AD6BB0">
        <w:rPr>
          <w:rFonts w:ascii="Times New Roman" w:hAnsi="Times New Roman" w:cs="Times New Roman"/>
        </w:rPr>
        <w:t>Fakültesi</w:t>
      </w:r>
      <w:proofErr w:type="spellEnd"/>
      <w:r w:rsidRPr="00AD6BB0">
        <w:rPr>
          <w:rFonts w:ascii="Times New Roman" w:hAnsi="Times New Roman" w:cs="Times New Roman"/>
        </w:rPr>
        <w:t xml:space="preserve"> </w:t>
      </w:r>
    </w:p>
    <w:p w14:paraId="687B3BDD" w14:textId="30A9C508" w:rsidR="00FB4475" w:rsidRPr="00AD6BB0" w:rsidRDefault="00602C2C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………………….</w:t>
      </w:r>
      <w:r w:rsidR="00FB4475" w:rsidRPr="00AD6BB0">
        <w:rPr>
          <w:rFonts w:ascii="Times New Roman" w:hAnsi="Times New Roman" w:cs="Times New Roman"/>
        </w:rPr>
        <w:t xml:space="preserve"> </w:t>
      </w:r>
      <w:proofErr w:type="spellStart"/>
      <w:r w:rsidR="00FB4475" w:rsidRPr="00AD6BB0">
        <w:rPr>
          <w:rFonts w:ascii="Times New Roman" w:hAnsi="Times New Roman" w:cs="Times New Roman"/>
        </w:rPr>
        <w:t>Bölüm</w:t>
      </w:r>
      <w:proofErr w:type="spellEnd"/>
      <w:r w:rsidR="00FB4475" w:rsidRPr="00AD6BB0">
        <w:rPr>
          <w:rFonts w:ascii="Times New Roman" w:hAnsi="Times New Roman" w:cs="Times New Roman"/>
        </w:rPr>
        <w:t xml:space="preserve"> </w:t>
      </w:r>
      <w:proofErr w:type="spellStart"/>
      <w:r w:rsidR="00FB4475" w:rsidRPr="00AD6BB0">
        <w:rPr>
          <w:rFonts w:ascii="Times New Roman" w:hAnsi="Times New Roman" w:cs="Times New Roman"/>
        </w:rPr>
        <w:t>Başkanlığına</w:t>
      </w:r>
      <w:proofErr w:type="spellEnd"/>
    </w:p>
    <w:p w14:paraId="64C30BAB" w14:textId="1474CD8D" w:rsidR="0004116E" w:rsidRPr="00AD6BB0" w:rsidRDefault="00570F3F">
      <w:pPr>
        <w:rPr>
          <w:rFonts w:ascii="Times New Roman" w:hAnsi="Times New Roman" w:cs="Times New Roman"/>
        </w:rPr>
      </w:pPr>
      <w:r w:rsidRPr="00AD6BB0">
        <w:rPr>
          <w:rFonts w:ascii="Times New Roman" w:hAnsi="Times New Roman" w:cs="Times New Roman"/>
        </w:rPr>
        <w:br/>
      </w:r>
    </w:p>
    <w:p w14:paraId="29A393A3" w14:textId="57CF424B" w:rsidR="0004116E" w:rsidRPr="00AD6BB0" w:rsidRDefault="00570F3F" w:rsidP="00AD6BB0">
      <w:pPr>
        <w:jc w:val="both"/>
        <w:rPr>
          <w:rFonts w:ascii="Times New Roman" w:hAnsi="Times New Roman" w:cs="Times New Roman"/>
        </w:rPr>
      </w:pPr>
      <w:proofErr w:type="spellStart"/>
      <w:r w:rsidRPr="00AD6BB0">
        <w:rPr>
          <w:rFonts w:ascii="Times New Roman" w:hAnsi="Times New Roman" w:cs="Times New Roman"/>
        </w:rPr>
        <w:t>Fakülteniz</w:t>
      </w:r>
      <w:proofErr w:type="spellEnd"/>
      <w:r w:rsidRPr="00AD6BB0">
        <w:rPr>
          <w:rFonts w:ascii="Times New Roman" w:hAnsi="Times New Roman" w:cs="Times New Roman"/>
        </w:rPr>
        <w:t xml:space="preserve"> </w:t>
      </w:r>
      <w:r w:rsidR="00FB4475" w:rsidRPr="00AD6BB0">
        <w:rPr>
          <w:rFonts w:ascii="Times New Roman" w:hAnsi="Times New Roman" w:cs="Times New Roman"/>
        </w:rPr>
        <w:t>…………</w:t>
      </w:r>
      <w:r w:rsidRPr="00AD6BB0">
        <w:rPr>
          <w:rFonts w:ascii="Times New Roman" w:hAnsi="Times New Roman" w:cs="Times New Roman"/>
        </w:rPr>
        <w:t xml:space="preserve"> </w:t>
      </w:r>
      <w:proofErr w:type="spellStart"/>
      <w:r w:rsidRPr="00AD6BB0">
        <w:rPr>
          <w:rFonts w:ascii="Times New Roman" w:hAnsi="Times New Roman" w:cs="Times New Roman"/>
        </w:rPr>
        <w:t>Bölümü</w:t>
      </w:r>
      <w:proofErr w:type="spellEnd"/>
      <w:r w:rsidRPr="00AD6BB0">
        <w:rPr>
          <w:rFonts w:ascii="Times New Roman" w:hAnsi="Times New Roman" w:cs="Times New Roman"/>
        </w:rPr>
        <w:t xml:space="preserve"> </w:t>
      </w:r>
      <w:r w:rsidR="00FB4475" w:rsidRPr="00AD6BB0">
        <w:rPr>
          <w:rFonts w:ascii="Times New Roman" w:hAnsi="Times New Roman" w:cs="Times New Roman"/>
        </w:rPr>
        <w:t xml:space="preserve">………… </w:t>
      </w:r>
      <w:proofErr w:type="spellStart"/>
      <w:r w:rsidR="00FB4475" w:rsidRPr="00AD6BB0">
        <w:rPr>
          <w:rFonts w:ascii="Times New Roman" w:hAnsi="Times New Roman" w:cs="Times New Roman"/>
        </w:rPr>
        <w:t>numaralı</w:t>
      </w:r>
      <w:proofErr w:type="spellEnd"/>
      <w:r w:rsidR="00FB4475" w:rsidRPr="00AD6BB0">
        <w:rPr>
          <w:rFonts w:ascii="Times New Roman" w:hAnsi="Times New Roman" w:cs="Times New Roman"/>
        </w:rPr>
        <w:t xml:space="preserve"> </w:t>
      </w:r>
      <w:proofErr w:type="spellStart"/>
      <w:r w:rsidRPr="00AD6BB0">
        <w:rPr>
          <w:rFonts w:ascii="Times New Roman" w:hAnsi="Times New Roman" w:cs="Times New Roman"/>
        </w:rPr>
        <w:t>öğrencisiyim</w:t>
      </w:r>
      <w:proofErr w:type="spellEnd"/>
      <w:r w:rsidRPr="00AD6BB0">
        <w:rPr>
          <w:rFonts w:ascii="Times New Roman" w:hAnsi="Times New Roman" w:cs="Times New Roman"/>
        </w:rPr>
        <w:t>.</w:t>
      </w:r>
      <w:r w:rsidR="00FB4475" w:rsidRPr="00AD6BB0">
        <w:rPr>
          <w:rFonts w:ascii="Times New Roman" w:hAnsi="Times New Roman" w:cs="Times New Roman"/>
        </w:rPr>
        <w:t xml:space="preserve"> </w:t>
      </w:r>
      <w:r w:rsidRPr="00AD6BB0">
        <w:rPr>
          <w:rFonts w:ascii="Times New Roman" w:hAnsi="Times New Roman" w:cs="Times New Roman"/>
        </w:rPr>
        <w:t>202</w:t>
      </w:r>
      <w:r w:rsidR="00007830">
        <w:rPr>
          <w:rFonts w:ascii="Times New Roman" w:hAnsi="Times New Roman" w:cs="Times New Roman"/>
        </w:rPr>
        <w:t>6</w:t>
      </w:r>
      <w:r w:rsidRPr="00AD6BB0">
        <w:rPr>
          <w:rFonts w:ascii="Times New Roman" w:hAnsi="Times New Roman" w:cs="Times New Roman"/>
        </w:rPr>
        <w:t>–202</w:t>
      </w:r>
      <w:r w:rsidR="00007830">
        <w:rPr>
          <w:rFonts w:ascii="Times New Roman" w:hAnsi="Times New Roman" w:cs="Times New Roman"/>
        </w:rPr>
        <w:t>7</w:t>
      </w:r>
      <w:r w:rsidRPr="00AD6BB0">
        <w:rPr>
          <w:rFonts w:ascii="Times New Roman" w:hAnsi="Times New Roman" w:cs="Times New Roman"/>
        </w:rPr>
        <w:t xml:space="preserve"> </w:t>
      </w:r>
      <w:proofErr w:type="spellStart"/>
      <w:r w:rsidR="00007830">
        <w:rPr>
          <w:rFonts w:ascii="Times New Roman" w:hAnsi="Times New Roman" w:cs="Times New Roman"/>
        </w:rPr>
        <w:t>Güz</w:t>
      </w:r>
      <w:proofErr w:type="spellEnd"/>
      <w:r w:rsidR="00007830">
        <w:rPr>
          <w:rFonts w:ascii="Times New Roman" w:hAnsi="Times New Roman" w:cs="Times New Roman"/>
        </w:rPr>
        <w:t xml:space="preserve"> </w:t>
      </w:r>
      <w:proofErr w:type="spellStart"/>
      <w:r w:rsidRPr="00AD6BB0">
        <w:rPr>
          <w:rFonts w:ascii="Times New Roman" w:hAnsi="Times New Roman" w:cs="Times New Roman"/>
        </w:rPr>
        <w:t>Dönemi</w:t>
      </w:r>
      <w:proofErr w:type="spellEnd"/>
      <w:r w:rsidRPr="00AD6BB0">
        <w:rPr>
          <w:rFonts w:ascii="Times New Roman" w:hAnsi="Times New Roman" w:cs="Times New Roman"/>
        </w:rPr>
        <w:t xml:space="preserve"> </w:t>
      </w:r>
      <w:proofErr w:type="spellStart"/>
      <w:r w:rsidRPr="00AD6BB0">
        <w:rPr>
          <w:rFonts w:ascii="Times New Roman" w:hAnsi="Times New Roman" w:cs="Times New Roman"/>
        </w:rPr>
        <w:t>İşletmede</w:t>
      </w:r>
      <w:proofErr w:type="spellEnd"/>
      <w:r w:rsidRPr="00AD6BB0">
        <w:rPr>
          <w:rFonts w:ascii="Times New Roman" w:hAnsi="Times New Roman" w:cs="Times New Roman"/>
        </w:rPr>
        <w:t xml:space="preserve"> </w:t>
      </w:r>
      <w:proofErr w:type="spellStart"/>
      <w:r w:rsidRPr="00AD6BB0">
        <w:rPr>
          <w:rFonts w:ascii="Times New Roman" w:hAnsi="Times New Roman" w:cs="Times New Roman"/>
        </w:rPr>
        <w:t>Mesleki</w:t>
      </w:r>
      <w:proofErr w:type="spellEnd"/>
      <w:r w:rsidRPr="00AD6BB0">
        <w:rPr>
          <w:rFonts w:ascii="Times New Roman" w:hAnsi="Times New Roman" w:cs="Times New Roman"/>
        </w:rPr>
        <w:t xml:space="preserve"> </w:t>
      </w:r>
      <w:proofErr w:type="spellStart"/>
      <w:r w:rsidRPr="00AD6BB0">
        <w:rPr>
          <w:rFonts w:ascii="Times New Roman" w:hAnsi="Times New Roman" w:cs="Times New Roman"/>
        </w:rPr>
        <w:t>Eğitim</w:t>
      </w:r>
      <w:proofErr w:type="spellEnd"/>
      <w:r w:rsidRPr="00AD6BB0">
        <w:rPr>
          <w:rFonts w:ascii="Times New Roman" w:hAnsi="Times New Roman" w:cs="Times New Roman"/>
        </w:rPr>
        <w:t xml:space="preserve"> (İŞME) </w:t>
      </w:r>
      <w:proofErr w:type="spellStart"/>
      <w:r w:rsidRPr="00AD6BB0">
        <w:rPr>
          <w:rFonts w:ascii="Times New Roman" w:hAnsi="Times New Roman" w:cs="Times New Roman"/>
        </w:rPr>
        <w:t>uygulaması</w:t>
      </w:r>
      <w:proofErr w:type="spellEnd"/>
      <w:r w:rsidRPr="00AD6BB0">
        <w:rPr>
          <w:rFonts w:ascii="Times New Roman" w:hAnsi="Times New Roman" w:cs="Times New Roman"/>
        </w:rPr>
        <w:t xml:space="preserve"> </w:t>
      </w:r>
      <w:proofErr w:type="spellStart"/>
      <w:r w:rsidRPr="00AD6BB0">
        <w:rPr>
          <w:rFonts w:ascii="Times New Roman" w:hAnsi="Times New Roman" w:cs="Times New Roman"/>
        </w:rPr>
        <w:t>kapsamında</w:t>
      </w:r>
      <w:proofErr w:type="spellEnd"/>
      <w:r w:rsidRPr="00AD6BB0">
        <w:rPr>
          <w:rFonts w:ascii="Times New Roman" w:hAnsi="Times New Roman" w:cs="Times New Roman"/>
        </w:rPr>
        <w:t xml:space="preserve">, </w:t>
      </w:r>
      <w:proofErr w:type="spellStart"/>
      <w:r w:rsidRPr="00AD6BB0">
        <w:rPr>
          <w:rFonts w:ascii="Times New Roman" w:hAnsi="Times New Roman" w:cs="Times New Roman"/>
        </w:rPr>
        <w:t>aşağıda</w:t>
      </w:r>
      <w:proofErr w:type="spellEnd"/>
      <w:r w:rsidRPr="00AD6BB0">
        <w:rPr>
          <w:rFonts w:ascii="Times New Roman" w:hAnsi="Times New Roman" w:cs="Times New Roman"/>
        </w:rPr>
        <w:t xml:space="preserve"> </w:t>
      </w:r>
      <w:proofErr w:type="spellStart"/>
      <w:r w:rsidRPr="00AD6BB0">
        <w:rPr>
          <w:rFonts w:ascii="Times New Roman" w:hAnsi="Times New Roman" w:cs="Times New Roman"/>
        </w:rPr>
        <w:t>bilgileri</w:t>
      </w:r>
      <w:proofErr w:type="spellEnd"/>
      <w:r w:rsidRPr="00AD6BB0">
        <w:rPr>
          <w:rFonts w:ascii="Times New Roman" w:hAnsi="Times New Roman" w:cs="Times New Roman"/>
        </w:rPr>
        <w:t xml:space="preserve"> </w:t>
      </w:r>
      <w:proofErr w:type="spellStart"/>
      <w:r w:rsidRPr="00AD6BB0">
        <w:rPr>
          <w:rFonts w:ascii="Times New Roman" w:hAnsi="Times New Roman" w:cs="Times New Roman"/>
        </w:rPr>
        <w:t>yer</w:t>
      </w:r>
      <w:proofErr w:type="spellEnd"/>
      <w:r w:rsidRPr="00AD6BB0">
        <w:rPr>
          <w:rFonts w:ascii="Times New Roman" w:hAnsi="Times New Roman" w:cs="Times New Roman"/>
        </w:rPr>
        <w:t xml:space="preserve"> </w:t>
      </w:r>
      <w:proofErr w:type="spellStart"/>
      <w:r w:rsidRPr="00AD6BB0">
        <w:rPr>
          <w:rFonts w:ascii="Times New Roman" w:hAnsi="Times New Roman" w:cs="Times New Roman"/>
        </w:rPr>
        <w:t>alan</w:t>
      </w:r>
      <w:proofErr w:type="spellEnd"/>
      <w:r w:rsidRPr="00AD6BB0">
        <w:rPr>
          <w:rFonts w:ascii="Times New Roman" w:hAnsi="Times New Roman" w:cs="Times New Roman"/>
        </w:rPr>
        <w:t xml:space="preserve"> </w:t>
      </w:r>
      <w:proofErr w:type="spellStart"/>
      <w:r w:rsidRPr="00AD6BB0">
        <w:rPr>
          <w:rFonts w:ascii="Times New Roman" w:hAnsi="Times New Roman" w:cs="Times New Roman"/>
        </w:rPr>
        <w:t>işletmede</w:t>
      </w:r>
      <w:proofErr w:type="spellEnd"/>
      <w:r w:rsidRPr="00AD6BB0">
        <w:rPr>
          <w:rFonts w:ascii="Times New Roman" w:hAnsi="Times New Roman" w:cs="Times New Roman"/>
        </w:rPr>
        <w:t xml:space="preserve"> </w:t>
      </w:r>
      <w:proofErr w:type="spellStart"/>
      <w:r w:rsidRPr="00AD6BB0">
        <w:rPr>
          <w:rFonts w:ascii="Times New Roman" w:hAnsi="Times New Roman" w:cs="Times New Roman"/>
        </w:rPr>
        <w:t>stajımı</w:t>
      </w:r>
      <w:proofErr w:type="spellEnd"/>
      <w:r w:rsidRPr="00AD6BB0">
        <w:rPr>
          <w:rFonts w:ascii="Times New Roman" w:hAnsi="Times New Roman" w:cs="Times New Roman"/>
        </w:rPr>
        <w:t xml:space="preserve"> </w:t>
      </w:r>
      <w:proofErr w:type="spellStart"/>
      <w:r w:rsidRPr="00AD6BB0">
        <w:rPr>
          <w:rFonts w:ascii="Times New Roman" w:hAnsi="Times New Roman" w:cs="Times New Roman"/>
        </w:rPr>
        <w:t>gerçekleştirmek</w:t>
      </w:r>
      <w:proofErr w:type="spellEnd"/>
      <w:r w:rsidRPr="00AD6BB0">
        <w:rPr>
          <w:rFonts w:ascii="Times New Roman" w:hAnsi="Times New Roman" w:cs="Times New Roman"/>
        </w:rPr>
        <w:t xml:space="preserve"> </w:t>
      </w:r>
      <w:proofErr w:type="spellStart"/>
      <w:r w:rsidRPr="00AD6BB0">
        <w:rPr>
          <w:rFonts w:ascii="Times New Roman" w:hAnsi="Times New Roman" w:cs="Times New Roman"/>
        </w:rPr>
        <w:t>istiyorum</w:t>
      </w:r>
      <w:proofErr w:type="spellEnd"/>
      <w:r w:rsidRPr="00AD6BB0">
        <w:rPr>
          <w:rFonts w:ascii="Times New Roman" w:hAnsi="Times New Roman" w:cs="Times New Roman"/>
        </w:rPr>
        <w:t xml:space="preserve">. </w:t>
      </w:r>
      <w:proofErr w:type="spellStart"/>
      <w:r w:rsidRPr="00AD6BB0">
        <w:rPr>
          <w:rFonts w:ascii="Times New Roman" w:hAnsi="Times New Roman" w:cs="Times New Roman"/>
        </w:rPr>
        <w:t>İlgili</w:t>
      </w:r>
      <w:proofErr w:type="spellEnd"/>
      <w:r w:rsidRPr="00AD6BB0">
        <w:rPr>
          <w:rFonts w:ascii="Times New Roman" w:hAnsi="Times New Roman" w:cs="Times New Roman"/>
        </w:rPr>
        <w:t xml:space="preserve"> </w:t>
      </w:r>
      <w:proofErr w:type="spellStart"/>
      <w:r w:rsidRPr="00AD6BB0">
        <w:rPr>
          <w:rFonts w:ascii="Times New Roman" w:hAnsi="Times New Roman" w:cs="Times New Roman"/>
        </w:rPr>
        <w:t>işletmeden</w:t>
      </w:r>
      <w:proofErr w:type="spellEnd"/>
      <w:r w:rsidRPr="00AD6BB0">
        <w:rPr>
          <w:rFonts w:ascii="Times New Roman" w:hAnsi="Times New Roman" w:cs="Times New Roman"/>
        </w:rPr>
        <w:t xml:space="preserve"> </w:t>
      </w:r>
      <w:proofErr w:type="spellStart"/>
      <w:r w:rsidRPr="00AD6BB0">
        <w:rPr>
          <w:rFonts w:ascii="Times New Roman" w:hAnsi="Times New Roman" w:cs="Times New Roman"/>
        </w:rPr>
        <w:t>alınan</w:t>
      </w:r>
      <w:proofErr w:type="spellEnd"/>
      <w:r w:rsidRPr="00AD6BB0">
        <w:rPr>
          <w:rFonts w:ascii="Times New Roman" w:hAnsi="Times New Roman" w:cs="Times New Roman"/>
        </w:rPr>
        <w:t xml:space="preserve"> </w:t>
      </w:r>
      <w:proofErr w:type="spellStart"/>
      <w:r w:rsidRPr="00AD6BB0">
        <w:rPr>
          <w:rFonts w:ascii="Times New Roman" w:hAnsi="Times New Roman" w:cs="Times New Roman"/>
        </w:rPr>
        <w:t>ön</w:t>
      </w:r>
      <w:proofErr w:type="spellEnd"/>
      <w:r w:rsidRPr="00AD6BB0">
        <w:rPr>
          <w:rFonts w:ascii="Times New Roman" w:hAnsi="Times New Roman" w:cs="Times New Roman"/>
        </w:rPr>
        <w:t xml:space="preserve"> </w:t>
      </w:r>
      <w:proofErr w:type="spellStart"/>
      <w:r w:rsidRPr="00AD6BB0">
        <w:rPr>
          <w:rFonts w:ascii="Times New Roman" w:hAnsi="Times New Roman" w:cs="Times New Roman"/>
        </w:rPr>
        <w:t>kabul</w:t>
      </w:r>
      <w:proofErr w:type="spellEnd"/>
      <w:r w:rsidRPr="00AD6BB0">
        <w:rPr>
          <w:rFonts w:ascii="Times New Roman" w:hAnsi="Times New Roman" w:cs="Times New Roman"/>
        </w:rPr>
        <w:t xml:space="preserve"> </w:t>
      </w:r>
      <w:proofErr w:type="spellStart"/>
      <w:r w:rsidRPr="00AD6BB0">
        <w:rPr>
          <w:rFonts w:ascii="Times New Roman" w:hAnsi="Times New Roman" w:cs="Times New Roman"/>
        </w:rPr>
        <w:t>yazısı</w:t>
      </w:r>
      <w:proofErr w:type="spellEnd"/>
      <w:r w:rsidRPr="00AD6BB0">
        <w:rPr>
          <w:rFonts w:ascii="Times New Roman" w:hAnsi="Times New Roman" w:cs="Times New Roman"/>
        </w:rPr>
        <w:t xml:space="preserve"> </w:t>
      </w:r>
      <w:proofErr w:type="spellStart"/>
      <w:r w:rsidRPr="00AD6BB0">
        <w:rPr>
          <w:rFonts w:ascii="Times New Roman" w:hAnsi="Times New Roman" w:cs="Times New Roman"/>
        </w:rPr>
        <w:t>ekte</w:t>
      </w:r>
      <w:proofErr w:type="spellEnd"/>
      <w:r w:rsidRPr="00AD6BB0">
        <w:rPr>
          <w:rFonts w:ascii="Times New Roman" w:hAnsi="Times New Roman" w:cs="Times New Roman"/>
        </w:rPr>
        <w:t xml:space="preserve"> </w:t>
      </w:r>
      <w:proofErr w:type="spellStart"/>
      <w:r w:rsidRPr="00AD6BB0">
        <w:rPr>
          <w:rFonts w:ascii="Times New Roman" w:hAnsi="Times New Roman" w:cs="Times New Roman"/>
        </w:rPr>
        <w:t>sunulmuştur</w:t>
      </w:r>
      <w:proofErr w:type="spellEnd"/>
      <w:r w:rsidRPr="00AD6BB0">
        <w:rPr>
          <w:rFonts w:ascii="Times New Roman" w:hAnsi="Times New Roman" w:cs="Times New Roman"/>
        </w:rPr>
        <w:t>.</w:t>
      </w:r>
      <w:r w:rsidRPr="00AD6BB0">
        <w:rPr>
          <w:rFonts w:ascii="Times New Roman" w:hAnsi="Times New Roman" w:cs="Times New Roman"/>
        </w:rPr>
        <w:br/>
      </w:r>
      <w:r w:rsidRPr="00AD6BB0">
        <w:rPr>
          <w:rFonts w:ascii="Times New Roman" w:hAnsi="Times New Roman" w:cs="Times New Roman"/>
        </w:rPr>
        <w:br/>
      </w:r>
      <w:proofErr w:type="spellStart"/>
      <w:r w:rsidRPr="00AD6BB0">
        <w:rPr>
          <w:rFonts w:ascii="Times New Roman" w:hAnsi="Times New Roman" w:cs="Times New Roman"/>
        </w:rPr>
        <w:t>Gereğini</w:t>
      </w:r>
      <w:proofErr w:type="spellEnd"/>
      <w:r w:rsidRPr="00AD6BB0">
        <w:rPr>
          <w:rFonts w:ascii="Times New Roman" w:hAnsi="Times New Roman" w:cs="Times New Roman"/>
        </w:rPr>
        <w:t xml:space="preserve"> </w:t>
      </w:r>
      <w:proofErr w:type="spellStart"/>
      <w:r w:rsidR="00AD6BB0">
        <w:rPr>
          <w:rFonts w:ascii="Times New Roman" w:hAnsi="Times New Roman" w:cs="Times New Roman"/>
        </w:rPr>
        <w:t>bilgilerinize</w:t>
      </w:r>
      <w:proofErr w:type="spellEnd"/>
      <w:r w:rsidR="00AD6BB0">
        <w:rPr>
          <w:rFonts w:ascii="Times New Roman" w:hAnsi="Times New Roman" w:cs="Times New Roman"/>
        </w:rPr>
        <w:t xml:space="preserve"> </w:t>
      </w:r>
      <w:proofErr w:type="spellStart"/>
      <w:r w:rsidR="00AD6BB0">
        <w:rPr>
          <w:rFonts w:ascii="Times New Roman" w:hAnsi="Times New Roman" w:cs="Times New Roman"/>
        </w:rPr>
        <w:t>arz</w:t>
      </w:r>
      <w:proofErr w:type="spellEnd"/>
      <w:r w:rsidR="00AD6BB0">
        <w:rPr>
          <w:rFonts w:ascii="Times New Roman" w:hAnsi="Times New Roman" w:cs="Times New Roman"/>
        </w:rPr>
        <w:t xml:space="preserve"> </w:t>
      </w:r>
      <w:proofErr w:type="spellStart"/>
      <w:r w:rsidR="00AD6BB0">
        <w:rPr>
          <w:rFonts w:ascii="Times New Roman" w:hAnsi="Times New Roman" w:cs="Times New Roman"/>
        </w:rPr>
        <w:t>ederim</w:t>
      </w:r>
      <w:proofErr w:type="spellEnd"/>
      <w:r w:rsidR="00AD6BB0">
        <w:rPr>
          <w:rFonts w:ascii="Times New Roman" w:hAnsi="Times New Roman" w:cs="Times New Roman"/>
        </w:rPr>
        <w:t>.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316"/>
        <w:gridCol w:w="4314"/>
      </w:tblGrid>
      <w:tr w:rsidR="0004116E" w14:paraId="2DC05097" w14:textId="77777777">
        <w:tc>
          <w:tcPr>
            <w:tcW w:w="4320" w:type="dxa"/>
          </w:tcPr>
          <w:p w14:paraId="03639901" w14:textId="77777777" w:rsidR="0004116E" w:rsidRPr="00F43443" w:rsidRDefault="00570F3F">
            <w:pPr>
              <w:rPr>
                <w:b/>
                <w:bCs/>
              </w:rPr>
            </w:pPr>
            <w:proofErr w:type="spellStart"/>
            <w:r w:rsidRPr="00F43443">
              <w:rPr>
                <w:b/>
                <w:bCs/>
              </w:rPr>
              <w:t>Adı</w:t>
            </w:r>
            <w:proofErr w:type="spellEnd"/>
            <w:r w:rsidRPr="00F43443">
              <w:rPr>
                <w:b/>
                <w:bCs/>
              </w:rPr>
              <w:t xml:space="preserve"> </w:t>
            </w:r>
            <w:proofErr w:type="spellStart"/>
            <w:r w:rsidRPr="00F43443">
              <w:rPr>
                <w:b/>
                <w:bCs/>
              </w:rPr>
              <w:t>Soyadı</w:t>
            </w:r>
            <w:proofErr w:type="spellEnd"/>
            <w:r w:rsidRPr="00F43443">
              <w:rPr>
                <w:b/>
                <w:bCs/>
              </w:rPr>
              <w:t>:</w:t>
            </w:r>
          </w:p>
        </w:tc>
        <w:tc>
          <w:tcPr>
            <w:tcW w:w="4320" w:type="dxa"/>
          </w:tcPr>
          <w:p w14:paraId="5A3F54DF" w14:textId="77777777" w:rsidR="0004116E" w:rsidRDefault="0004116E"/>
          <w:p w14:paraId="1EF1651A" w14:textId="7563A8DB" w:rsidR="00FB4475" w:rsidRDefault="00FB4475"/>
        </w:tc>
      </w:tr>
      <w:tr w:rsidR="0004116E" w14:paraId="17BAEF42" w14:textId="77777777">
        <w:tc>
          <w:tcPr>
            <w:tcW w:w="4320" w:type="dxa"/>
          </w:tcPr>
          <w:p w14:paraId="45E088E5" w14:textId="77777777" w:rsidR="0004116E" w:rsidRPr="00F43443" w:rsidRDefault="00570F3F">
            <w:pPr>
              <w:rPr>
                <w:b/>
                <w:bCs/>
              </w:rPr>
            </w:pPr>
            <w:proofErr w:type="spellStart"/>
            <w:r w:rsidRPr="00F43443">
              <w:rPr>
                <w:b/>
                <w:bCs/>
              </w:rPr>
              <w:t>Öğrenci</w:t>
            </w:r>
            <w:proofErr w:type="spellEnd"/>
            <w:r w:rsidRPr="00F43443">
              <w:rPr>
                <w:b/>
                <w:bCs/>
              </w:rPr>
              <w:t xml:space="preserve"> No:</w:t>
            </w:r>
          </w:p>
        </w:tc>
        <w:tc>
          <w:tcPr>
            <w:tcW w:w="4320" w:type="dxa"/>
          </w:tcPr>
          <w:p w14:paraId="25AE0F62" w14:textId="77777777" w:rsidR="0004116E" w:rsidRDefault="0004116E"/>
          <w:p w14:paraId="51F0A370" w14:textId="0B51C53C" w:rsidR="00FB4475" w:rsidRDefault="00FB4475"/>
        </w:tc>
      </w:tr>
      <w:tr w:rsidR="0004116E" w14:paraId="217CCE1E" w14:textId="77777777">
        <w:tc>
          <w:tcPr>
            <w:tcW w:w="4320" w:type="dxa"/>
          </w:tcPr>
          <w:p w14:paraId="79797C35" w14:textId="6BD330F9" w:rsidR="0004116E" w:rsidRPr="00F43443" w:rsidRDefault="00AD6BB0">
            <w:pPr>
              <w:rPr>
                <w:b/>
                <w:bCs/>
              </w:rPr>
            </w:pPr>
            <w:proofErr w:type="spellStart"/>
            <w:r w:rsidRPr="00F43443">
              <w:rPr>
                <w:b/>
                <w:bCs/>
              </w:rPr>
              <w:t>Bölüm</w:t>
            </w:r>
            <w:proofErr w:type="spellEnd"/>
            <w:r w:rsidRPr="00F43443">
              <w:rPr>
                <w:b/>
                <w:bCs/>
              </w:rPr>
              <w:t xml:space="preserve"> / </w:t>
            </w:r>
            <w:proofErr w:type="spellStart"/>
            <w:r w:rsidRPr="00F43443">
              <w:rPr>
                <w:b/>
                <w:bCs/>
              </w:rPr>
              <w:t>Sınıf</w:t>
            </w:r>
            <w:proofErr w:type="spellEnd"/>
            <w:r w:rsidRPr="00F43443">
              <w:rPr>
                <w:b/>
                <w:bCs/>
              </w:rPr>
              <w:t>:</w:t>
            </w:r>
          </w:p>
        </w:tc>
        <w:tc>
          <w:tcPr>
            <w:tcW w:w="4320" w:type="dxa"/>
          </w:tcPr>
          <w:p w14:paraId="51093A0B" w14:textId="77777777" w:rsidR="0004116E" w:rsidRDefault="0004116E"/>
          <w:p w14:paraId="449EF72A" w14:textId="5B084305" w:rsidR="00FB4475" w:rsidRDefault="00FB4475"/>
        </w:tc>
      </w:tr>
      <w:tr w:rsidR="0004116E" w14:paraId="55C0F36C" w14:textId="77777777">
        <w:tc>
          <w:tcPr>
            <w:tcW w:w="4320" w:type="dxa"/>
          </w:tcPr>
          <w:p w14:paraId="4BFC0FCB" w14:textId="77777777" w:rsidR="0004116E" w:rsidRPr="00F43443" w:rsidRDefault="00570F3F">
            <w:pPr>
              <w:rPr>
                <w:b/>
                <w:bCs/>
              </w:rPr>
            </w:pPr>
            <w:proofErr w:type="spellStart"/>
            <w:r w:rsidRPr="00F43443">
              <w:rPr>
                <w:b/>
                <w:bCs/>
              </w:rPr>
              <w:t>Telefon</w:t>
            </w:r>
            <w:proofErr w:type="spellEnd"/>
            <w:r w:rsidRPr="00F43443">
              <w:rPr>
                <w:b/>
                <w:bCs/>
              </w:rPr>
              <w:t xml:space="preserve"> / E-</w:t>
            </w:r>
            <w:proofErr w:type="spellStart"/>
            <w:r w:rsidRPr="00F43443">
              <w:rPr>
                <w:b/>
                <w:bCs/>
              </w:rPr>
              <w:t>posta</w:t>
            </w:r>
            <w:proofErr w:type="spellEnd"/>
            <w:r w:rsidRPr="00F43443">
              <w:rPr>
                <w:b/>
                <w:bCs/>
              </w:rPr>
              <w:t>:</w:t>
            </w:r>
          </w:p>
        </w:tc>
        <w:tc>
          <w:tcPr>
            <w:tcW w:w="4320" w:type="dxa"/>
          </w:tcPr>
          <w:p w14:paraId="4CA92CEC" w14:textId="77777777" w:rsidR="0004116E" w:rsidRDefault="0004116E"/>
          <w:p w14:paraId="1FF6AFBF" w14:textId="670007CE" w:rsidR="00FB4475" w:rsidRDefault="00FB4475"/>
        </w:tc>
      </w:tr>
      <w:tr w:rsidR="0004116E" w14:paraId="5CA2159E" w14:textId="77777777">
        <w:tc>
          <w:tcPr>
            <w:tcW w:w="4320" w:type="dxa"/>
          </w:tcPr>
          <w:p w14:paraId="6647698C" w14:textId="77777777" w:rsidR="0004116E" w:rsidRPr="00F43443" w:rsidRDefault="00570F3F">
            <w:pPr>
              <w:rPr>
                <w:b/>
                <w:bCs/>
              </w:rPr>
            </w:pPr>
            <w:proofErr w:type="spellStart"/>
            <w:r w:rsidRPr="00F43443">
              <w:rPr>
                <w:b/>
                <w:bCs/>
              </w:rPr>
              <w:t>İmza</w:t>
            </w:r>
            <w:proofErr w:type="spellEnd"/>
            <w:r w:rsidRPr="00F43443">
              <w:rPr>
                <w:b/>
                <w:bCs/>
              </w:rPr>
              <w:t>:</w:t>
            </w:r>
          </w:p>
        </w:tc>
        <w:tc>
          <w:tcPr>
            <w:tcW w:w="4320" w:type="dxa"/>
          </w:tcPr>
          <w:p w14:paraId="0EA1BA42" w14:textId="77777777" w:rsidR="0004116E" w:rsidRDefault="0004116E"/>
          <w:p w14:paraId="5CA90E9A" w14:textId="19CA58FF" w:rsidR="00FB4475" w:rsidRDefault="00FB4475"/>
        </w:tc>
      </w:tr>
    </w:tbl>
    <w:p w14:paraId="512428E9" w14:textId="3441B96A" w:rsidR="0004116E" w:rsidRDefault="0004116E"/>
    <w:p w14:paraId="73425CAA" w14:textId="77777777" w:rsidR="0004116E" w:rsidRPr="00F43443" w:rsidRDefault="00570F3F">
      <w:pPr>
        <w:rPr>
          <w:b/>
          <w:bCs/>
        </w:rPr>
      </w:pPr>
      <w:proofErr w:type="spellStart"/>
      <w:r w:rsidRPr="00F43443">
        <w:rPr>
          <w:b/>
          <w:bCs/>
        </w:rPr>
        <w:t>Ekler</w:t>
      </w:r>
      <w:proofErr w:type="spellEnd"/>
      <w:r w:rsidRPr="00F43443">
        <w:rPr>
          <w:b/>
          <w:bCs/>
        </w:rPr>
        <w:t>:</w:t>
      </w:r>
    </w:p>
    <w:p w14:paraId="53E9E6C9" w14:textId="7097F9DB" w:rsidR="0004116E" w:rsidRDefault="00570F3F">
      <w:pPr>
        <w:pStyle w:val="ListeNumaras"/>
      </w:pPr>
      <w:r>
        <w:t xml:space="preserve"> </w:t>
      </w:r>
      <w:proofErr w:type="spellStart"/>
      <w:r>
        <w:t>İşletme</w:t>
      </w:r>
      <w:proofErr w:type="spellEnd"/>
      <w:r>
        <w:t xml:space="preserve"> </w:t>
      </w:r>
      <w:proofErr w:type="spellStart"/>
      <w:r>
        <w:t>Ön</w:t>
      </w:r>
      <w:proofErr w:type="spellEnd"/>
      <w:r>
        <w:t xml:space="preserve"> Kabul </w:t>
      </w:r>
      <w:proofErr w:type="spellStart"/>
      <w:r>
        <w:t>Yazısı</w:t>
      </w:r>
      <w:proofErr w:type="spellEnd"/>
      <w:r>
        <w:t xml:space="preserve"> (</w:t>
      </w:r>
      <w:proofErr w:type="spellStart"/>
      <w:r>
        <w:t>imzalı-kaşeli</w:t>
      </w:r>
      <w:proofErr w:type="spellEnd"/>
      <w:r>
        <w:t>)</w:t>
      </w:r>
    </w:p>
    <w:p w14:paraId="6BAA5153" w14:textId="674F6664" w:rsidR="00AD6BB0" w:rsidRDefault="00570F3F" w:rsidP="0014597A">
      <w:pPr>
        <w:pStyle w:val="ListeNumaras"/>
      </w:pPr>
      <w:r>
        <w:t xml:space="preserve"> </w:t>
      </w:r>
      <w:proofErr w:type="spellStart"/>
      <w:r>
        <w:t>Nüfus</w:t>
      </w:r>
      <w:proofErr w:type="spellEnd"/>
      <w:r>
        <w:t xml:space="preserve"> </w:t>
      </w:r>
      <w:proofErr w:type="spellStart"/>
      <w:r>
        <w:t>cüzdanı</w:t>
      </w:r>
      <w:proofErr w:type="spellEnd"/>
      <w:r>
        <w:t xml:space="preserve"> </w:t>
      </w:r>
      <w:proofErr w:type="spellStart"/>
      <w:r>
        <w:t>fotokopisi</w:t>
      </w:r>
      <w:proofErr w:type="spellEnd"/>
    </w:p>
    <w:p w14:paraId="77A2D3EB" w14:textId="5E59C0AE" w:rsidR="00AD6BB0" w:rsidRDefault="00546CF5" w:rsidP="00F43443">
      <w:pPr>
        <w:pStyle w:val="ListeNumaras"/>
      </w:pPr>
      <w:proofErr w:type="spellStart"/>
      <w:r>
        <w:t>Eğitici</w:t>
      </w:r>
      <w:proofErr w:type="spellEnd"/>
      <w:r>
        <w:t xml:space="preserve"> </w:t>
      </w:r>
      <w:proofErr w:type="spellStart"/>
      <w:r>
        <w:t>personelin</w:t>
      </w:r>
      <w:proofErr w:type="spellEnd"/>
      <w:r>
        <w:t xml:space="preserve"> </w:t>
      </w:r>
      <w:proofErr w:type="spellStart"/>
      <w:r>
        <w:t>lisans</w:t>
      </w:r>
      <w:proofErr w:type="spellEnd"/>
      <w:r>
        <w:t xml:space="preserve"> </w:t>
      </w:r>
      <w:proofErr w:type="spellStart"/>
      <w:r>
        <w:t>mezuniyet</w:t>
      </w:r>
      <w:proofErr w:type="spellEnd"/>
      <w:r>
        <w:t xml:space="preserve"> </w:t>
      </w:r>
      <w:proofErr w:type="spellStart"/>
      <w:r>
        <w:t>belgesi</w:t>
      </w:r>
      <w:proofErr w:type="spellEnd"/>
      <w:r>
        <w:t xml:space="preserve"> </w:t>
      </w:r>
      <w:proofErr w:type="spellStart"/>
      <w:r>
        <w:t>fotokopisi</w:t>
      </w:r>
      <w:proofErr w:type="spellEnd"/>
    </w:p>
    <w:p w14:paraId="5710E7FF" w14:textId="3C6F956C" w:rsidR="0004116E" w:rsidRPr="00F43443" w:rsidRDefault="00570F3F">
      <w:pPr>
        <w:rPr>
          <w:b/>
          <w:bCs/>
        </w:rPr>
      </w:pPr>
      <w:proofErr w:type="spellStart"/>
      <w:r w:rsidRPr="00F43443">
        <w:rPr>
          <w:b/>
          <w:bCs/>
        </w:rPr>
        <w:t>İşletme</w:t>
      </w:r>
      <w:proofErr w:type="spellEnd"/>
      <w:r w:rsidRPr="00F43443">
        <w:rPr>
          <w:b/>
          <w:bCs/>
        </w:rPr>
        <w:t xml:space="preserve"> </w:t>
      </w:r>
      <w:proofErr w:type="spellStart"/>
      <w:r w:rsidRPr="00F43443">
        <w:rPr>
          <w:b/>
          <w:bCs/>
        </w:rPr>
        <w:t>Bilgileri</w:t>
      </w:r>
      <w:proofErr w:type="spellEnd"/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315"/>
        <w:gridCol w:w="4315"/>
      </w:tblGrid>
      <w:tr w:rsidR="0004116E" w14:paraId="7AECE30C" w14:textId="77777777">
        <w:tc>
          <w:tcPr>
            <w:tcW w:w="4320" w:type="dxa"/>
          </w:tcPr>
          <w:p w14:paraId="3EA11075" w14:textId="77777777" w:rsidR="0004116E" w:rsidRPr="00F43443" w:rsidRDefault="00570F3F">
            <w:pPr>
              <w:rPr>
                <w:b/>
                <w:bCs/>
              </w:rPr>
            </w:pPr>
            <w:proofErr w:type="spellStart"/>
            <w:r w:rsidRPr="00F43443">
              <w:rPr>
                <w:b/>
                <w:bCs/>
              </w:rPr>
              <w:t>İşletme</w:t>
            </w:r>
            <w:proofErr w:type="spellEnd"/>
            <w:r w:rsidRPr="00F43443">
              <w:rPr>
                <w:b/>
                <w:bCs/>
              </w:rPr>
              <w:t xml:space="preserve"> </w:t>
            </w:r>
            <w:proofErr w:type="spellStart"/>
            <w:r w:rsidRPr="00F43443">
              <w:rPr>
                <w:b/>
                <w:bCs/>
              </w:rPr>
              <w:t>Adı</w:t>
            </w:r>
            <w:proofErr w:type="spellEnd"/>
          </w:p>
        </w:tc>
        <w:tc>
          <w:tcPr>
            <w:tcW w:w="4320" w:type="dxa"/>
          </w:tcPr>
          <w:p w14:paraId="2EC52BB0" w14:textId="77777777" w:rsidR="0004116E" w:rsidRDefault="0004116E"/>
          <w:p w14:paraId="440124C8" w14:textId="6D732F5F" w:rsidR="0014597A" w:rsidRDefault="0014597A"/>
        </w:tc>
      </w:tr>
      <w:tr w:rsidR="0004116E" w14:paraId="27D78AD5" w14:textId="77777777">
        <w:tc>
          <w:tcPr>
            <w:tcW w:w="4320" w:type="dxa"/>
          </w:tcPr>
          <w:p w14:paraId="6CCF2DC1" w14:textId="77777777" w:rsidR="0004116E" w:rsidRPr="00F43443" w:rsidRDefault="00570F3F">
            <w:pPr>
              <w:rPr>
                <w:b/>
                <w:bCs/>
              </w:rPr>
            </w:pPr>
            <w:proofErr w:type="spellStart"/>
            <w:r w:rsidRPr="00F43443">
              <w:rPr>
                <w:b/>
                <w:bCs/>
              </w:rPr>
              <w:t>Adres</w:t>
            </w:r>
            <w:proofErr w:type="spellEnd"/>
          </w:p>
        </w:tc>
        <w:tc>
          <w:tcPr>
            <w:tcW w:w="4320" w:type="dxa"/>
          </w:tcPr>
          <w:p w14:paraId="29E3F6AA" w14:textId="77777777" w:rsidR="0004116E" w:rsidRDefault="0004116E"/>
          <w:p w14:paraId="631B429E" w14:textId="76ED2E98" w:rsidR="0014597A" w:rsidRDefault="0014597A"/>
        </w:tc>
      </w:tr>
      <w:tr w:rsidR="0004116E" w14:paraId="01C983C0" w14:textId="77777777">
        <w:tc>
          <w:tcPr>
            <w:tcW w:w="4320" w:type="dxa"/>
          </w:tcPr>
          <w:p w14:paraId="12F5C248" w14:textId="77777777" w:rsidR="0004116E" w:rsidRPr="00F43443" w:rsidRDefault="00570F3F">
            <w:pPr>
              <w:rPr>
                <w:b/>
                <w:bCs/>
              </w:rPr>
            </w:pPr>
            <w:proofErr w:type="spellStart"/>
            <w:r w:rsidRPr="00F43443">
              <w:rPr>
                <w:b/>
                <w:bCs/>
              </w:rPr>
              <w:t>Yetkili</w:t>
            </w:r>
            <w:proofErr w:type="spellEnd"/>
            <w:r w:rsidRPr="00F43443">
              <w:rPr>
                <w:b/>
                <w:bCs/>
              </w:rPr>
              <w:t xml:space="preserve"> </w:t>
            </w:r>
            <w:proofErr w:type="spellStart"/>
            <w:r w:rsidRPr="00F43443">
              <w:rPr>
                <w:b/>
                <w:bCs/>
              </w:rPr>
              <w:t>Kişi</w:t>
            </w:r>
            <w:proofErr w:type="spellEnd"/>
            <w:r w:rsidRPr="00F43443">
              <w:rPr>
                <w:b/>
                <w:bCs/>
              </w:rPr>
              <w:t xml:space="preserve"> / </w:t>
            </w:r>
            <w:proofErr w:type="spellStart"/>
            <w:r w:rsidRPr="00F43443">
              <w:rPr>
                <w:b/>
                <w:bCs/>
              </w:rPr>
              <w:t>Ünvan</w:t>
            </w:r>
            <w:proofErr w:type="spellEnd"/>
          </w:p>
        </w:tc>
        <w:tc>
          <w:tcPr>
            <w:tcW w:w="4320" w:type="dxa"/>
          </w:tcPr>
          <w:p w14:paraId="6097C7CC" w14:textId="77777777" w:rsidR="0004116E" w:rsidRDefault="0004116E"/>
          <w:p w14:paraId="792B00C5" w14:textId="10FB4AD5" w:rsidR="0014597A" w:rsidRDefault="0014597A"/>
        </w:tc>
      </w:tr>
      <w:tr w:rsidR="0004116E" w14:paraId="73F161F9" w14:textId="77777777">
        <w:tc>
          <w:tcPr>
            <w:tcW w:w="4320" w:type="dxa"/>
          </w:tcPr>
          <w:p w14:paraId="2AD00BBB" w14:textId="77777777" w:rsidR="0004116E" w:rsidRPr="00F43443" w:rsidRDefault="00570F3F">
            <w:pPr>
              <w:rPr>
                <w:b/>
                <w:bCs/>
              </w:rPr>
            </w:pPr>
            <w:proofErr w:type="spellStart"/>
            <w:r w:rsidRPr="00F43443">
              <w:rPr>
                <w:b/>
                <w:bCs/>
              </w:rPr>
              <w:t>Telefon</w:t>
            </w:r>
            <w:proofErr w:type="spellEnd"/>
            <w:r w:rsidRPr="00F43443">
              <w:rPr>
                <w:b/>
                <w:bCs/>
              </w:rPr>
              <w:t xml:space="preserve"> / E-</w:t>
            </w:r>
            <w:proofErr w:type="spellStart"/>
            <w:r w:rsidRPr="00F43443">
              <w:rPr>
                <w:b/>
                <w:bCs/>
              </w:rPr>
              <w:t>posta</w:t>
            </w:r>
            <w:proofErr w:type="spellEnd"/>
          </w:p>
        </w:tc>
        <w:tc>
          <w:tcPr>
            <w:tcW w:w="4320" w:type="dxa"/>
          </w:tcPr>
          <w:p w14:paraId="4EEE8066" w14:textId="77777777" w:rsidR="0004116E" w:rsidRDefault="0004116E"/>
          <w:p w14:paraId="0A5EDA82" w14:textId="13729251" w:rsidR="0014597A" w:rsidRDefault="0014597A"/>
        </w:tc>
      </w:tr>
      <w:tr w:rsidR="0004116E" w14:paraId="09E0F270" w14:textId="77777777">
        <w:tc>
          <w:tcPr>
            <w:tcW w:w="4320" w:type="dxa"/>
          </w:tcPr>
          <w:p w14:paraId="0E4888DE" w14:textId="77777777" w:rsidR="0004116E" w:rsidRPr="00F43443" w:rsidRDefault="00570F3F">
            <w:pPr>
              <w:rPr>
                <w:b/>
                <w:bCs/>
              </w:rPr>
            </w:pPr>
            <w:proofErr w:type="spellStart"/>
            <w:r w:rsidRPr="00F43443">
              <w:rPr>
                <w:b/>
                <w:bCs/>
              </w:rPr>
              <w:t>Uygulama</w:t>
            </w:r>
            <w:proofErr w:type="spellEnd"/>
            <w:r w:rsidRPr="00F43443">
              <w:rPr>
                <w:b/>
                <w:bCs/>
              </w:rPr>
              <w:t xml:space="preserve"> </w:t>
            </w:r>
            <w:proofErr w:type="spellStart"/>
            <w:r w:rsidRPr="00F43443">
              <w:rPr>
                <w:b/>
                <w:bCs/>
              </w:rPr>
              <w:t>Tarih</w:t>
            </w:r>
            <w:proofErr w:type="spellEnd"/>
            <w:r w:rsidRPr="00F43443">
              <w:rPr>
                <w:b/>
                <w:bCs/>
              </w:rPr>
              <w:t xml:space="preserve"> </w:t>
            </w:r>
            <w:proofErr w:type="spellStart"/>
            <w:r w:rsidRPr="00F43443">
              <w:rPr>
                <w:b/>
                <w:bCs/>
              </w:rPr>
              <w:t>Aralığı</w:t>
            </w:r>
            <w:proofErr w:type="spellEnd"/>
          </w:p>
        </w:tc>
        <w:tc>
          <w:tcPr>
            <w:tcW w:w="4320" w:type="dxa"/>
          </w:tcPr>
          <w:p w14:paraId="0FB7666C" w14:textId="361E580F" w:rsidR="0004116E" w:rsidRDefault="007E097B">
            <w:r>
              <w:t xml:space="preserve">   /   /</w:t>
            </w:r>
            <w:r w:rsidR="00604ABD">
              <w:t xml:space="preserve">2026 </w:t>
            </w:r>
            <w:r w:rsidR="00FB4475">
              <w:t xml:space="preserve">– </w:t>
            </w:r>
            <w:r w:rsidRPr="007E097B">
              <w:t xml:space="preserve">   /   /202</w:t>
            </w:r>
            <w:r>
              <w:t>7</w:t>
            </w:r>
          </w:p>
        </w:tc>
      </w:tr>
      <w:tr w:rsidR="0004116E" w14:paraId="7D7D53D1" w14:textId="77777777">
        <w:tc>
          <w:tcPr>
            <w:tcW w:w="4320" w:type="dxa"/>
          </w:tcPr>
          <w:p w14:paraId="15C164D1" w14:textId="77777777" w:rsidR="0004116E" w:rsidRPr="00F43443" w:rsidRDefault="00570F3F">
            <w:pPr>
              <w:rPr>
                <w:b/>
                <w:bCs/>
              </w:rPr>
            </w:pPr>
            <w:proofErr w:type="spellStart"/>
            <w:r w:rsidRPr="00F43443">
              <w:rPr>
                <w:b/>
                <w:bCs/>
              </w:rPr>
              <w:t>Çalışma</w:t>
            </w:r>
            <w:proofErr w:type="spellEnd"/>
            <w:r w:rsidRPr="00F43443">
              <w:rPr>
                <w:b/>
                <w:bCs/>
              </w:rPr>
              <w:t xml:space="preserve"> </w:t>
            </w:r>
            <w:proofErr w:type="spellStart"/>
            <w:r w:rsidRPr="00F43443">
              <w:rPr>
                <w:b/>
                <w:bCs/>
              </w:rPr>
              <w:t>Günleri</w:t>
            </w:r>
            <w:proofErr w:type="spellEnd"/>
          </w:p>
        </w:tc>
        <w:tc>
          <w:tcPr>
            <w:tcW w:w="4320" w:type="dxa"/>
          </w:tcPr>
          <w:p w14:paraId="37456D42" w14:textId="2078DD51" w:rsidR="0004116E" w:rsidRDefault="00623189">
            <w:proofErr w:type="spellStart"/>
            <w:r>
              <w:t>Salı</w:t>
            </w:r>
            <w:proofErr w:type="spellEnd"/>
            <w:r w:rsidR="00570F3F">
              <w:t xml:space="preserve"> – </w:t>
            </w:r>
            <w:proofErr w:type="spellStart"/>
            <w:r>
              <w:t>Cuma</w:t>
            </w:r>
            <w:proofErr w:type="spellEnd"/>
            <w:r w:rsidR="00570F3F">
              <w:t xml:space="preserve"> (</w:t>
            </w:r>
            <w:proofErr w:type="spellStart"/>
            <w:r w:rsidR="00570F3F">
              <w:t>Haftada</w:t>
            </w:r>
            <w:proofErr w:type="spellEnd"/>
            <w:r w:rsidR="00570F3F">
              <w:t xml:space="preserve"> 4 </w:t>
            </w:r>
            <w:proofErr w:type="spellStart"/>
            <w:r w:rsidR="00570F3F">
              <w:t>gün</w:t>
            </w:r>
            <w:proofErr w:type="spellEnd"/>
            <w:r w:rsidR="00570F3F">
              <w:t>)</w:t>
            </w:r>
          </w:p>
        </w:tc>
      </w:tr>
    </w:tbl>
    <w:p w14:paraId="4C0566C5" w14:textId="23947995" w:rsidR="005D324A" w:rsidRDefault="005D324A"/>
    <w:sectPr w:rsidR="005D324A" w:rsidSect="00034616">
      <w:footerReference w:type="default" r:id="rId8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C6D9AD" w14:textId="77777777" w:rsidR="00D77535" w:rsidRDefault="00D77535" w:rsidP="008D09E1">
      <w:pPr>
        <w:spacing w:after="0" w:line="240" w:lineRule="auto"/>
      </w:pPr>
      <w:r>
        <w:separator/>
      </w:r>
    </w:p>
  </w:endnote>
  <w:endnote w:type="continuationSeparator" w:id="0">
    <w:p w14:paraId="2938C926" w14:textId="77777777" w:rsidR="00D77535" w:rsidRDefault="00D77535" w:rsidP="008D09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A4326C" w14:textId="2B6585D7" w:rsidR="008D09E1" w:rsidRPr="008D09E1" w:rsidRDefault="008D09E1" w:rsidP="008D09E1">
    <w:pPr>
      <w:pStyle w:val="AltBilgi"/>
      <w:jc w:val="right"/>
      <w:rPr>
        <w:rFonts w:ascii="Times New Roman" w:hAnsi="Times New Roman" w:cs="Times New Roman"/>
        <w:sz w:val="20"/>
        <w:szCs w:val="20"/>
        <w:lang w:val="tr-TR"/>
      </w:rPr>
    </w:pPr>
    <w:r w:rsidRPr="008D09E1">
      <w:rPr>
        <w:rFonts w:ascii="Times New Roman" w:hAnsi="Times New Roman" w:cs="Times New Roman"/>
        <w:sz w:val="20"/>
        <w:szCs w:val="20"/>
        <w:lang w:val="tr-TR"/>
      </w:rPr>
      <w:t>KYS-FRM-82</w:t>
    </w:r>
    <w:r w:rsidRPr="008D09E1">
      <w:rPr>
        <w:rFonts w:ascii="Times New Roman" w:hAnsi="Times New Roman" w:cs="Times New Roman"/>
        <w:sz w:val="20"/>
        <w:szCs w:val="20"/>
        <w:lang w:val="tr-TR"/>
      </w:rPr>
      <w:t>6</w:t>
    </w:r>
    <w:r w:rsidRPr="008D09E1">
      <w:rPr>
        <w:rFonts w:ascii="Times New Roman" w:hAnsi="Times New Roman" w:cs="Times New Roman"/>
        <w:sz w:val="20"/>
        <w:szCs w:val="20"/>
        <w:lang w:val="tr-TR"/>
      </w:rPr>
      <w:t xml:space="preserve"> Yayın Tarihi: 24.09.2026 Revizyon No: 00 Revizyon </w:t>
    </w:r>
    <w:proofErr w:type="gramStart"/>
    <w:r w:rsidRPr="008D09E1">
      <w:rPr>
        <w:rFonts w:ascii="Times New Roman" w:hAnsi="Times New Roman" w:cs="Times New Roman"/>
        <w:sz w:val="20"/>
        <w:szCs w:val="20"/>
        <w:lang w:val="tr-TR"/>
      </w:rPr>
      <w:t>Tarihi:-</w:t>
    </w:r>
    <w:proofErr w:type="gramEnd"/>
    <w:r w:rsidRPr="008D09E1">
      <w:rPr>
        <w:rFonts w:ascii="Times New Roman" w:hAnsi="Times New Roman" w:cs="Times New Roman"/>
        <w:sz w:val="20"/>
        <w:szCs w:val="20"/>
        <w:lang w:val="tr-TR"/>
      </w:rPr>
      <w:t>-</w:t>
    </w:r>
  </w:p>
  <w:p w14:paraId="7B182912" w14:textId="77777777" w:rsidR="008D09E1" w:rsidRDefault="008D09E1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8FF939" w14:textId="77777777" w:rsidR="00D77535" w:rsidRDefault="00D77535" w:rsidP="008D09E1">
      <w:pPr>
        <w:spacing w:after="0" w:line="240" w:lineRule="auto"/>
      </w:pPr>
      <w:r>
        <w:separator/>
      </w:r>
    </w:p>
  </w:footnote>
  <w:footnote w:type="continuationSeparator" w:id="0">
    <w:p w14:paraId="3CC17700" w14:textId="77777777" w:rsidR="00D77535" w:rsidRDefault="00D77535" w:rsidP="008D09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839393586">
    <w:abstractNumId w:val="8"/>
  </w:num>
  <w:num w:numId="2" w16cid:durableId="1399472361">
    <w:abstractNumId w:val="6"/>
  </w:num>
  <w:num w:numId="3" w16cid:durableId="1536044865">
    <w:abstractNumId w:val="5"/>
  </w:num>
  <w:num w:numId="4" w16cid:durableId="348023912">
    <w:abstractNumId w:val="4"/>
  </w:num>
  <w:num w:numId="5" w16cid:durableId="1879392837">
    <w:abstractNumId w:val="7"/>
  </w:num>
  <w:num w:numId="6" w16cid:durableId="371539657">
    <w:abstractNumId w:val="3"/>
  </w:num>
  <w:num w:numId="7" w16cid:durableId="431708378">
    <w:abstractNumId w:val="2"/>
  </w:num>
  <w:num w:numId="8" w16cid:durableId="1447044420">
    <w:abstractNumId w:val="1"/>
  </w:num>
  <w:num w:numId="9" w16cid:durableId="8834910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07830"/>
    <w:rsid w:val="00034616"/>
    <w:rsid w:val="0004116E"/>
    <w:rsid w:val="0006063C"/>
    <w:rsid w:val="000A24A1"/>
    <w:rsid w:val="000C04CA"/>
    <w:rsid w:val="0014597A"/>
    <w:rsid w:val="0015074B"/>
    <w:rsid w:val="002574A7"/>
    <w:rsid w:val="0029639D"/>
    <w:rsid w:val="002F221F"/>
    <w:rsid w:val="00326F90"/>
    <w:rsid w:val="00546CF5"/>
    <w:rsid w:val="00570F3F"/>
    <w:rsid w:val="005D324A"/>
    <w:rsid w:val="00602C2C"/>
    <w:rsid w:val="00604ABD"/>
    <w:rsid w:val="00623189"/>
    <w:rsid w:val="007E097B"/>
    <w:rsid w:val="008A2FDF"/>
    <w:rsid w:val="008D09E1"/>
    <w:rsid w:val="00AA1D8D"/>
    <w:rsid w:val="00AD6BB0"/>
    <w:rsid w:val="00B31414"/>
    <w:rsid w:val="00B47730"/>
    <w:rsid w:val="00B80804"/>
    <w:rsid w:val="00BD24B8"/>
    <w:rsid w:val="00C06B74"/>
    <w:rsid w:val="00CB0664"/>
    <w:rsid w:val="00D77535"/>
    <w:rsid w:val="00F339CC"/>
    <w:rsid w:val="00F43443"/>
    <w:rsid w:val="00FB4475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FD2FCA4"/>
  <w14:defaultImageDpi w14:val="300"/>
  <w15:docId w15:val="{BB9EAC85-3AD4-4254-8490-3155CD3A3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825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657</Characters>
  <Application>Microsoft Office Word</Application>
  <DocSecurity>0</DocSecurity>
  <Lines>5</Lines>
  <Paragraphs>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771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BILGEHAN BAYDIL</dc:creator>
  <cp:keywords/>
  <dc:description>generated by python-docx</dc:description>
  <cp:lastModifiedBy>pc</cp:lastModifiedBy>
  <cp:revision>2</cp:revision>
  <dcterms:created xsi:type="dcterms:W3CDTF">2026-09-24T08:53:00Z</dcterms:created>
  <dcterms:modified xsi:type="dcterms:W3CDTF">2026-09-24T08:53:00Z</dcterms:modified>
  <cp:category/>
</cp:coreProperties>
</file>