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10204" w:type="dxa"/>
        <w:jc w:val="center"/>
        <w:tblLook w:val="04A0" w:firstRow="1" w:lastRow="0" w:firstColumn="1" w:lastColumn="0" w:noHBand="0" w:noVBand="1"/>
      </w:tblPr>
      <w:tblGrid>
        <w:gridCol w:w="1236"/>
        <w:gridCol w:w="6080"/>
        <w:gridCol w:w="1468"/>
        <w:gridCol w:w="1420"/>
      </w:tblGrid>
      <w:tr w:rsidR="000C7A9D" w14:paraId="31BA90B2" w14:textId="77777777" w:rsidTr="00BD2C3E">
        <w:trPr>
          <w:trHeight w:val="274"/>
          <w:jc w:val="center"/>
        </w:trPr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1FA40" w14:textId="77777777" w:rsidR="000C7A9D" w:rsidRDefault="000C7A9D" w:rsidP="00BD2C3E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519E026B" wp14:editId="35CF94C5">
                  <wp:extent cx="647700" cy="647700"/>
                  <wp:effectExtent l="0" t="0" r="0" b="0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3A40" w14:textId="77777777" w:rsidR="000C7A9D" w:rsidRDefault="000C7A9D" w:rsidP="00BD2C3E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T.C.</w:t>
            </w:r>
          </w:p>
          <w:p w14:paraId="65296A49" w14:textId="77777777" w:rsidR="000C7A9D" w:rsidRDefault="000C7A9D" w:rsidP="00BD2C3E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KASTAMONU ÜNİVERSİTESİ</w:t>
            </w:r>
          </w:p>
          <w:p w14:paraId="00DF65D7" w14:textId="77777777" w:rsidR="000C7A9D" w:rsidRDefault="000C7A9D" w:rsidP="00BD2C3E">
            <w:pPr>
              <w:pStyle w:val="stBilgi"/>
              <w:jc w:val="center"/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TÜRKÇE ÖĞRETİMİ UYGULAMA VE ARAŞTIRMA</w:t>
            </w:r>
            <w:r>
              <w:rPr>
                <w:rFonts w:ascii="Times New Roman" w:hAnsi="Times New Roman"/>
                <w:b/>
                <w:sz w:val="23"/>
              </w:rPr>
              <w:br/>
              <w:t>MERKEZİ MÜDÜRLÜĞÜ</w:t>
            </w:r>
          </w:p>
          <w:p w14:paraId="1D30CD4D" w14:textId="70FE930F" w:rsidR="000C7A9D" w:rsidRPr="000C7A9D" w:rsidRDefault="000C7A9D" w:rsidP="000C7A9D">
            <w:pPr>
              <w:pStyle w:val="stBilgi"/>
              <w:jc w:val="center"/>
              <w:rPr>
                <w:b/>
                <w:bCs/>
                <w:sz w:val="23"/>
              </w:rPr>
            </w:pPr>
            <w:r w:rsidRPr="000C7A9D">
              <w:rPr>
                <w:b/>
                <w:bCs/>
                <w:sz w:val="23"/>
              </w:rPr>
              <w:t>KONUŞMA SINAVI UYGULAMA İŞ AKIŞ SÜRECI</w:t>
            </w:r>
          </w:p>
          <w:p w14:paraId="1AB00FF0" w14:textId="77777777" w:rsidR="000C7A9D" w:rsidRDefault="000C7A9D" w:rsidP="000C7A9D">
            <w:pPr>
              <w:pStyle w:val="stBilgi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029D6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Doküman</w:t>
            </w:r>
            <w:proofErr w:type="spellEnd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1EF6A" w14:textId="3789121E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KYS-İA-431</w:t>
            </w:r>
          </w:p>
        </w:tc>
      </w:tr>
      <w:tr w:rsidR="000C7A9D" w14:paraId="0706BAB8" w14:textId="77777777" w:rsidTr="00BD2C3E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D8AD" w14:textId="77777777" w:rsidR="000C7A9D" w:rsidRDefault="000C7A9D" w:rsidP="00BD2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E40CA" w14:textId="77777777" w:rsidR="000C7A9D" w:rsidRDefault="000C7A9D" w:rsidP="00BD2C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33FE" w14:textId="1ED9B5B1" w:rsidR="000C7A9D" w:rsidRPr="000C7A9D" w:rsidRDefault="002A2E93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İlk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Yayın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C7A9D" w:rsidRPr="000C7A9D">
              <w:rPr>
                <w:rFonts w:ascii="Times New Roman" w:hAnsi="Times New Roman" w:cs="Times New Roman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F4A00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24.09.2026</w:t>
            </w:r>
          </w:p>
        </w:tc>
      </w:tr>
      <w:tr w:rsidR="000C7A9D" w14:paraId="55ADD373" w14:textId="77777777" w:rsidTr="00BD2C3E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DAB8" w14:textId="77777777" w:rsidR="000C7A9D" w:rsidRDefault="000C7A9D" w:rsidP="00BD2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48F53" w14:textId="77777777" w:rsidR="000C7A9D" w:rsidRDefault="000C7A9D" w:rsidP="00BD2C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2BC1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Revizyon</w:t>
            </w:r>
            <w:proofErr w:type="spellEnd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8BB1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--</w:t>
            </w:r>
          </w:p>
        </w:tc>
      </w:tr>
      <w:tr w:rsidR="000C7A9D" w14:paraId="0F593402" w14:textId="77777777" w:rsidTr="00BD2C3E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CDEE" w14:textId="77777777" w:rsidR="000C7A9D" w:rsidRDefault="000C7A9D" w:rsidP="00BD2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9CD31" w14:textId="77777777" w:rsidR="000C7A9D" w:rsidRDefault="000C7A9D" w:rsidP="00BD2C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D7AB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Revizyon</w:t>
            </w:r>
            <w:proofErr w:type="spellEnd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B986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7A9D" w14:paraId="18856C72" w14:textId="77777777" w:rsidTr="00BD2C3E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DA89" w14:textId="77777777" w:rsidR="000C7A9D" w:rsidRDefault="000C7A9D" w:rsidP="00BD2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A140" w14:textId="77777777" w:rsidR="000C7A9D" w:rsidRDefault="000C7A9D" w:rsidP="00BD2C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C1E2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Sayfa</w:t>
            </w:r>
            <w:proofErr w:type="spellEnd"/>
            <w:r w:rsidRPr="000C7A9D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C654" w14:textId="77777777" w:rsidR="000C7A9D" w:rsidRPr="000C7A9D" w:rsidRDefault="000C7A9D" w:rsidP="00BD2C3E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C7A9D">
              <w:rPr>
                <w:rFonts w:ascii="Times New Roman" w:hAnsi="Times New Roman" w:cs="Times New Roman"/>
                <w:sz w:val="18"/>
                <w:szCs w:val="18"/>
              </w:rPr>
              <w:t>1/ 1</w:t>
            </w:r>
          </w:p>
        </w:tc>
      </w:tr>
    </w:tbl>
    <w:p w14:paraId="0C77A97A" w14:textId="77777777" w:rsidR="000C7A9D" w:rsidRDefault="000C7A9D"/>
    <w:tbl>
      <w:tblPr>
        <w:tblStyle w:val="TabloKlavuz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35"/>
        <w:gridCol w:w="1729"/>
        <w:gridCol w:w="2466"/>
      </w:tblGrid>
      <w:tr w:rsidR="009C470C" w14:paraId="40F0A54F" w14:textId="77777777">
        <w:trPr>
          <w:trHeight w:hRule="exact" w:val="482"/>
          <w:tblHeader/>
          <w:jc w:val="center"/>
        </w:trPr>
        <w:tc>
          <w:tcPr>
            <w:tcW w:w="6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A008BF3" w14:textId="77777777" w:rsidR="009C470C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İŞ AKIŞI ADIMLARI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205E835" w14:textId="77777777" w:rsidR="009C470C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SORUMLU</w:t>
            </w:r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7AA078E" w14:textId="77777777" w:rsidR="009C470C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İLGİLİ DOKÜMANLAR</w:t>
            </w:r>
          </w:p>
        </w:tc>
      </w:tr>
      <w:tr w:rsidR="009C470C" w14:paraId="187BA196" w14:textId="77777777">
        <w:trPr>
          <w:trHeight w:hRule="exact" w:val="442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B028F8E" w14:textId="22965388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0F5115" wp14:editId="3C1EE672">
                      <wp:simplePos x="0" y="0"/>
                      <wp:positionH relativeFrom="column">
                        <wp:posOffset>1919580</wp:posOffset>
                      </wp:positionH>
                      <wp:positionV relativeFrom="paragraph">
                        <wp:posOffset>252146</wp:posOffset>
                      </wp:positionV>
                      <wp:extent cx="7315" cy="80467"/>
                      <wp:effectExtent l="57150" t="19050" r="69215" b="9144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5" cy="8046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072C11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151.15pt;margin-top:19.85pt;width:.6pt;height:6.3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1CA6ACA8">
                <v:oval id="_x0000_s1040" style="width:251.1pt;height:18.4pt;mso-left-percent:-10001;mso-top-percent:-10001;mso-position-horizontal:absolute;mso-position-horizontal-relative:char;mso-position-vertical:absolute;mso-position-vertical-relative:line;mso-left-percent:-10001;mso-top-percent:-10001" fillcolor="#a9c8e2" strokecolor="#5b9bd5" strokeweight="1pt">
                  <v:textbox inset="3pt,1pt,3pt,1pt">
                    <w:txbxContent>
                      <w:p w14:paraId="295DC39C" w14:textId="77777777" w:rsidR="009C470C" w:rsidRPr="00CC2522" w:rsidRDefault="00000000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Konuşma Sınavı Uygulama İş Akış Süreci</w:t>
                        </w:r>
                      </w:p>
                    </w:txbxContent>
                  </v:textbox>
                </v:oval>
              </w:pict>
            </w:r>
          </w:p>
          <w:p w14:paraId="5C4A1BD7" w14:textId="77777777" w:rsidR="009C470C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21AFE9E" w14:textId="77777777" w:rsidR="009C470C" w:rsidRDefault="009C470C"/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0A6C261" w14:textId="77777777" w:rsidR="009C470C" w:rsidRDefault="009C470C"/>
        </w:tc>
      </w:tr>
      <w:tr w:rsidR="009C470C" w14:paraId="3A3418E1" w14:textId="77777777">
        <w:trPr>
          <w:trHeight w:hRule="exact" w:val="567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9F2C09F" w14:textId="77777777" w:rsidR="009C470C" w:rsidRDefault="00000000">
            <w:pPr>
              <w:jc w:val="center"/>
            </w:pPr>
            <w:r>
              <w:pict w14:anchorId="7AE9CBA2">
                <v:roundrect id="_x0000_s1039" style="width:310pt;height:2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064FD93A" w14:textId="77777777" w:rsidR="009C470C" w:rsidRPr="00CC252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Öğrenciler sınavın başlama saatinden önce iki gözetmen tarafından sınıfa alınır.</w:t>
                        </w:r>
                      </w:p>
                    </w:txbxContent>
                  </v:textbox>
                </v:roundrect>
              </w:pict>
            </w:r>
          </w:p>
          <w:p w14:paraId="50D483E4" w14:textId="66857E7D" w:rsidR="009C470C" w:rsidRDefault="00024086">
            <w:pPr>
              <w:spacing w:line="180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5268BD" wp14:editId="1D669441">
                      <wp:simplePos x="0" y="0"/>
                      <wp:positionH relativeFrom="column">
                        <wp:posOffset>1925193</wp:posOffset>
                      </wp:positionH>
                      <wp:positionV relativeFrom="paragraph">
                        <wp:posOffset>4140</wp:posOffset>
                      </wp:positionV>
                      <wp:extent cx="0" cy="95098"/>
                      <wp:effectExtent l="95250" t="19050" r="76200" b="95885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509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AB8BF7" id="Düz Ok Bağlayıcısı 3" o:spid="_x0000_s1026" type="#_x0000_t32" style="position:absolute;margin-left:151.6pt;margin-top:.35pt;width:0;height: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3D4A82F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İki Gözetmen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044CB33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Sınav salonu öğrenci listesi</w:t>
            </w:r>
          </w:p>
        </w:tc>
      </w:tr>
      <w:tr w:rsidR="009C470C" w14:paraId="52B43951" w14:textId="77777777">
        <w:trPr>
          <w:trHeight w:hRule="exact" w:val="612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BAB2FCC" w14:textId="63E00B50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1EF76F" wp14:editId="7D1575C1">
                      <wp:simplePos x="0" y="0"/>
                      <wp:positionH relativeFrom="column">
                        <wp:posOffset>1948840</wp:posOffset>
                      </wp:positionH>
                      <wp:positionV relativeFrom="paragraph">
                        <wp:posOffset>277520</wp:posOffset>
                      </wp:positionV>
                      <wp:extent cx="7316" cy="146304"/>
                      <wp:effectExtent l="76200" t="19050" r="69215" b="825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6" cy="1463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73F98B" id="Düz Ok Bağlayıcısı 4" o:spid="_x0000_s1026" type="#_x0000_t32" style="position:absolute;margin-left:153.45pt;margin-top:21.85pt;width:.6pt;height:11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0E124130">
                <v:roundrect id="_x0000_s1038" style="width:310pt;height:2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6C0A7406" w14:textId="77777777" w:rsidR="009C470C" w:rsidRPr="00CC2522" w:rsidRDefault="00000000" w:rsidP="00CC2522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Gözetmenler tarafından konuşma sınavı kuralları ve sınavın uygulanışı hakkında bilgilendirme yapılır.</w:t>
                        </w:r>
                      </w:p>
                    </w:txbxContent>
                  </v:textbox>
                </v:roundrect>
              </w:pict>
            </w:r>
          </w:p>
          <w:p w14:paraId="7155B0EC" w14:textId="4E4636AA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F714BD6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877458E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Konuşma sınavı uygulama esasları</w:t>
            </w:r>
          </w:p>
        </w:tc>
      </w:tr>
      <w:tr w:rsidR="009C470C" w14:paraId="3B0CBB4F" w14:textId="77777777">
        <w:trPr>
          <w:trHeight w:hRule="exact" w:val="465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707C55F" w14:textId="12DD45F6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D196AE" wp14:editId="6EB0A6AB">
                      <wp:simplePos x="0" y="0"/>
                      <wp:positionH relativeFrom="column">
                        <wp:posOffset>1958873</wp:posOffset>
                      </wp:positionH>
                      <wp:positionV relativeFrom="paragraph">
                        <wp:posOffset>236576</wp:posOffset>
                      </wp:positionV>
                      <wp:extent cx="11913" cy="124358"/>
                      <wp:effectExtent l="76200" t="19050" r="83820" b="85725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13" cy="12435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DB81D3" id="Düz Ok Bağlayıcısı 5" o:spid="_x0000_s1026" type="#_x0000_t32" style="position:absolute;margin-left:154.25pt;margin-top:18.65pt;width:.95pt;height:9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68C7D45F">
                <v:roundrect id="_x0000_s1037" style="width:310pt;height:2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1367EE7E" w14:textId="77777777" w:rsidR="009C470C" w:rsidRPr="00CC252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Bilgilendirmenin ardından öğrenciler sınıftan çıkarılır.</w:t>
                        </w:r>
                      </w:p>
                    </w:txbxContent>
                  </v:textbox>
                </v:roundrect>
              </w:pict>
            </w:r>
          </w:p>
          <w:p w14:paraId="302BAB66" w14:textId="77777777" w:rsidR="009C470C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65B3263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3A8BAA2" w14:textId="77777777" w:rsidR="009C470C" w:rsidRPr="00CC2522" w:rsidRDefault="009C470C">
            <w:pPr>
              <w:rPr>
                <w:sz w:val="18"/>
                <w:szCs w:val="18"/>
              </w:rPr>
            </w:pPr>
          </w:p>
        </w:tc>
      </w:tr>
      <w:tr w:rsidR="009C470C" w14:paraId="46956D42" w14:textId="77777777">
        <w:trPr>
          <w:trHeight w:hRule="exact" w:val="635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27A9319" w14:textId="4440C6C9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16E4C4" wp14:editId="1A517FFB">
                      <wp:simplePos x="0" y="0"/>
                      <wp:positionH relativeFrom="column">
                        <wp:posOffset>1985416</wp:posOffset>
                      </wp:positionH>
                      <wp:positionV relativeFrom="paragraph">
                        <wp:posOffset>310921</wp:posOffset>
                      </wp:positionV>
                      <wp:extent cx="0" cy="131674"/>
                      <wp:effectExtent l="95250" t="19050" r="57150" b="9715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167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8EB325" id="Düz Ok Bağlayıcısı 6" o:spid="_x0000_s1026" type="#_x0000_t32" style="position:absolute;margin-left:156.35pt;margin-top:24.5pt;width:0;height:10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72A73477">
                <v:roundrect id="_x0000_s1036" style="width:310pt;height:2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2FB27FC7" w14:textId="77777777" w:rsidR="009C470C" w:rsidRPr="00CC2522" w:rsidRDefault="00000000" w:rsidP="00CC2522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Öğrenciler sınav imza listesindeki sıraya göre tek tek sınıfa alınır ve imza listesine imza atmaları sağlanır.</w:t>
                        </w:r>
                      </w:p>
                    </w:txbxContent>
                  </v:textbox>
                </v:roundrect>
              </w:pict>
            </w:r>
          </w:p>
          <w:p w14:paraId="636A1845" w14:textId="76ABE96D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832085F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İki Gözetmen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27827A3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Sınav imza listesi</w:t>
            </w:r>
          </w:p>
        </w:tc>
      </w:tr>
      <w:tr w:rsidR="009C470C" w14:paraId="5DB283D8" w14:textId="77777777">
        <w:trPr>
          <w:trHeight w:hRule="exact" w:val="522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D8D5D08" w14:textId="3F453F2E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E958CB8" wp14:editId="5550BCF6">
                      <wp:simplePos x="0" y="0"/>
                      <wp:positionH relativeFrom="column">
                        <wp:posOffset>2000047</wp:posOffset>
                      </wp:positionH>
                      <wp:positionV relativeFrom="paragraph">
                        <wp:posOffset>255372</wp:posOffset>
                      </wp:positionV>
                      <wp:extent cx="7315" cy="146304"/>
                      <wp:effectExtent l="76200" t="19050" r="88265" b="82550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15" cy="1463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62BB20" id="Düz Ok Bağlayıcısı 7" o:spid="_x0000_s1026" type="#_x0000_t32" style="position:absolute;margin-left:157.5pt;margin-top:20.1pt;width:.6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4C35E216">
                <v:roundrect id="_x0000_s1035" style="width:310pt;height:2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468830A0" w14:textId="77777777" w:rsidR="009C470C" w:rsidRPr="00CC252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Öğrenciden bağımsız konuşma kartlarından birini seçmesi istenir.</w:t>
                        </w:r>
                      </w:p>
                    </w:txbxContent>
                  </v:textbox>
                </v:roundrect>
              </w:pict>
            </w:r>
          </w:p>
          <w:p w14:paraId="6336F6DD" w14:textId="3C26FA5A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EA958F9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1C71662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Bağımsız konuşma kartları</w:t>
            </w:r>
          </w:p>
        </w:tc>
      </w:tr>
      <w:tr w:rsidR="009C470C" w14:paraId="63BBC92F" w14:textId="77777777">
        <w:trPr>
          <w:trHeight w:hRule="exact" w:val="465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478D1EF" w14:textId="218B285A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97CA4D" wp14:editId="3D59BC5F">
                      <wp:simplePos x="0" y="0"/>
                      <wp:positionH relativeFrom="column">
                        <wp:posOffset>2010080</wp:posOffset>
                      </wp:positionH>
                      <wp:positionV relativeFrom="paragraph">
                        <wp:posOffset>227686</wp:posOffset>
                      </wp:positionV>
                      <wp:extent cx="0" cy="146304"/>
                      <wp:effectExtent l="95250" t="19050" r="76200" b="82550"/>
                      <wp:wrapNone/>
                      <wp:docPr id="8" name="Düz Ok Bağlayıcıs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63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852F64" id="Düz Ok Bağlayıcısı 8" o:spid="_x0000_s1026" type="#_x0000_t32" style="position:absolute;margin-left:158.25pt;margin-top:17.95pt;width:0;height:1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13CFE79C">
                <v:roundrect id="_x0000_s1034" style="width:310pt;height:2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2A67B63C" w14:textId="77777777" w:rsidR="009C470C" w:rsidRPr="00CC252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Öğrenciye belirlenen düşünme süresi verilir.</w:t>
                        </w:r>
                      </w:p>
                    </w:txbxContent>
                  </v:textbox>
                </v:roundrect>
              </w:pict>
            </w:r>
          </w:p>
          <w:p w14:paraId="4A1A76D8" w14:textId="77777777" w:rsidR="009C470C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44E1F12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40AF73D" w14:textId="77777777" w:rsidR="009C470C" w:rsidRPr="00CC2522" w:rsidRDefault="009C470C">
            <w:pPr>
              <w:rPr>
                <w:sz w:val="18"/>
                <w:szCs w:val="18"/>
              </w:rPr>
            </w:pPr>
          </w:p>
        </w:tc>
      </w:tr>
      <w:tr w:rsidR="009C470C" w14:paraId="68EB852A" w14:textId="77777777">
        <w:trPr>
          <w:trHeight w:hRule="exact" w:val="624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621EAD0" w14:textId="29095468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F7F32B" wp14:editId="292024FB">
                      <wp:simplePos x="0" y="0"/>
                      <wp:positionH relativeFrom="column">
                        <wp:posOffset>2036623</wp:posOffset>
                      </wp:positionH>
                      <wp:positionV relativeFrom="paragraph">
                        <wp:posOffset>309347</wp:posOffset>
                      </wp:positionV>
                      <wp:extent cx="14630" cy="146304"/>
                      <wp:effectExtent l="76200" t="19050" r="80645" b="82550"/>
                      <wp:wrapNone/>
                      <wp:docPr id="9" name="Düz Ok Bağlayıcıs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30" cy="1463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DFDF09" id="Düz Ok Bağlayıcısı 9" o:spid="_x0000_s1026" type="#_x0000_t32" style="position:absolute;margin-left:160.35pt;margin-top:24.35pt;width:1.15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3ADE1915">
                <v:roundrect id="_x0000_s1033" style="width:310pt;height:2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51F077C1" w14:textId="77777777" w:rsidR="009C470C" w:rsidRPr="00CC2522" w:rsidRDefault="00000000" w:rsidP="00CC2522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Düşünme süresi sonunda öğrenciden seçtiği karttaki konu hakkında bağımsız konuşma yapması istenir.</w:t>
                        </w:r>
                      </w:p>
                    </w:txbxContent>
                  </v:textbox>
                </v:roundrect>
              </w:pict>
            </w:r>
          </w:p>
          <w:p w14:paraId="4E3A0621" w14:textId="3E5F1CFF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309EE4A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F075F9A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Bağımsız konuşma kartı</w:t>
            </w:r>
          </w:p>
        </w:tc>
      </w:tr>
      <w:tr w:rsidR="009C470C" w14:paraId="046C11A4" w14:textId="77777777">
        <w:trPr>
          <w:trHeight w:hRule="exact" w:val="635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E607D84" w14:textId="46380447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09039D" wp14:editId="7DC81645">
                      <wp:simplePos x="0" y="0"/>
                      <wp:positionH relativeFrom="column">
                        <wp:posOffset>2029308</wp:posOffset>
                      </wp:positionH>
                      <wp:positionV relativeFrom="paragraph">
                        <wp:posOffset>297358</wp:posOffset>
                      </wp:positionV>
                      <wp:extent cx="10363" cy="146304"/>
                      <wp:effectExtent l="76200" t="19050" r="66040" b="82550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363" cy="1463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513FBB" id="Düz Ok Bağlayıcısı 10" o:spid="_x0000_s1026" type="#_x0000_t32" style="position:absolute;margin-left:159.8pt;margin-top:23.4pt;width:.8pt;height:11.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293FDE84">
                <v:roundrect id="_x0000_s1032" style="width:310pt;height:2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55890830" w14:textId="77777777" w:rsidR="009C470C" w:rsidRPr="00CC2522" w:rsidRDefault="00000000" w:rsidP="00CC2522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Öğrencinin göremeyeceği şekilde iki gözetmen, bağımsız konuşma ölçütlerine göre ayrı ayrı puanlama yapar.</w:t>
                        </w:r>
                      </w:p>
                    </w:txbxContent>
                  </v:textbox>
                </v:roundrect>
              </w:pict>
            </w:r>
          </w:p>
          <w:p w14:paraId="46BC01F3" w14:textId="61E8355B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5A3AEAE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İki Gözetmen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3711629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Bağımsız konuşma değerlendirme formu</w:t>
            </w:r>
          </w:p>
        </w:tc>
      </w:tr>
      <w:tr w:rsidR="009C470C" w14:paraId="2E2CC9D2" w14:textId="77777777">
        <w:trPr>
          <w:trHeight w:hRule="exact" w:val="658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0ED85E3" w14:textId="5C5C786C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2849E00" wp14:editId="4C6DE08F">
                      <wp:simplePos x="0" y="0"/>
                      <wp:positionH relativeFrom="column">
                        <wp:posOffset>2032356</wp:posOffset>
                      </wp:positionH>
                      <wp:positionV relativeFrom="paragraph">
                        <wp:posOffset>322275</wp:posOffset>
                      </wp:positionV>
                      <wp:extent cx="7315" cy="153619"/>
                      <wp:effectExtent l="76200" t="19050" r="69215" b="94615"/>
                      <wp:wrapNone/>
                      <wp:docPr id="11" name="Düz Ok Bağlayıcıs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15" cy="1536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321543" id="Düz Ok Bağlayıcısı 11" o:spid="_x0000_s1026" type="#_x0000_t32" style="position:absolute;margin-left:160.05pt;margin-top:25.4pt;width:.6pt;height:12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7698AF36">
                <v:roundrect id="_x0000_s1031" style="width:310pt;height:2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382A2953" w14:textId="77777777" w:rsidR="009C470C" w:rsidRPr="00CC2522" w:rsidRDefault="00000000" w:rsidP="00CC2522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Öğrenciden karşılıklı konuşma kartlarından birini seçmesi ve karttaki temaya uygun sorulara cevap vermesi istenir.</w:t>
                        </w:r>
                      </w:p>
                    </w:txbxContent>
                  </v:textbox>
                </v:roundrect>
              </w:pict>
            </w:r>
          </w:p>
          <w:p w14:paraId="73362FFA" w14:textId="2453D248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0DB73D9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DF80034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Karşılıklı konuşma kartları</w:t>
            </w:r>
          </w:p>
        </w:tc>
      </w:tr>
      <w:tr w:rsidR="009C470C" w14:paraId="5240B7A3" w14:textId="77777777">
        <w:trPr>
          <w:trHeight w:hRule="exact" w:val="635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7475722" w14:textId="70DB07C8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DC66B22" wp14:editId="2C8A0443">
                      <wp:simplePos x="0" y="0"/>
                      <wp:positionH relativeFrom="column">
                        <wp:posOffset>2032356</wp:posOffset>
                      </wp:positionH>
                      <wp:positionV relativeFrom="paragraph">
                        <wp:posOffset>274066</wp:posOffset>
                      </wp:positionV>
                      <wp:extent cx="6985" cy="168250"/>
                      <wp:effectExtent l="76200" t="19050" r="69215" b="99060"/>
                      <wp:wrapNone/>
                      <wp:docPr id="12" name="Düz Ok Bağlayıcısı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85" cy="168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75726F" id="Düz Ok Bağlayıcısı 12" o:spid="_x0000_s1026" type="#_x0000_t32" style="position:absolute;margin-left:160.05pt;margin-top:21.6pt;width:.55pt;height:1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7C903DCE">
                <v:roundrect id="_x0000_s1030" style="width:310pt;height:2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051BD200" w14:textId="77777777" w:rsidR="009C470C" w:rsidRPr="00CC252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İki gözetmen, karşılıklı konuşma ölçütlerine göre öğrenciyi ayrı ayrı puanlar.</w:t>
                        </w:r>
                      </w:p>
                    </w:txbxContent>
                  </v:textbox>
                </v:roundrect>
              </w:pict>
            </w:r>
          </w:p>
          <w:p w14:paraId="56E65EA9" w14:textId="3EB6CF0D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ECA52C8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İki Gözetmen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2D6B73F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Karşılıklı konuşma değerlendirme formu</w:t>
            </w:r>
          </w:p>
        </w:tc>
      </w:tr>
      <w:tr w:rsidR="009C470C" w14:paraId="07DA77CB" w14:textId="77777777">
        <w:trPr>
          <w:trHeight w:hRule="exact" w:val="465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7D1DA8F" w14:textId="70C9B9FB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5F0C56D" wp14:editId="09F467CB">
                      <wp:simplePos x="0" y="0"/>
                      <wp:positionH relativeFrom="column">
                        <wp:posOffset>2021992</wp:posOffset>
                      </wp:positionH>
                      <wp:positionV relativeFrom="paragraph">
                        <wp:posOffset>233147</wp:posOffset>
                      </wp:positionV>
                      <wp:extent cx="0" cy="117043"/>
                      <wp:effectExtent l="95250" t="19050" r="76200" b="9271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704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D80B07" id="Düz Ok Bağlayıcısı 13" o:spid="_x0000_s1026" type="#_x0000_t32" style="position:absolute;margin-left:159.2pt;margin-top:18.35pt;width:0;height:9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4C6981E5">
                <v:roundrect id="_x0000_s1029" style="width:310pt;height:2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0C74FFE4" w14:textId="77777777" w:rsidR="009C470C" w:rsidRPr="00CC252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Değerlendirmenin ardından öğrencinin sınıftan çıkması istenir.</w:t>
                        </w:r>
                      </w:p>
                    </w:txbxContent>
                  </v:textbox>
                </v:roundrect>
              </w:pict>
            </w:r>
          </w:p>
          <w:p w14:paraId="68BA5A77" w14:textId="77777777" w:rsidR="009C470C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02D821D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CE5682D" w14:textId="77777777" w:rsidR="009C470C" w:rsidRPr="00CC2522" w:rsidRDefault="009C470C">
            <w:pPr>
              <w:rPr>
                <w:sz w:val="18"/>
                <w:szCs w:val="18"/>
              </w:rPr>
            </w:pPr>
          </w:p>
        </w:tc>
      </w:tr>
      <w:tr w:rsidR="009C470C" w14:paraId="34E043B6" w14:textId="77777777">
        <w:trPr>
          <w:trHeight w:hRule="exact" w:val="635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3325A85" w14:textId="73CE8364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93866B" wp14:editId="261D6BC3">
                      <wp:simplePos x="0" y="0"/>
                      <wp:positionH relativeFrom="column">
                        <wp:posOffset>2022145</wp:posOffset>
                      </wp:positionH>
                      <wp:positionV relativeFrom="paragraph">
                        <wp:posOffset>314808</wp:posOffset>
                      </wp:positionV>
                      <wp:extent cx="10211" cy="153619"/>
                      <wp:effectExtent l="76200" t="19050" r="66040" b="94615"/>
                      <wp:wrapNone/>
                      <wp:docPr id="14" name="Düz Ok Bağlayıcısı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211" cy="1536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7F9F3C" id="Düz Ok Bağlayıcısı 14" o:spid="_x0000_s1026" type="#_x0000_t32" style="position:absolute;margin-left:159.2pt;margin-top:24.8pt;width:.8pt;height:12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20C7E880">
                <v:roundrect id="_x0000_s1028" style="width:310pt;height:2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5B8E03D9" w14:textId="77777777" w:rsidR="009C470C" w:rsidRPr="00CC2522" w:rsidRDefault="00000000" w:rsidP="00CC2522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İki gözetmenin bağımsız ve karşılıklı konuşma ölçütlerine göre verdiği puanların ortalaması alınarak nihai puan belirlenir.</w:t>
                        </w:r>
                      </w:p>
                    </w:txbxContent>
                  </v:textbox>
                </v:roundrect>
              </w:pict>
            </w:r>
          </w:p>
          <w:p w14:paraId="1DC78DDD" w14:textId="0631F6B9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B9A2032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İki Gözetmen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2D1C787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Bağımsız ve karşılıklı konuşma değerlendirme formları</w:t>
            </w:r>
          </w:p>
        </w:tc>
      </w:tr>
      <w:tr w:rsidR="009C470C" w14:paraId="4EE86C7C" w14:textId="77777777">
        <w:trPr>
          <w:trHeight w:hRule="exact" w:val="646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A926367" w14:textId="1305D110" w:rsidR="009C470C" w:rsidRDefault="0002408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1320B3B" wp14:editId="4FF35F56">
                      <wp:simplePos x="0" y="0"/>
                      <wp:positionH relativeFrom="column">
                        <wp:posOffset>2035200</wp:posOffset>
                      </wp:positionH>
                      <wp:positionV relativeFrom="paragraph">
                        <wp:posOffset>281203</wp:posOffset>
                      </wp:positionV>
                      <wp:extent cx="0" cy="146304"/>
                      <wp:effectExtent l="95250" t="19050" r="76200" b="82550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63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3A079C" id="Düz Ok Bağlayıcısı 15" o:spid="_x0000_s1026" type="#_x0000_t32" style="position:absolute;margin-left:160.25pt;margin-top:22.15pt;width:0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1C840C55">
                <v:roundrect id="_x0000_s1027" style="width:310pt;height:2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inset="3pt,1pt,3pt,1pt">
                    <w:txbxContent>
                      <w:p w14:paraId="30C57CB5" w14:textId="77777777" w:rsidR="009C470C" w:rsidRPr="00CC252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Sınav evrakları, teslim çizelgesiyle birlikte sınav alt komisyonuna teslim edilir.</w:t>
                        </w:r>
                      </w:p>
                    </w:txbxContent>
                  </v:textbox>
                </v:roundrect>
              </w:pict>
            </w:r>
          </w:p>
          <w:p w14:paraId="7CFC286D" w14:textId="45D2D83F" w:rsidR="009C470C" w:rsidRDefault="009C470C">
            <w:pPr>
              <w:spacing w:line="180" w:lineRule="auto"/>
              <w:jc w:val="center"/>
            </w:pP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0A7DEC5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Gözetmenler / Sınav Alt Komisyonu</w:t>
            </w: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31A3176" w14:textId="77777777" w:rsidR="009C470C" w:rsidRPr="00CC2522" w:rsidRDefault="00000000">
            <w:pPr>
              <w:rPr>
                <w:sz w:val="18"/>
                <w:szCs w:val="18"/>
              </w:rPr>
            </w:pPr>
            <w:r w:rsidRPr="00CC2522">
              <w:rPr>
                <w:rFonts w:ascii="Times New Roman" w:hAnsi="Times New Roman"/>
                <w:color w:val="000000"/>
                <w:sz w:val="18"/>
                <w:szCs w:val="18"/>
              </w:rPr>
              <w:t>Sınav evrakı / Teslim çizelgesi</w:t>
            </w:r>
          </w:p>
        </w:tc>
      </w:tr>
      <w:tr w:rsidR="009C470C" w14:paraId="71EA2AD8" w14:textId="77777777">
        <w:trPr>
          <w:trHeight w:hRule="exact" w:val="408"/>
          <w:jc w:val="center"/>
        </w:trPr>
        <w:tc>
          <w:tcPr>
            <w:tcW w:w="64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596AB30" w14:textId="77777777" w:rsidR="009C470C" w:rsidRDefault="00000000">
            <w:pPr>
              <w:jc w:val="center"/>
            </w:pPr>
            <w:r>
              <w:pict w14:anchorId="0EA12F50">
                <v:oval id="_x0000_s1026" style="width:145pt;height:21pt;mso-left-percent:-10001;mso-top-percent:-10001;mso-position-horizontal:absolute;mso-position-horizontal-relative:char;mso-position-vertical:absolute;mso-position-vertical-relative:line;mso-left-percent:-10001;mso-top-percent:-10001" fillcolor="#a9c8e2" strokecolor="#5b9bd5" strokeweight="1pt">
                  <v:textbox inset="3pt,1pt,3pt,1pt">
                    <w:txbxContent>
                      <w:p w14:paraId="7F8A944E" w14:textId="77777777" w:rsidR="009C470C" w:rsidRPr="00CC2522" w:rsidRDefault="00000000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CC2522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Bitiş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17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032179F" w14:textId="77777777" w:rsidR="009C470C" w:rsidRPr="00CC2522" w:rsidRDefault="009C470C">
            <w:pPr>
              <w:rPr>
                <w:sz w:val="18"/>
                <w:szCs w:val="18"/>
              </w:rPr>
            </w:pPr>
          </w:p>
        </w:tc>
        <w:tc>
          <w:tcPr>
            <w:tcW w:w="24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CC0F7AA" w14:textId="77777777" w:rsidR="009C470C" w:rsidRPr="00CC2522" w:rsidRDefault="009C470C">
            <w:pPr>
              <w:rPr>
                <w:sz w:val="18"/>
                <w:szCs w:val="18"/>
              </w:rPr>
            </w:pPr>
          </w:p>
        </w:tc>
      </w:tr>
    </w:tbl>
    <w:p w14:paraId="3F7A8480" w14:textId="77777777" w:rsidR="00BC4532" w:rsidRDefault="00BC4532"/>
    <w:sectPr w:rsidR="00BC4532" w:rsidSect="00034616">
      <w:pgSz w:w="11906" w:h="16838"/>
      <w:pgMar w:top="680" w:right="737" w:bottom="680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1396905">
    <w:abstractNumId w:val="8"/>
  </w:num>
  <w:num w:numId="2" w16cid:durableId="841240994">
    <w:abstractNumId w:val="6"/>
  </w:num>
  <w:num w:numId="3" w16cid:durableId="376123214">
    <w:abstractNumId w:val="5"/>
  </w:num>
  <w:num w:numId="4" w16cid:durableId="356857883">
    <w:abstractNumId w:val="4"/>
  </w:num>
  <w:num w:numId="5" w16cid:durableId="594900111">
    <w:abstractNumId w:val="7"/>
  </w:num>
  <w:num w:numId="6" w16cid:durableId="171845517">
    <w:abstractNumId w:val="3"/>
  </w:num>
  <w:num w:numId="7" w16cid:durableId="1552644378">
    <w:abstractNumId w:val="2"/>
  </w:num>
  <w:num w:numId="8" w16cid:durableId="1115755497">
    <w:abstractNumId w:val="1"/>
  </w:num>
  <w:num w:numId="9" w16cid:durableId="366033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086"/>
    <w:rsid w:val="00034616"/>
    <w:rsid w:val="0006063C"/>
    <w:rsid w:val="000C7A9D"/>
    <w:rsid w:val="00135304"/>
    <w:rsid w:val="0015074B"/>
    <w:rsid w:val="001E35F9"/>
    <w:rsid w:val="0029639D"/>
    <w:rsid w:val="002A2E93"/>
    <w:rsid w:val="002A62C3"/>
    <w:rsid w:val="00323B0E"/>
    <w:rsid w:val="00326F90"/>
    <w:rsid w:val="00696FCD"/>
    <w:rsid w:val="006C3AC1"/>
    <w:rsid w:val="009C470C"/>
    <w:rsid w:val="00A44E79"/>
    <w:rsid w:val="00AA1D8D"/>
    <w:rsid w:val="00AB1473"/>
    <w:rsid w:val="00B016AF"/>
    <w:rsid w:val="00B36DD1"/>
    <w:rsid w:val="00B47730"/>
    <w:rsid w:val="00B76893"/>
    <w:rsid w:val="00BC4532"/>
    <w:rsid w:val="00C97886"/>
    <w:rsid w:val="00CB0664"/>
    <w:rsid w:val="00CC2522"/>
    <w:rsid w:val="00CF35F9"/>
    <w:rsid w:val="00E535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  <w14:docId w14:val="69438A61"/>
  <w14:defaultImageDpi w14:val="300"/>
  <w15:docId w15:val="{B2603B0B-67E9-4A0A-98CF-B3CFDB55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pc</cp:lastModifiedBy>
  <cp:revision>3</cp:revision>
  <dcterms:created xsi:type="dcterms:W3CDTF">2026-09-24T08:44:00Z</dcterms:created>
  <dcterms:modified xsi:type="dcterms:W3CDTF">2026-09-24T09:01:00Z</dcterms:modified>
  <cp:category/>
</cp:coreProperties>
</file>