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10747" w:type="dxa"/>
        <w:jc w:val="center"/>
        <w:tblLook w:val="04A0" w:firstRow="1" w:lastRow="0" w:firstColumn="1" w:lastColumn="0" w:noHBand="0" w:noVBand="1"/>
      </w:tblPr>
      <w:tblGrid>
        <w:gridCol w:w="1236"/>
        <w:gridCol w:w="5267"/>
        <w:gridCol w:w="1005"/>
        <w:gridCol w:w="742"/>
        <w:gridCol w:w="817"/>
        <w:gridCol w:w="1680"/>
      </w:tblGrid>
      <w:tr w:rsidR="000935C9" w14:paraId="3B80F09E" w14:textId="77777777" w:rsidTr="000935C9">
        <w:trPr>
          <w:trHeight w:val="274"/>
          <w:jc w:val="center"/>
        </w:trPr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FB880" w14:textId="77777777" w:rsidR="000935C9" w:rsidRDefault="000935C9" w:rsidP="00F6673D">
            <w:pPr>
              <w:pStyle w:val="stBilgi"/>
              <w:tabs>
                <w:tab w:val="left" w:pos="301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01040D25" wp14:editId="1378E81C">
                  <wp:extent cx="647700" cy="647700"/>
                  <wp:effectExtent l="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5D686" w14:textId="77777777" w:rsidR="000935C9" w:rsidRDefault="000935C9" w:rsidP="00F6673D">
            <w:pPr>
              <w:pStyle w:val="stBilgi"/>
              <w:tabs>
                <w:tab w:val="left" w:pos="301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T.C.</w:t>
            </w:r>
          </w:p>
          <w:p w14:paraId="4163AC38" w14:textId="77777777" w:rsidR="000935C9" w:rsidRDefault="000935C9" w:rsidP="00F6673D">
            <w:pPr>
              <w:pStyle w:val="stBilgi"/>
              <w:tabs>
                <w:tab w:val="left" w:pos="301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KASTAMONU ÜNİVERSİTESİ</w:t>
            </w:r>
          </w:p>
          <w:p w14:paraId="27D2BC82" w14:textId="77777777" w:rsidR="000935C9" w:rsidRDefault="000935C9" w:rsidP="00F6673D">
            <w:pPr>
              <w:pStyle w:val="stBilgi"/>
              <w:jc w:val="center"/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TÜRKÇE ÖĞRETİMİ UYGULAMA VE ARAŞTIRMA</w:t>
            </w:r>
            <w:r>
              <w:rPr>
                <w:rFonts w:ascii="Times New Roman" w:hAnsi="Times New Roman"/>
                <w:b/>
                <w:sz w:val="23"/>
              </w:rPr>
              <w:br/>
              <w:t>MERKEZİ MÜDÜRLÜĞÜ</w:t>
            </w:r>
          </w:p>
          <w:p w14:paraId="5C554163" w14:textId="7B3CDC6F" w:rsidR="000935C9" w:rsidRDefault="000935C9" w:rsidP="000935C9">
            <w:pPr>
              <w:pStyle w:val="stBilgi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35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DINLEME SINAVI UYGULAMA İŞ AKIŞ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ŞEMASI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A4CCE" w14:textId="77777777" w:rsidR="000935C9" w:rsidRPr="00376980" w:rsidRDefault="000935C9" w:rsidP="00F6673D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Doküman</w:t>
            </w:r>
            <w:proofErr w:type="spellEnd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 xml:space="preserve"> No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4C81" w14:textId="21C5AF51" w:rsidR="000935C9" w:rsidRPr="00376980" w:rsidRDefault="000935C9" w:rsidP="00F6673D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KYS-İA-4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</w:tr>
      <w:tr w:rsidR="000935C9" w14:paraId="238CE3AD" w14:textId="77777777" w:rsidTr="000935C9">
        <w:trPr>
          <w:trHeight w:val="2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ABB2" w14:textId="77777777" w:rsidR="000935C9" w:rsidRDefault="000935C9" w:rsidP="00F667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6C4BF" w14:textId="77777777" w:rsidR="000935C9" w:rsidRDefault="000935C9" w:rsidP="00F667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6C19C" w14:textId="1F3331E7" w:rsidR="000935C9" w:rsidRPr="00376980" w:rsidRDefault="00B7530E" w:rsidP="00F6673D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İlk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Yayın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935C9" w:rsidRPr="00376980">
              <w:rPr>
                <w:rFonts w:ascii="Times New Roman" w:hAnsi="Times New Roman" w:cs="Times New Roman"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3891" w14:textId="77777777" w:rsidR="000935C9" w:rsidRPr="00376980" w:rsidRDefault="000935C9" w:rsidP="00F6673D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24.09.2026</w:t>
            </w:r>
          </w:p>
        </w:tc>
      </w:tr>
      <w:tr w:rsidR="000935C9" w14:paraId="195F7C87" w14:textId="77777777" w:rsidTr="000935C9">
        <w:trPr>
          <w:trHeight w:val="2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724E2" w14:textId="77777777" w:rsidR="000935C9" w:rsidRDefault="000935C9" w:rsidP="00F667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EE56C" w14:textId="77777777" w:rsidR="000935C9" w:rsidRDefault="000935C9" w:rsidP="00F667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40254" w14:textId="77777777" w:rsidR="000935C9" w:rsidRPr="00376980" w:rsidRDefault="000935C9" w:rsidP="00F6673D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Revizyon</w:t>
            </w:r>
            <w:proofErr w:type="spellEnd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A1CCA" w14:textId="77777777" w:rsidR="000935C9" w:rsidRPr="00376980" w:rsidRDefault="000935C9" w:rsidP="00F6673D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--</w:t>
            </w:r>
          </w:p>
        </w:tc>
      </w:tr>
      <w:tr w:rsidR="000935C9" w14:paraId="0D094496" w14:textId="77777777" w:rsidTr="000935C9">
        <w:trPr>
          <w:trHeight w:val="2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9065B" w14:textId="77777777" w:rsidR="000935C9" w:rsidRDefault="000935C9" w:rsidP="00F667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5BD8E" w14:textId="77777777" w:rsidR="000935C9" w:rsidRDefault="000935C9" w:rsidP="00F667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5CB06" w14:textId="77777777" w:rsidR="000935C9" w:rsidRPr="00376980" w:rsidRDefault="000935C9" w:rsidP="00F6673D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Revizyon</w:t>
            </w:r>
            <w:proofErr w:type="spellEnd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 xml:space="preserve"> No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A883D" w14:textId="77777777" w:rsidR="000935C9" w:rsidRPr="00376980" w:rsidRDefault="000935C9" w:rsidP="00F6673D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35C9" w14:paraId="07D4927A" w14:textId="77777777" w:rsidTr="000935C9">
        <w:trPr>
          <w:trHeight w:val="2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8D95A" w14:textId="77777777" w:rsidR="000935C9" w:rsidRDefault="000935C9" w:rsidP="00F667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727A2" w14:textId="77777777" w:rsidR="000935C9" w:rsidRDefault="000935C9" w:rsidP="00F667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7F2B" w14:textId="77777777" w:rsidR="000935C9" w:rsidRPr="00376980" w:rsidRDefault="000935C9" w:rsidP="00F6673D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Sayfa</w:t>
            </w:r>
            <w:proofErr w:type="spellEnd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 xml:space="preserve"> No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35E47" w14:textId="77777777" w:rsidR="000935C9" w:rsidRPr="00376980" w:rsidRDefault="000935C9" w:rsidP="00F6673D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/ 1</w:t>
            </w:r>
          </w:p>
        </w:tc>
      </w:tr>
      <w:tr w:rsidR="00A92919" w14:paraId="6084E022" w14:textId="77777777" w:rsidTr="000935C9">
        <w:trPr>
          <w:trHeight w:hRule="exact" w:val="437"/>
          <w:tblHeader/>
          <w:jc w:val="center"/>
        </w:trPr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4E34C5B" w14:textId="77777777" w:rsidR="00A92919" w:rsidRDefault="00000000">
            <w:pPr>
              <w:jc w:val="center"/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İŞ AKIŞI ADIMLARI</w:t>
            </w:r>
          </w:p>
        </w:tc>
        <w:tc>
          <w:tcPr>
            <w:tcW w:w="17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EF5324C" w14:textId="77777777" w:rsidR="00A92919" w:rsidRDefault="00000000">
            <w:pPr>
              <w:jc w:val="center"/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SORUMLU</w:t>
            </w:r>
          </w:p>
        </w:tc>
        <w:tc>
          <w:tcPr>
            <w:tcW w:w="24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F977589" w14:textId="77777777" w:rsidR="00A92919" w:rsidRDefault="00000000">
            <w:pPr>
              <w:jc w:val="center"/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İLGİLİ DOKÜMANLAR</w:t>
            </w:r>
          </w:p>
        </w:tc>
      </w:tr>
      <w:tr w:rsidR="00A92919" w14:paraId="1BA5AF84" w14:textId="77777777" w:rsidTr="000935C9">
        <w:trPr>
          <w:trHeight w:hRule="exact" w:val="396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497709C" w14:textId="424158FB" w:rsidR="00A92919" w:rsidRDefault="003672F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FFF5D7D" wp14:editId="6168B93F">
                      <wp:simplePos x="0" y="0"/>
                      <wp:positionH relativeFrom="column">
                        <wp:posOffset>2017478</wp:posOffset>
                      </wp:positionH>
                      <wp:positionV relativeFrom="paragraph">
                        <wp:posOffset>227606</wp:posOffset>
                      </wp:positionV>
                      <wp:extent cx="0" cy="95416"/>
                      <wp:effectExtent l="95250" t="19050" r="76200" b="95250"/>
                      <wp:wrapNone/>
                      <wp:docPr id="11" name="Düz Ok Bağlayıcısı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541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3C6AE5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1" o:spid="_x0000_s1026" type="#_x0000_t32" style="position:absolute;margin-left:158.85pt;margin-top:17.9pt;width:0;height:7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5A7A9BAD">
                <v:oval id="_x0000_s1046" style="width:215pt;height:18pt;mso-left-percent:-10001;mso-top-percent:-10001;mso-position-horizontal:absolute;mso-position-horizontal-relative:char;mso-position-vertical:absolute;mso-position-vertical-relative:line;mso-left-percent:-10001;mso-top-percent:-10001" fillcolor="#a9c8e2" strokecolor="#5b9bd5" strokeweight="1pt">
                  <v:textbox style="mso-next-textbox:#_x0000_s1046" inset="3pt,1pt,3pt,1pt">
                    <w:txbxContent>
                      <w:p w14:paraId="1D79CCA5" w14:textId="77777777" w:rsidR="00A92919" w:rsidRPr="002E5303" w:rsidRDefault="00000000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proofErr w:type="spellStart"/>
                        <w:r w:rsidRPr="002E5303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>Dinleme</w:t>
                        </w:r>
                        <w:proofErr w:type="spellEnd"/>
                        <w:r w:rsidRPr="002E5303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2E5303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>Sınavı</w:t>
                        </w:r>
                        <w:proofErr w:type="spellEnd"/>
                        <w:r w:rsidRPr="002E5303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2E5303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>Uygulama</w:t>
                        </w:r>
                        <w:proofErr w:type="spellEnd"/>
                        <w:r w:rsidRPr="002E5303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2E5303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>İş</w:t>
                        </w:r>
                        <w:proofErr w:type="spellEnd"/>
                        <w:r w:rsidRPr="002E5303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 xml:space="preserve"> Akış Süreci</w:t>
                        </w:r>
                      </w:p>
                    </w:txbxContent>
                  </v:textbox>
                </v:oval>
              </w:pict>
            </w:r>
          </w:p>
          <w:p w14:paraId="20C7FEF8" w14:textId="77777777" w:rsidR="00A92919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38D31F5" w14:textId="77777777" w:rsidR="00A92919" w:rsidRDefault="00A92919"/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AC250E1" w14:textId="77777777" w:rsidR="00A92919" w:rsidRDefault="00A92919"/>
        </w:tc>
      </w:tr>
      <w:tr w:rsidR="00A92919" w14:paraId="193FD79F" w14:textId="77777777" w:rsidTr="000935C9">
        <w:trPr>
          <w:trHeight w:hRule="exact" w:val="513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E4B2462" w14:textId="67ACEF78" w:rsidR="00A92919" w:rsidRDefault="003672F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06BB34B" wp14:editId="1C16B9FA">
                      <wp:simplePos x="0" y="0"/>
                      <wp:positionH relativeFrom="column">
                        <wp:posOffset>1993624</wp:posOffset>
                      </wp:positionH>
                      <wp:positionV relativeFrom="paragraph">
                        <wp:posOffset>276750</wp:posOffset>
                      </wp:positionV>
                      <wp:extent cx="0" cy="103367"/>
                      <wp:effectExtent l="95250" t="19050" r="76200" b="87630"/>
                      <wp:wrapNone/>
                      <wp:docPr id="12" name="Düz Ok Bağlayıcısı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336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077BBD" id="Düz Ok Bağlayıcısı 12" o:spid="_x0000_s1026" type="#_x0000_t32" style="position:absolute;margin-left:157pt;margin-top:21.8pt;width:0;height:8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71DA3E7D">
                <v:roundrect id="_x0000_s1045" style="width:310pt;height:23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style="mso-next-textbox:#_x0000_s1045" inset="3pt,1pt,3pt,1pt">
                    <w:txbxContent>
                      <w:p w14:paraId="4C4E4674" w14:textId="77777777" w:rsidR="00A92919" w:rsidRPr="009F565B" w:rsidRDefault="00000000" w:rsidP="002E5303">
                        <w:pPr>
                          <w:spacing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Sınav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komisyonu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üyeleri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,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dinleme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ses dosyalarını sınavdan hemen önce gözetmenlere teslim eder; dosyalar sınıftaki akıllı tahtalara yüklenir.</w:t>
                        </w:r>
                      </w:p>
                    </w:txbxContent>
                  </v:textbox>
                </v:roundrect>
              </w:pict>
            </w:r>
          </w:p>
          <w:p w14:paraId="63BF9DBD" w14:textId="77777777" w:rsidR="00A92919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9134935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Sınav Komisyonu / 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3EC3F2A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Dinleme ses dosyası</w:t>
            </w:r>
          </w:p>
        </w:tc>
      </w:tr>
      <w:tr w:rsidR="00A92919" w14:paraId="2320B7AF" w14:textId="77777777" w:rsidTr="000935C9">
        <w:trPr>
          <w:trHeight w:hRule="exact" w:val="454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13FAC6E" w14:textId="1D274BA4" w:rsidR="00A92919" w:rsidRDefault="003672F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78D85FC" wp14:editId="3F0B3793">
                      <wp:simplePos x="0" y="0"/>
                      <wp:positionH relativeFrom="column">
                        <wp:posOffset>1993458</wp:posOffset>
                      </wp:positionH>
                      <wp:positionV relativeFrom="paragraph">
                        <wp:posOffset>251598</wp:posOffset>
                      </wp:positionV>
                      <wp:extent cx="0" cy="87464"/>
                      <wp:effectExtent l="95250" t="19050" r="76200" b="84455"/>
                      <wp:wrapNone/>
                      <wp:docPr id="13" name="Düz O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746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833047" id="Düz Ok Bağlayıcısı 13" o:spid="_x0000_s1026" type="#_x0000_t32" style="position:absolute;margin-left:156.95pt;margin-top:19.8pt;width:0;height:6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6FD069C0">
                <v:roundrect id="_x0000_s1044" style="width:310pt;height:19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style="mso-next-textbox:#_x0000_s1044" inset="3pt,1pt,3pt,1pt">
                    <w:txbxContent>
                      <w:p w14:paraId="5FED4A06" w14:textId="77777777" w:rsidR="00A92919" w:rsidRPr="009F565B" w:rsidRDefault="0000000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Öğrenciler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sınavın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başlama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saatinden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önce gözetmen tarafından sınıfa alınır.</w:t>
                        </w:r>
                      </w:p>
                    </w:txbxContent>
                  </v:textbox>
                </v:roundrect>
              </w:pict>
            </w:r>
          </w:p>
          <w:p w14:paraId="42C6BE3E" w14:textId="77777777" w:rsidR="00A92919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D7D38E6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7FCAA5F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Sınav salonu öğrenci listesi</w:t>
            </w:r>
          </w:p>
        </w:tc>
      </w:tr>
      <w:tr w:rsidR="00A92919" w14:paraId="1AA8651F" w14:textId="77777777" w:rsidTr="000935C9">
        <w:trPr>
          <w:trHeight w:hRule="exact" w:val="454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9337EC1" w14:textId="1EDAD1A2" w:rsidR="00A92919" w:rsidRDefault="003672F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BA8FD6E" wp14:editId="5477A0AC">
                      <wp:simplePos x="0" y="0"/>
                      <wp:positionH relativeFrom="column">
                        <wp:posOffset>1993458</wp:posOffset>
                      </wp:positionH>
                      <wp:positionV relativeFrom="paragraph">
                        <wp:posOffset>224155</wp:posOffset>
                      </wp:positionV>
                      <wp:extent cx="23854" cy="135172"/>
                      <wp:effectExtent l="76200" t="19050" r="71755" b="93980"/>
                      <wp:wrapNone/>
                      <wp:docPr id="14" name="Düz Ok Bağlayıcısı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854" cy="13517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4524DD" id="Düz Ok Bağlayıcısı 14" o:spid="_x0000_s1026" type="#_x0000_t32" style="position:absolute;margin-left:156.95pt;margin-top:17.65pt;width:1.9pt;height:10.6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29AF9C64">
                <v:roundrect id="_x0000_s1043" style="width:310pt;height:19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style="mso-next-textbox:#_x0000_s1043" inset="3pt,1pt,3pt,1pt">
                    <w:txbxContent>
                      <w:p w14:paraId="354034A8" w14:textId="77777777" w:rsidR="00A92919" w:rsidRPr="009F565B" w:rsidRDefault="0000000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Gözetmen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,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öğrenci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imza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listesini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kontrol eder ve sınıfın oturma düzenini sağlar.</w:t>
                        </w:r>
                      </w:p>
                    </w:txbxContent>
                  </v:textbox>
                </v:roundrect>
              </w:pict>
            </w:r>
          </w:p>
          <w:p w14:paraId="07928536" w14:textId="77777777" w:rsidR="00A92919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B0D2CF4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382594A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Sınav imza listesi</w:t>
            </w:r>
          </w:p>
        </w:tc>
      </w:tr>
      <w:tr w:rsidR="00A92919" w14:paraId="7A75DF12" w14:textId="77777777" w:rsidTr="000935C9">
        <w:trPr>
          <w:trHeight w:hRule="exact" w:val="478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93C05B1" w14:textId="4B41378F" w:rsidR="00A92919" w:rsidRDefault="003672F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FFD3860" wp14:editId="26F819D6">
                      <wp:simplePos x="0" y="0"/>
                      <wp:positionH relativeFrom="column">
                        <wp:posOffset>2033380</wp:posOffset>
                      </wp:positionH>
                      <wp:positionV relativeFrom="paragraph">
                        <wp:posOffset>268274</wp:posOffset>
                      </wp:positionV>
                      <wp:extent cx="0" cy="111318"/>
                      <wp:effectExtent l="95250" t="19050" r="57150" b="98425"/>
                      <wp:wrapNone/>
                      <wp:docPr id="15" name="Düz Ok Bağlayıcıs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131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A12748" id="Düz Ok Bağlayıcısı 15" o:spid="_x0000_s1026" type="#_x0000_t32" style="position:absolute;margin-left:160.1pt;margin-top:21.1pt;width:0;height:8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568C50A2">
                <v:roundrect id="_x0000_s1042" style="width:310pt;height:23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style="mso-next-textbox:#_x0000_s1042" inset="3pt,1pt,3pt,1pt">
                    <w:txbxContent>
                      <w:p w14:paraId="1B7923AC" w14:textId="0636BAC0" w:rsidR="00A92919" w:rsidRPr="009F565B" w:rsidRDefault="00000000" w:rsidP="009F565B">
                        <w:pPr>
                          <w:spacing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Öğrencilerin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sınava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getirmesi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yasak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olan eşyaları (telefon, tablet vb.) gözetmen masasına bırakmaları sağlanır.</w:t>
                        </w:r>
                      </w:p>
                    </w:txbxContent>
                  </v:textbox>
                </v:roundrect>
              </w:pict>
            </w:r>
          </w:p>
          <w:p w14:paraId="1EB33051" w14:textId="77777777" w:rsidR="00A92919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B51652C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CA32957" w14:textId="77777777" w:rsidR="00A92919" w:rsidRPr="002E5303" w:rsidRDefault="00A92919">
            <w:pPr>
              <w:rPr>
                <w:sz w:val="18"/>
                <w:szCs w:val="18"/>
              </w:rPr>
            </w:pPr>
          </w:p>
        </w:tc>
      </w:tr>
      <w:tr w:rsidR="00A92919" w14:paraId="53B92C4A" w14:textId="77777777" w:rsidTr="000935C9">
        <w:trPr>
          <w:trHeight w:hRule="exact" w:val="454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6FBA808" w14:textId="1ED019AB" w:rsidR="00A92919" w:rsidRDefault="003672F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0756F91" wp14:editId="6693C229">
                      <wp:simplePos x="0" y="0"/>
                      <wp:positionH relativeFrom="column">
                        <wp:posOffset>2013806</wp:posOffset>
                      </wp:positionH>
                      <wp:positionV relativeFrom="paragraph">
                        <wp:posOffset>217639</wp:posOffset>
                      </wp:positionV>
                      <wp:extent cx="0" cy="127221"/>
                      <wp:effectExtent l="95250" t="19050" r="76200" b="82550"/>
                      <wp:wrapNone/>
                      <wp:docPr id="16" name="Düz Ok Bağlayıcısı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722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910382" id="Düz Ok Bağlayıcısı 16" o:spid="_x0000_s1026" type="#_x0000_t32" style="position:absolute;margin-left:158.55pt;margin-top:17.15pt;width:0;height:1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3944FDF1">
                <v:roundrect id="_x0000_s1041" style="width:310pt;height:19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style="mso-next-textbox:#_x0000_s1041" inset="3pt,1pt,3pt,1pt">
                    <w:txbxContent>
                      <w:p w14:paraId="502B6FF7" w14:textId="77777777" w:rsidR="00A92919" w:rsidRPr="009F565B" w:rsidRDefault="0000000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Öğrencilerin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pasaport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veya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kimlik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belgeleri gözetmen tarafından kontrol edilir.</w:t>
                        </w:r>
                      </w:p>
                    </w:txbxContent>
                  </v:textbox>
                </v:roundrect>
              </w:pict>
            </w:r>
          </w:p>
          <w:p w14:paraId="4F6A035C" w14:textId="77777777" w:rsidR="00A92919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10FD310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720E334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Pasaport / kimlik belgesi</w:t>
            </w:r>
          </w:p>
        </w:tc>
      </w:tr>
      <w:tr w:rsidR="00A92919" w14:paraId="27EC2FBF" w14:textId="77777777" w:rsidTr="000935C9">
        <w:trPr>
          <w:trHeight w:hRule="exact" w:val="454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1E4EA07" w14:textId="3635BE7F" w:rsidR="00A92919" w:rsidRDefault="003672F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6D9CDD3" wp14:editId="1985F4A1">
                      <wp:simplePos x="0" y="0"/>
                      <wp:positionH relativeFrom="column">
                        <wp:posOffset>1126932</wp:posOffset>
                      </wp:positionH>
                      <wp:positionV relativeFrom="paragraph">
                        <wp:posOffset>249003</wp:posOffset>
                      </wp:positionV>
                      <wp:extent cx="198617" cy="86995"/>
                      <wp:effectExtent l="38100" t="38100" r="68580" b="103505"/>
                      <wp:wrapNone/>
                      <wp:docPr id="19" name="Düz O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617" cy="869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B1ACD0" id="Düz Ok Bağlayıcısı 19" o:spid="_x0000_s1026" type="#_x0000_t32" style="position:absolute;margin-left:88.75pt;margin-top:19.6pt;width:15.65pt;height:6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6131FD9" wp14:editId="06C8BBB7">
                      <wp:simplePos x="0" y="0"/>
                      <wp:positionH relativeFrom="column">
                        <wp:posOffset>2574069</wp:posOffset>
                      </wp:positionH>
                      <wp:positionV relativeFrom="paragraph">
                        <wp:posOffset>245855</wp:posOffset>
                      </wp:positionV>
                      <wp:extent cx="174929" cy="87465"/>
                      <wp:effectExtent l="57150" t="19050" r="53975" b="103505"/>
                      <wp:wrapNone/>
                      <wp:docPr id="17" name="Düz Ok Bağlayıcısı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4929" cy="8746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FB8A84" id="Düz Ok Bağlayıcısı 17" o:spid="_x0000_s1026" type="#_x0000_t32" style="position:absolute;margin-left:202.7pt;margin-top:19.35pt;width:13.75pt;height:6.9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69F348F4">
                <v:roundrect id="_x0000_s1040" style="width:310pt;height:19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style="mso-next-textbox:#_x0000_s1040" inset="3pt,1pt,3pt,1pt">
                    <w:txbxContent>
                      <w:p w14:paraId="36746A36" w14:textId="77777777" w:rsidR="00A92919" w:rsidRPr="009F565B" w:rsidRDefault="0000000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Öğrencilerin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sınav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imza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listesine</w:t>
                        </w:r>
                        <w:proofErr w:type="spellEnd"/>
                        <w:r w:rsidRPr="009F565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imza atmaları sağlanır.</w:t>
                        </w:r>
                      </w:p>
                    </w:txbxContent>
                  </v:textbox>
                </v:roundrect>
              </w:pict>
            </w:r>
          </w:p>
          <w:p w14:paraId="45F2CB89" w14:textId="77777777" w:rsidR="00A92919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E771B12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A5632EC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Sınav imza listesi</w:t>
            </w:r>
          </w:p>
        </w:tc>
      </w:tr>
      <w:tr w:rsidR="00A92919" w14:paraId="7E20714F" w14:textId="77777777" w:rsidTr="000935C9">
        <w:trPr>
          <w:trHeight w:hRule="exact" w:val="652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AF08C14" w14:textId="52CF8A91" w:rsidR="00A92919" w:rsidRDefault="00000000">
            <w:pPr>
              <w:jc w:val="center"/>
            </w:pPr>
            <w:r>
              <w:pict w14:anchorId="5A91F576">
                <v:shape id="_x0000_s1039" style="width:261.25pt;height:28.3pt;mso-left-percent:-10001;mso-top-percent:-10001;mso-position-horizontal:absolute;mso-position-horizontal-relative:char;mso-position-vertical:absolute;mso-position-vertical-relative:line;mso-left-percent:-10001;mso-top-percent:-10001" coordsize="21600,21600" o:spt="100" adj="0,,0" path="m10800,l21600,10800,10800,21600,,10800xe" fillcolor="#a9c8e2" strokecolor="#5b9bd5" strokeweight="1pt">
                  <v:stroke joinstyle="round"/>
                  <v:formulas/>
                  <v:path o:connecttype="segments"/>
                  <v:textbox style="mso-next-textbox:#_x0000_s1039" inset="3pt,1pt,3pt,1pt">
                    <w:txbxContent>
                      <w:p w14:paraId="4731C7AE" w14:textId="77777777" w:rsidR="002E5303" w:rsidRDefault="00000000" w:rsidP="002E530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Başkasının</w:t>
                        </w:r>
                        <w:proofErr w:type="spellEnd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yerine</w:t>
                        </w:r>
                        <w:proofErr w:type="spellEnd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sınava</w:t>
                        </w:r>
                        <w:proofErr w:type="spellEnd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giren</w:t>
                        </w:r>
                        <w:proofErr w:type="spellEnd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586B12B1" w14:textId="3C8EA3E1" w:rsidR="00A92919" w:rsidRPr="002E5303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öğrenci</w:t>
                        </w:r>
                        <w:proofErr w:type="spellEnd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tespit</w:t>
                        </w:r>
                        <w:proofErr w:type="spellEnd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edildi</w:t>
                        </w:r>
                        <w:proofErr w:type="spellEnd"/>
                        <w:r w:rsidRPr="002E5303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mi?</w:t>
                        </w:r>
                      </w:p>
                      <w:p w14:paraId="15D6FEBC" w14:textId="77777777" w:rsidR="002E5303" w:rsidRDefault="002E5303"/>
                    </w:txbxContent>
                  </v:textbox>
                </v:shape>
              </w:pict>
            </w:r>
          </w:p>
          <w:p w14:paraId="693A9F00" w14:textId="77777777" w:rsidR="00A92919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8E55"/>
                <w:sz w:val="14"/>
              </w:rPr>
              <w:t>Hayır ↓</w:t>
            </w:r>
            <w:r>
              <w:rPr>
                <w:rFonts w:ascii="Times New Roman" w:hAnsi="Times New Roman"/>
                <w:color w:val="000000"/>
                <w:sz w:val="14"/>
              </w:rPr>
              <w:t xml:space="preserve">                                      </w:t>
            </w:r>
            <w:r>
              <w:rPr>
                <w:rFonts w:ascii="Times New Roman" w:hAnsi="Times New Roman"/>
                <w:b/>
                <w:color w:val="E31B23"/>
                <w:sz w:val="14"/>
              </w:rPr>
              <w:t>Evet ↓</w:t>
            </w:r>
          </w:p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8F2A4A3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FA2A853" w14:textId="77777777" w:rsidR="00A92919" w:rsidRPr="002E5303" w:rsidRDefault="00A92919">
            <w:pPr>
              <w:rPr>
                <w:sz w:val="18"/>
                <w:szCs w:val="18"/>
              </w:rPr>
            </w:pPr>
          </w:p>
        </w:tc>
      </w:tr>
      <w:tr w:rsidR="00A92919" w14:paraId="4D90F52B" w14:textId="77777777" w:rsidTr="000935C9">
        <w:trPr>
          <w:trHeight w:hRule="exact" w:val="536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DA7D8E3" w14:textId="76589307" w:rsidR="00A92919" w:rsidRPr="002E5303" w:rsidRDefault="002E5303">
            <w:pPr>
              <w:rPr>
                <w:color w:val="FF0000"/>
                <w:sz w:val="18"/>
                <w:szCs w:val="18"/>
              </w:rPr>
            </w:pPr>
            <w:r>
              <w:rPr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0D58C5" wp14:editId="36301356">
                      <wp:simplePos x="0" y="0"/>
                      <wp:positionH relativeFrom="column">
                        <wp:posOffset>1325880</wp:posOffset>
                      </wp:positionH>
                      <wp:positionV relativeFrom="paragraph">
                        <wp:posOffset>-15875</wp:posOffset>
                      </wp:positionV>
                      <wp:extent cx="0" cy="134620"/>
                      <wp:effectExtent l="95250" t="19050" r="76200" b="93980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46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7CF796" id="Düz Ok Bağlayıcısı 5" o:spid="_x0000_s1026" type="#_x0000_t32" style="position:absolute;margin-left:104.4pt;margin-top:-1.25pt;width:0;height:1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B1254F4" wp14:editId="6D6B3209">
                      <wp:simplePos x="0" y="0"/>
                      <wp:positionH relativeFrom="column">
                        <wp:posOffset>2928123</wp:posOffset>
                      </wp:positionH>
                      <wp:positionV relativeFrom="paragraph">
                        <wp:posOffset>-18249</wp:posOffset>
                      </wp:positionV>
                      <wp:extent cx="0" cy="139976"/>
                      <wp:effectExtent l="95250" t="19050" r="76200" b="8890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997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66BAFA" id="Düz Ok Bağlayıcısı 4" o:spid="_x0000_s1026" type="#_x0000_t32" style="position:absolute;margin-left:230.55pt;margin-top:-1.45pt;width:0;height:1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" strokecolor="#c0504d [3205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color w:val="FF0000"/>
                <w:sz w:val="18"/>
                <w:szCs w:val="18"/>
              </w:rPr>
              <w:t xml:space="preserve">                                    </w:t>
            </w:r>
            <w:r w:rsidRPr="002E5303">
              <w:rPr>
                <w:color w:val="00B050"/>
                <w:sz w:val="18"/>
                <w:szCs w:val="18"/>
              </w:rPr>
              <w:t xml:space="preserve">HAYIR  </w:t>
            </w:r>
            <w:r>
              <w:rPr>
                <w:color w:val="00B050"/>
                <w:sz w:val="18"/>
                <w:szCs w:val="18"/>
              </w:rPr>
              <w:t xml:space="preserve"> </w:t>
            </w:r>
            <w:r w:rsidRPr="002E5303">
              <w:rPr>
                <w:color w:val="00B050"/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 xml:space="preserve">                                                  EVET   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979"/>
              <w:gridCol w:w="3140"/>
            </w:tblGrid>
            <w:tr w:rsidR="00A92919" w14:paraId="1500DE58" w14:textId="77777777" w:rsidTr="009F565B">
              <w:trPr>
                <w:trHeight w:val="785"/>
                <w:jc w:val="center"/>
              </w:trPr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6B385999" w14:textId="77777777" w:rsidR="00A92919" w:rsidRDefault="00000000">
                  <w:pPr>
                    <w:spacing w:after="0"/>
                    <w:jc w:val="center"/>
                  </w:pPr>
                  <w:r>
                    <w:pict w14:anchorId="273752F0">
                      <v:roundrect id="_x0000_s1038" style="width:145pt;height:26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8" inset="3pt,1pt,3pt,1pt">
                          <w:txbxContent>
                            <w:p w14:paraId="36BBFB99" w14:textId="77777777" w:rsidR="00A92919" w:rsidRPr="00955EBD" w:rsidRDefault="0000000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Sınav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soru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kitapçıkları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ve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optik cevap kâğıtları öğrencilere dağıtılır.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6BD23A51" w14:textId="77777777" w:rsidR="00A9291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7B141974" w14:textId="47580619" w:rsidR="00A92919" w:rsidRDefault="00000000">
                  <w:pPr>
                    <w:spacing w:after="0"/>
                    <w:jc w:val="center"/>
                  </w:pPr>
                  <w:r>
                    <w:pict w14:anchorId="058AC99D">
                      <v:roundrect id="_x0000_s1037" style="width:153.15pt;height:26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7" inset="3pt,1pt,3pt,1pt">
                          <w:txbxContent>
                            <w:p w14:paraId="49D309D8" w14:textId="77777777" w:rsidR="00A92919" w:rsidRPr="00955EBD" w:rsidRDefault="0000000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Öğrenci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hakkında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tutanak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tutulur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4D2163DC" w14:textId="77777777" w:rsidR="00A9291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</w:tr>
          </w:tbl>
          <w:p w14:paraId="5D5E8D44" w14:textId="4719EE03" w:rsidR="00A92919" w:rsidRDefault="00955EBD">
            <w:r>
              <w:t xml:space="preserve">  </w:t>
            </w:r>
          </w:p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F5E457E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E9CB9CF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Soru kitapçığı / Optik cevap kâğıdı / Sınav tutanağı</w:t>
            </w:r>
          </w:p>
        </w:tc>
      </w:tr>
      <w:tr w:rsidR="00A92919" w14:paraId="5876C268" w14:textId="77777777" w:rsidTr="000935C9">
        <w:trPr>
          <w:trHeight w:hRule="exact" w:val="536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D1A4A96" w14:textId="741C6B81" w:rsidR="00A92919" w:rsidRDefault="003672F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1551A25" wp14:editId="6239FE36">
                      <wp:simplePos x="0" y="0"/>
                      <wp:positionH relativeFrom="column">
                        <wp:posOffset>3011391</wp:posOffset>
                      </wp:positionH>
                      <wp:positionV relativeFrom="paragraph">
                        <wp:posOffset>104996</wp:posOffset>
                      </wp:positionV>
                      <wp:extent cx="0" cy="127221"/>
                      <wp:effectExtent l="95250" t="19050" r="76200" b="82550"/>
                      <wp:wrapNone/>
                      <wp:docPr id="21" name="Düz Ok Bağlayıcısı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722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77862A" id="Düz Ok Bağlayıcısı 21" o:spid="_x0000_s1026" type="#_x0000_t32" style="position:absolute;margin-left:237.1pt;margin-top:8.25pt;width:0;height:1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E53ED08" wp14:editId="6963075A">
                      <wp:simplePos x="0" y="0"/>
                      <wp:positionH relativeFrom="column">
                        <wp:posOffset>991760</wp:posOffset>
                      </wp:positionH>
                      <wp:positionV relativeFrom="paragraph">
                        <wp:posOffset>112947</wp:posOffset>
                      </wp:positionV>
                      <wp:extent cx="0" cy="87465"/>
                      <wp:effectExtent l="95250" t="19050" r="76200" b="84455"/>
                      <wp:wrapNone/>
                      <wp:docPr id="20" name="Düz Ok Bağlayıcıs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746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662659" id="Düz Ok Bağlayıcısı 20" o:spid="_x0000_s1026" type="#_x0000_t32" style="position:absolute;margin-left:78.1pt;margin-top:8.9pt;width:0;height:6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979"/>
              <w:gridCol w:w="3155"/>
            </w:tblGrid>
            <w:tr w:rsidR="00A92919" w14:paraId="6B12DD95" w14:textId="77777777" w:rsidTr="009F565B">
              <w:trPr>
                <w:trHeight w:val="785"/>
                <w:jc w:val="center"/>
              </w:trPr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04AC3FC7" w14:textId="77777777" w:rsidR="00A92919" w:rsidRDefault="00000000">
                  <w:pPr>
                    <w:spacing w:after="0"/>
                    <w:jc w:val="center"/>
                  </w:pPr>
                  <w:r>
                    <w:pict w14:anchorId="20256C0C">
                      <v:roundrect id="_x0000_s1036" style="width:145pt;height:26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6" inset="3pt,1pt,3pt,1pt">
                          <w:txbxContent>
                            <w:p w14:paraId="2A2D6865" w14:textId="77777777" w:rsidR="00A92919" w:rsidRPr="00955EBD" w:rsidRDefault="00000000" w:rsidP="002E5303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Öğrencilerden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optik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cevap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kâğıtlarındaki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bilgileri kodlamaları ve yazmaları istenir.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5F175C41" w14:textId="77777777" w:rsidR="00A9291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1E3B14D7" w14:textId="7FAF110A" w:rsidR="00A92919" w:rsidRDefault="00000000">
                  <w:pPr>
                    <w:spacing w:after="0"/>
                    <w:jc w:val="center"/>
                  </w:pPr>
                  <w:r>
                    <w:pict w14:anchorId="0B4B912E">
                      <v:roundrect id="_x0000_s1035" style="width:153.8pt;height:26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5" inset="3pt,1pt,3pt,1pt">
                          <w:txbxContent>
                            <w:p w14:paraId="5203A20D" w14:textId="77777777" w:rsidR="00A92919" w:rsidRPr="00955EBD" w:rsidRDefault="00000000" w:rsidP="002E5303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Tutanağın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bir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örneği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TÖMER Müdürlüğüne teslim edilir.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5B9B2CCF" w14:textId="77777777" w:rsidR="00A9291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</w:tr>
          </w:tbl>
          <w:p w14:paraId="4DCB9BE8" w14:textId="77777777" w:rsidR="00A92919" w:rsidRDefault="00A92919"/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728FA03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A0BF9B1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Optik cevap kâğıdı</w:t>
            </w:r>
          </w:p>
        </w:tc>
      </w:tr>
      <w:tr w:rsidR="00A92919" w14:paraId="71981866" w14:textId="77777777" w:rsidTr="000935C9">
        <w:trPr>
          <w:trHeight w:hRule="exact" w:val="501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F0CF814" w14:textId="14F8842E" w:rsidR="00A92919" w:rsidRDefault="003672F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CF3896B" wp14:editId="6951F14E">
                      <wp:simplePos x="0" y="0"/>
                      <wp:positionH relativeFrom="column">
                        <wp:posOffset>3035245</wp:posOffset>
                      </wp:positionH>
                      <wp:positionV relativeFrom="paragraph">
                        <wp:posOffset>89093</wp:posOffset>
                      </wp:positionV>
                      <wp:extent cx="7951" cy="127221"/>
                      <wp:effectExtent l="76200" t="19050" r="68580" b="82550"/>
                      <wp:wrapNone/>
                      <wp:docPr id="30" name="Düz Ok Bağlayıcısı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951" cy="12722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80E09A" id="Düz Ok Bağlayıcısı 30" o:spid="_x0000_s1026" type="#_x0000_t32" style="position:absolute;margin-left:239pt;margin-top:7pt;width:.65pt;height:10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419CE8B" wp14:editId="60814BBD">
                      <wp:simplePos x="0" y="0"/>
                      <wp:positionH relativeFrom="column">
                        <wp:posOffset>1007662</wp:posOffset>
                      </wp:positionH>
                      <wp:positionV relativeFrom="paragraph">
                        <wp:posOffset>128850</wp:posOffset>
                      </wp:positionV>
                      <wp:extent cx="15903" cy="95415"/>
                      <wp:effectExtent l="76200" t="19050" r="60325" b="95250"/>
                      <wp:wrapNone/>
                      <wp:docPr id="22" name="Düz Ok Bağlayıcıs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903" cy="954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74D113" id="Düz Ok Bağlayıcısı 22" o:spid="_x0000_s1026" type="#_x0000_t32" style="position:absolute;margin-left:79.35pt;margin-top:10.15pt;width:1.25pt;height:7.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979"/>
              <w:gridCol w:w="3185"/>
            </w:tblGrid>
            <w:tr w:rsidR="00A92919" w14:paraId="568060B9" w14:textId="77777777" w:rsidTr="009F565B">
              <w:trPr>
                <w:trHeight w:val="720"/>
                <w:jc w:val="center"/>
              </w:trPr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0F96117A" w14:textId="3AA83B7D" w:rsidR="00A92919" w:rsidRDefault="00000000">
                  <w:pPr>
                    <w:spacing w:after="0"/>
                    <w:jc w:val="center"/>
                  </w:pPr>
                  <w:r>
                    <w:pict w14:anchorId="33549AE4">
                      <v:roundrect id="_x0000_s1034" style="width:145pt;height:23.3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4" inset="3pt,1pt,3pt,1pt">
                          <w:txbxContent>
                            <w:p w14:paraId="131675CC" w14:textId="01CD8E23" w:rsidR="00A92919" w:rsidRPr="00955EBD" w:rsidRDefault="00000000" w:rsidP="002E5303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Gözetmen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öğrencilere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sınav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süresi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ve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sınav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kuralları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hakkında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bilgi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verir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0B29329D" w14:textId="77777777" w:rsidR="00A9291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46877AD7" w14:textId="11000A53" w:rsidR="00A92919" w:rsidRDefault="00000000">
                  <w:pPr>
                    <w:spacing w:after="0"/>
                    <w:jc w:val="center"/>
                  </w:pPr>
                  <w:r>
                    <w:pict w14:anchorId="1F310CF3">
                      <v:roundrect id="_x0000_s1033" style="width:155.35pt;height:27.9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3" inset="3pt,1pt,3pt,1pt">
                          <w:txbxContent>
                            <w:p w14:paraId="44F09993" w14:textId="77777777" w:rsidR="00A92919" w:rsidRPr="00955EBD" w:rsidRDefault="00000000" w:rsidP="002E5303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Tutanak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öğrencinin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bağlı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olduğu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fakülte veya MYO’ya resmî yazı ile gönderilir.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</w:tc>
            </w:tr>
          </w:tbl>
          <w:p w14:paraId="160B7226" w14:textId="77777777" w:rsidR="00A92919" w:rsidRDefault="00A92919"/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026E695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F68C69B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Sınav uygulama esasları</w:t>
            </w:r>
          </w:p>
        </w:tc>
      </w:tr>
      <w:tr w:rsidR="00A92919" w14:paraId="70E4A5E3" w14:textId="77777777" w:rsidTr="000935C9">
        <w:trPr>
          <w:trHeight w:hRule="exact" w:val="559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2ECF710" w14:textId="0B1C57C2" w:rsidR="00A92919" w:rsidRDefault="003672F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95F71E3" wp14:editId="26011E2D">
                      <wp:simplePos x="0" y="0"/>
                      <wp:positionH relativeFrom="column">
                        <wp:posOffset>1020224</wp:posOffset>
                      </wp:positionH>
                      <wp:positionV relativeFrom="paragraph">
                        <wp:posOffset>111318</wp:posOffset>
                      </wp:positionV>
                      <wp:extent cx="0" cy="111319"/>
                      <wp:effectExtent l="95250" t="19050" r="57150" b="98425"/>
                      <wp:wrapNone/>
                      <wp:docPr id="23" name="Düz Ok Bağlayıcısı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13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1FEE9F" id="Düz Ok Bağlayıcısı 23" o:spid="_x0000_s1026" type="#_x0000_t32" style="position:absolute;margin-left:80.35pt;margin-top:8.75pt;width:0;height: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35"/>
              <w:gridCol w:w="2979"/>
            </w:tblGrid>
            <w:tr w:rsidR="00A92919" w14:paraId="34B4337E" w14:textId="77777777" w:rsidTr="009F565B">
              <w:trPr>
                <w:trHeight w:val="785"/>
                <w:jc w:val="center"/>
              </w:trPr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07CF2451" w14:textId="3EF3EED4" w:rsidR="00A92919" w:rsidRDefault="00000000">
                  <w:pPr>
                    <w:spacing w:after="0"/>
                    <w:jc w:val="center"/>
                  </w:pPr>
                  <w:r>
                    <w:pict w14:anchorId="71458966">
                      <v:roundrect id="_x0000_s1032" style="width:147.35pt;height:26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2" inset="3pt,1pt,3pt,1pt">
                          <w:txbxContent>
                            <w:p w14:paraId="0C8C3FA1" w14:textId="6E879D10" w:rsidR="00A92919" w:rsidRPr="00955EBD" w:rsidRDefault="00000000" w:rsidP="002E5303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Sınav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başlatılır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ve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öğrencilere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soru</w:t>
                              </w:r>
                              <w:r w:rsid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ları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okumaları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için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süre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verilir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30B0E283" w14:textId="77777777" w:rsidR="00A9291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0CEE8014" w14:textId="17735535" w:rsidR="00A92919" w:rsidRDefault="009F565B"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3E989B9C" wp14:editId="450040FC">
                            <wp:simplePos x="0" y="0"/>
                            <wp:positionH relativeFrom="column">
                              <wp:posOffset>1071963</wp:posOffset>
                            </wp:positionH>
                            <wp:positionV relativeFrom="paragraph">
                              <wp:posOffset>74708</wp:posOffset>
                            </wp:positionV>
                            <wp:extent cx="7951" cy="2091193"/>
                            <wp:effectExtent l="95250" t="19050" r="87630" b="99695"/>
                            <wp:wrapNone/>
                            <wp:docPr id="9" name="Düz Ok Bağlayıcısı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7951" cy="2091193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1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41A12D0F" id="Düz Ok Bağlayıcısı 9" o:spid="_x0000_s1026" type="#_x0000_t32" style="position:absolute;margin-left:84.4pt;margin-top:5.9pt;width:.65pt;height:164.6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" strokecolor="#4f81bd [3204]" strokeweight="2pt">
                            <v:stroke endarrow="block"/>
                            <v:shadow on="t" color="black" opacity="24903f" origin=",.5" offset="0,.55556mm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00283368" w14:textId="77777777" w:rsidR="00A92919" w:rsidRDefault="00A92919"/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148CCF6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0EBCB58" w14:textId="77777777" w:rsidR="00A92919" w:rsidRPr="002E5303" w:rsidRDefault="00A92919">
            <w:pPr>
              <w:rPr>
                <w:sz w:val="18"/>
                <w:szCs w:val="18"/>
              </w:rPr>
            </w:pPr>
          </w:p>
        </w:tc>
      </w:tr>
      <w:tr w:rsidR="00A92919" w14:paraId="4C6A60CC" w14:textId="77777777" w:rsidTr="000935C9">
        <w:trPr>
          <w:trHeight w:hRule="exact" w:val="594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EBCFB24" w14:textId="6F85160A" w:rsidR="00A92919" w:rsidRDefault="003672F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FAB7C2F" wp14:editId="473499D7">
                      <wp:simplePos x="0" y="0"/>
                      <wp:positionH relativeFrom="column">
                        <wp:posOffset>1031516</wp:posOffset>
                      </wp:positionH>
                      <wp:positionV relativeFrom="paragraph">
                        <wp:posOffset>112616</wp:posOffset>
                      </wp:positionV>
                      <wp:extent cx="7951" cy="143123"/>
                      <wp:effectExtent l="76200" t="19050" r="68580" b="85725"/>
                      <wp:wrapNone/>
                      <wp:docPr id="24" name="Düz Ok Bağlayıcısı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951" cy="14312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A36A27" id="Düz Ok Bağlayıcısı 24" o:spid="_x0000_s1026" type="#_x0000_t32" style="position:absolute;margin-left:81.2pt;margin-top:8.85pt;width:.65pt;height:11.2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05"/>
              <w:gridCol w:w="2979"/>
            </w:tblGrid>
            <w:tr w:rsidR="00A92919" w14:paraId="22166C79" w14:textId="77777777" w:rsidTr="009F565B">
              <w:trPr>
                <w:trHeight w:val="785"/>
                <w:jc w:val="center"/>
              </w:trPr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02FB54E5" w14:textId="3250FD82" w:rsidR="00A92919" w:rsidRDefault="00000000">
                  <w:pPr>
                    <w:spacing w:after="0"/>
                    <w:jc w:val="center"/>
                  </w:pPr>
                  <w:r>
                    <w:pict w14:anchorId="21B7A555">
                      <v:roundrect id="_x0000_s1031" style="width:146.25pt;height:26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1" inset="3pt,1pt,3pt,1pt">
                          <w:txbxContent>
                            <w:p w14:paraId="5764D24B" w14:textId="7F0D2AB3" w:rsidR="00A92919" w:rsidRPr="00955EBD" w:rsidRDefault="00955EBD" w:rsidP="002E5303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</w:t>
                              </w:r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es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dosyası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açılır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;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bütün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öğrencilerin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duya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cağı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şekilde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ses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ayarı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yapılı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r</w:t>
                              </w:r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r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7EF48D3C" w14:textId="77777777" w:rsidR="00A9291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06DB31E9" w14:textId="77777777" w:rsidR="00A92919" w:rsidRDefault="00A92919"/>
              </w:tc>
            </w:tr>
          </w:tbl>
          <w:p w14:paraId="514C139B" w14:textId="77777777" w:rsidR="00A92919" w:rsidRDefault="00A92919"/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E98FD3E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E382EDA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Dinleme ses dosyası</w:t>
            </w:r>
          </w:p>
        </w:tc>
      </w:tr>
      <w:tr w:rsidR="00A92919" w14:paraId="1344F57A" w14:textId="77777777" w:rsidTr="000935C9">
        <w:trPr>
          <w:trHeight w:hRule="exact" w:val="478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81058D6" w14:textId="57926DCE" w:rsidR="00A92919" w:rsidRDefault="003672F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78B6575" wp14:editId="69FACB6A">
                      <wp:simplePos x="0" y="0"/>
                      <wp:positionH relativeFrom="column">
                        <wp:posOffset>1035823</wp:posOffset>
                      </wp:positionH>
                      <wp:positionV relativeFrom="paragraph">
                        <wp:posOffset>91688</wp:posOffset>
                      </wp:positionV>
                      <wp:extent cx="0" cy="135173"/>
                      <wp:effectExtent l="95250" t="19050" r="76200" b="93980"/>
                      <wp:wrapNone/>
                      <wp:docPr id="25" name="Düz Ok Bağlayıcısı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517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D6B842" id="Düz Ok Bağlayıcısı 25" o:spid="_x0000_s1026" type="#_x0000_t32" style="position:absolute;margin-left:81.55pt;margin-top:7.2pt;width:0;height:10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05"/>
              <w:gridCol w:w="2979"/>
            </w:tblGrid>
            <w:tr w:rsidR="00A92919" w14:paraId="1821C88E" w14:textId="77777777" w:rsidTr="009F565B">
              <w:trPr>
                <w:trHeight w:val="708"/>
                <w:jc w:val="center"/>
              </w:trPr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162CE4B5" w14:textId="20C5C03C" w:rsidR="00A92919" w:rsidRDefault="00000000">
                  <w:pPr>
                    <w:spacing w:after="0"/>
                    <w:jc w:val="center"/>
                  </w:pPr>
                  <w:r>
                    <w:pict w14:anchorId="658074A1">
                      <v:roundrect id="_x0000_s1030" style="width:146.25pt;height:22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0" inset="3pt,1pt,3pt,1pt">
                          <w:txbxContent>
                            <w:p w14:paraId="4441BA13" w14:textId="5D4B96BF" w:rsidR="00A92919" w:rsidRPr="00955EBD" w:rsidRDefault="00000000" w:rsidP="002E5303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Birinci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dinleme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tamamlandıktan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sonra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öğrencilere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kontrol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süresi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verilir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534EBADC" w14:textId="77777777" w:rsidR="00A9291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0E63723A" w14:textId="77777777" w:rsidR="00A92919" w:rsidRDefault="00A92919"/>
              </w:tc>
            </w:tr>
          </w:tbl>
          <w:p w14:paraId="6317ACE0" w14:textId="77777777" w:rsidR="00A92919" w:rsidRDefault="00A92919"/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E4FFD8C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DBE941C" w14:textId="77777777" w:rsidR="00A92919" w:rsidRPr="002E5303" w:rsidRDefault="00A92919">
            <w:pPr>
              <w:rPr>
                <w:sz w:val="18"/>
                <w:szCs w:val="18"/>
              </w:rPr>
            </w:pPr>
          </w:p>
        </w:tc>
      </w:tr>
      <w:tr w:rsidR="00A92919" w14:paraId="3142F1A5" w14:textId="77777777" w:rsidTr="000935C9">
        <w:trPr>
          <w:trHeight w:hRule="exact" w:val="536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78A142C" w14:textId="0A3C974D" w:rsidR="00A92919" w:rsidRDefault="003672F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18514DA" wp14:editId="4D2677A2">
                      <wp:simplePos x="0" y="0"/>
                      <wp:positionH relativeFrom="column">
                        <wp:posOffset>1028203</wp:posOffset>
                      </wp:positionH>
                      <wp:positionV relativeFrom="paragraph">
                        <wp:posOffset>104665</wp:posOffset>
                      </wp:positionV>
                      <wp:extent cx="0" cy="127220"/>
                      <wp:effectExtent l="95250" t="19050" r="76200" b="82550"/>
                      <wp:wrapNone/>
                      <wp:docPr id="26" name="Düz Ok Bağlayıcısı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72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7A5786" id="Düz Ok Bağlayıcısı 26" o:spid="_x0000_s1026" type="#_x0000_t32" style="position:absolute;margin-left:80.95pt;margin-top:8.25pt;width:0;height:10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979"/>
              <w:gridCol w:w="2979"/>
            </w:tblGrid>
            <w:tr w:rsidR="00A92919" w14:paraId="5038405F" w14:textId="77777777" w:rsidTr="009F565B">
              <w:trPr>
                <w:trHeight w:val="759"/>
                <w:jc w:val="center"/>
              </w:trPr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6734C76E" w14:textId="7D482F29" w:rsidR="00A92919" w:rsidRDefault="00000000">
                  <w:pPr>
                    <w:spacing w:after="0"/>
                    <w:jc w:val="center"/>
                  </w:pPr>
                  <w:r>
                    <w:pict w14:anchorId="0CD7B801">
                      <v:roundrect id="_x0000_s1029" style="width:143.6pt;height:24.7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29" inset="3pt,1pt,3pt,1pt">
                          <w:txbxContent>
                            <w:p w14:paraId="27BD4421" w14:textId="77777777" w:rsidR="00A92919" w:rsidRPr="00955EBD" w:rsidRDefault="0000000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Kontrol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süresi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bitince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dinleme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ses dosyası ikinci kez dinletilir.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6ED3B2EE" w14:textId="77777777" w:rsidR="00A9291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4A844AD9" w14:textId="77777777" w:rsidR="00A92919" w:rsidRDefault="00A92919"/>
              </w:tc>
            </w:tr>
          </w:tbl>
          <w:p w14:paraId="190A58AD" w14:textId="77777777" w:rsidR="00A92919" w:rsidRDefault="00A92919"/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CF8A85C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A5F9E26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Dinleme ses dosyası</w:t>
            </w:r>
          </w:p>
        </w:tc>
      </w:tr>
      <w:tr w:rsidR="00A92919" w14:paraId="12D6743D" w14:textId="77777777" w:rsidTr="000935C9">
        <w:trPr>
          <w:trHeight w:hRule="exact" w:val="513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03D189C" w14:textId="349716E7" w:rsidR="00A92919" w:rsidRDefault="003672F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356595C" wp14:editId="6B5261F8">
                      <wp:simplePos x="0" y="0"/>
                      <wp:positionH relativeFrom="column">
                        <wp:posOffset>1023399</wp:posOffset>
                      </wp:positionH>
                      <wp:positionV relativeFrom="paragraph">
                        <wp:posOffset>120567</wp:posOffset>
                      </wp:positionV>
                      <wp:extent cx="7951" cy="111318"/>
                      <wp:effectExtent l="76200" t="19050" r="68580" b="98425"/>
                      <wp:wrapNone/>
                      <wp:docPr id="27" name="Düz Ok Bağlayıcısı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951" cy="11131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BC488A" id="Düz Ok Bağlayıcısı 27" o:spid="_x0000_s1026" type="#_x0000_t32" style="position:absolute;margin-left:80.6pt;margin-top:9.5pt;width:.65pt;height:8.75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979"/>
              <w:gridCol w:w="2979"/>
            </w:tblGrid>
            <w:tr w:rsidR="00A92919" w14:paraId="333A2086" w14:textId="77777777" w:rsidTr="009F565B">
              <w:trPr>
                <w:trHeight w:val="759"/>
                <w:jc w:val="center"/>
              </w:trPr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72E6186C" w14:textId="362E5DD8" w:rsidR="00A92919" w:rsidRDefault="00000000">
                  <w:pPr>
                    <w:spacing w:after="0"/>
                    <w:jc w:val="center"/>
                  </w:pPr>
                  <w:r>
                    <w:pict w14:anchorId="7725B832">
                      <v:roundrect id="_x0000_s1028" style="width:145pt;height:23.9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28" inset="3pt,1pt,3pt,1pt">
                          <w:txbxContent>
                            <w:p w14:paraId="3CB3DACC" w14:textId="77777777" w:rsidR="00A92919" w:rsidRPr="00955EBD" w:rsidRDefault="0000000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İkinci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dinleme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tamamlandıktan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sonra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öğrencilere yeniden kontrol süresi verilir.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0043DBE7" w14:textId="77777777" w:rsidR="00A9291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4657D95A" w14:textId="77777777" w:rsidR="00A92919" w:rsidRDefault="00A92919"/>
              </w:tc>
            </w:tr>
          </w:tbl>
          <w:p w14:paraId="57FE79D6" w14:textId="77777777" w:rsidR="00A92919" w:rsidRDefault="00A92919"/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894F9AE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63B7A79" w14:textId="77777777" w:rsidR="00A92919" w:rsidRPr="002E5303" w:rsidRDefault="00A92919">
            <w:pPr>
              <w:rPr>
                <w:sz w:val="18"/>
                <w:szCs w:val="18"/>
              </w:rPr>
            </w:pPr>
          </w:p>
        </w:tc>
      </w:tr>
      <w:tr w:rsidR="00A92919" w14:paraId="73B904F3" w14:textId="77777777" w:rsidTr="000935C9">
        <w:trPr>
          <w:trHeight w:hRule="exact" w:val="617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835FA70" w14:textId="4129B277" w:rsidR="00A92919" w:rsidRDefault="003672F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7B04E20" wp14:editId="25A760BA">
                      <wp:simplePos x="0" y="0"/>
                      <wp:positionH relativeFrom="column">
                        <wp:posOffset>1031350</wp:posOffset>
                      </wp:positionH>
                      <wp:positionV relativeFrom="paragraph">
                        <wp:posOffset>95416</wp:posOffset>
                      </wp:positionV>
                      <wp:extent cx="0" cy="127221"/>
                      <wp:effectExtent l="95250" t="19050" r="76200" b="82550"/>
                      <wp:wrapNone/>
                      <wp:docPr id="28" name="Düz Ok Bağlayıcısı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722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6B02AB" id="Düz Ok Bağlayıcısı 28" o:spid="_x0000_s1026" type="#_x0000_t32" style="position:absolute;margin-left:81.2pt;margin-top:7.5pt;width:0;height:10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05"/>
              <w:gridCol w:w="2979"/>
            </w:tblGrid>
            <w:tr w:rsidR="00A92919" w14:paraId="7077DDDE" w14:textId="77777777" w:rsidTr="009F565B">
              <w:trPr>
                <w:trHeight w:val="759"/>
                <w:jc w:val="center"/>
              </w:trPr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59D56FF4" w14:textId="1CAADAFD" w:rsidR="00A92919" w:rsidRDefault="00000000">
                  <w:pPr>
                    <w:spacing w:after="0"/>
                    <w:jc w:val="center"/>
                  </w:pPr>
                  <w:r>
                    <w:pict w14:anchorId="2AB03AB8">
                      <v:roundrect id="_x0000_s1027" style="width:146.25pt;height:24.1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27" inset="3pt,1pt,3pt,1pt">
                          <w:txbxContent>
                            <w:p w14:paraId="001026D6" w14:textId="2EDB2C61" w:rsidR="00A92919" w:rsidRPr="00955EBD" w:rsidRDefault="00955EBD" w:rsidP="00955EBD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Süre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sonunda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soru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kitapçıkları</w:t>
                              </w:r>
                              <w:proofErr w:type="spellEnd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55EBD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topla</w:t>
                              </w:r>
                              <w:r w:rsidR="009F565B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nır</w:t>
                              </w:r>
                              <w:proofErr w:type="spellEnd"/>
                            </w:p>
                          </w:txbxContent>
                        </v:textbox>
                      </v:roundrect>
                    </w:pict>
                  </w:r>
                </w:p>
                <w:p w14:paraId="6C34D89A" w14:textId="77777777" w:rsidR="00A9291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42667A8A" w14:textId="77777777" w:rsidR="00A92919" w:rsidRDefault="00A92919"/>
              </w:tc>
            </w:tr>
          </w:tbl>
          <w:p w14:paraId="41877067" w14:textId="77777777" w:rsidR="00A92919" w:rsidRDefault="00A92919"/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3F008D9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A900FC0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Sınav soru kitapçıkları / Optik cevap kâğıtları / Sınav zarfı</w:t>
            </w:r>
          </w:p>
        </w:tc>
      </w:tr>
      <w:tr w:rsidR="00A92919" w14:paraId="4A927E2F" w14:textId="77777777" w:rsidTr="000935C9">
        <w:trPr>
          <w:trHeight w:hRule="exact" w:val="571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BFFD411" w14:textId="398C0B97" w:rsidR="00A92919" w:rsidRDefault="003672F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CA578F2" wp14:editId="705C3206">
                      <wp:simplePos x="0" y="0"/>
                      <wp:positionH relativeFrom="column">
                        <wp:posOffset>1039302</wp:posOffset>
                      </wp:positionH>
                      <wp:positionV relativeFrom="paragraph">
                        <wp:posOffset>-11678</wp:posOffset>
                      </wp:positionV>
                      <wp:extent cx="0" cy="220980"/>
                      <wp:effectExtent l="95250" t="19050" r="76200" b="83820"/>
                      <wp:wrapNone/>
                      <wp:docPr id="29" name="Düz Ok Bağlayıcısı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09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BC3990" id="Düz Ok Bağlayıcısı 29" o:spid="_x0000_s1026" type="#_x0000_t32" style="position:absolute;margin-left:81.85pt;margin-top:-.9pt;width:0;height:17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990"/>
              <w:gridCol w:w="2979"/>
            </w:tblGrid>
            <w:tr w:rsidR="00A92919" w14:paraId="20EE1FD2" w14:textId="77777777" w:rsidTr="009F565B">
              <w:trPr>
                <w:trHeight w:val="592"/>
                <w:jc w:val="center"/>
              </w:trPr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40775855" w14:textId="4F141435" w:rsidR="00A92919" w:rsidRDefault="009F565B">
                  <w:pPr>
                    <w:spacing w:after="0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5058189C" wp14:editId="1F162128">
                            <wp:simplePos x="0" y="0"/>
                            <wp:positionH relativeFrom="column">
                              <wp:posOffset>1834543</wp:posOffset>
                            </wp:positionH>
                            <wp:positionV relativeFrom="paragraph">
                              <wp:posOffset>47128</wp:posOffset>
                            </wp:positionV>
                            <wp:extent cx="174928" cy="39757"/>
                            <wp:effectExtent l="38100" t="38100" r="53975" b="113030"/>
                            <wp:wrapNone/>
                            <wp:docPr id="8" name="Düz Ok Bağlayıcısı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74928" cy="39757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1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0579D99D" id="Düz Ok Bağlayıcısı 8" o:spid="_x0000_s1026" type="#_x0000_t32" style="position:absolute;margin-left:144.45pt;margin-top:3.7pt;width:13.75pt;height:3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" strokecolor="#4f81bd [3204]" strokeweight="2pt">
                            <v:stroke endarrow="block"/>
                            <v:shadow on="t" color="black" opacity="24903f" origin=",.5" offset="0,.55556mm"/>
                          </v:shape>
                        </w:pict>
                      </mc:Fallback>
                    </mc:AlternateContent>
                  </w:r>
                  <w:r w:rsidR="00000000">
                    <w:pict w14:anchorId="5E1950BA">
                      <v:roundrect id="_x0000_s1026" style="width:145pt;height:24.9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26" inset="3pt,1pt,3pt,1pt">
                          <w:txbxContent>
                            <w:p w14:paraId="73161438" w14:textId="77777777" w:rsidR="00A92919" w:rsidRPr="009F565B" w:rsidRDefault="00000000" w:rsidP="009F565B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9F565B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Gözetmen</w:t>
                              </w:r>
                              <w:proofErr w:type="spellEnd"/>
                              <w:r w:rsidRPr="009F565B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proofErr w:type="spellStart"/>
                              <w:r w:rsidRPr="009F565B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sınav</w:t>
                              </w:r>
                              <w:proofErr w:type="spellEnd"/>
                              <w:r w:rsidRPr="009F565B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F565B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zarfını</w:t>
                              </w:r>
                              <w:proofErr w:type="spellEnd"/>
                              <w:r w:rsidRPr="009F565B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9F565B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imza</w:t>
                              </w:r>
                              <w:proofErr w:type="spellEnd"/>
                              <w:r w:rsidRPr="009F565B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 karşılığında sınav komisyonuna teslim eder.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</w:tc>
              <w:tc>
                <w:tcPr>
                  <w:tcW w:w="29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3D848BA5" w14:textId="25BE86A2" w:rsidR="00A92919" w:rsidRDefault="009F565B">
                  <w:r>
                    <w:t xml:space="preserve"> </w: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93FC301" wp14:editId="2619B790">
                            <wp:extent cx="1463040" cy="365373"/>
                            <wp:effectExtent l="0" t="0" r="22860" b="15875"/>
                            <wp:docPr id="7" name="Oval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63040" cy="365373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A9C8E2"/>
                                    </a:solidFill>
                                    <a:ln w="12700">
                                      <a:solidFill>
                                        <a:srgbClr val="5B9BD5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8ED6167" w14:textId="263206A4" w:rsidR="009F565B" w:rsidRPr="009F565B" w:rsidRDefault="009F565B" w:rsidP="009F565B">
                                        <w:pPr>
                                          <w:jc w:val="center"/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 w:rsidRPr="009F565B">
                                          <w:rPr>
                                            <w:rFonts w:ascii="Times New Roman" w:hAnsi="Times New Roman"/>
                                            <w:b/>
                                            <w:sz w:val="18"/>
                                            <w:szCs w:val="18"/>
                                          </w:rPr>
                                          <w:t>Bitiş</w:t>
                                        </w:r>
                                        <w:proofErr w:type="spellEnd"/>
                                        <w:r w:rsidRPr="009F565B">
                                          <w:rPr>
                                            <w:rFonts w:ascii="Times New Roman" w:hAnsi="Times New Roman"/>
                                            <w:b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38100" tIns="12700" rIns="38100" bIns="1270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oval w14:anchorId="193FC301" id="Oval 7" o:spid="_x0000_s1026" style="width:115.2pt;height:2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" fillcolor="#a9c8e2" strokecolor="#5b9bd5" strokeweight="1pt">
                            <v:textbox inset="3pt,1pt,3pt,1pt">
                              <w:txbxContent>
                                <w:p w14:paraId="58ED6167" w14:textId="263206A4" w:rsidR="009F565B" w:rsidRPr="009F565B" w:rsidRDefault="009F565B" w:rsidP="009F565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9F565B">
                                    <w:rPr>
                                      <w:rFonts w:ascii="Times New Roman" w:hAnsi="Times New Roman"/>
                                      <w:b/>
                                      <w:sz w:val="18"/>
                                      <w:szCs w:val="18"/>
                                    </w:rPr>
                                    <w:t>Bitiş</w:t>
                                  </w:r>
                                  <w:proofErr w:type="spellEnd"/>
                                  <w:r w:rsidRPr="009F565B">
                                    <w:rPr>
                                      <w:rFonts w:ascii="Times New Roman" w:hAnsi="Times New Roman"/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  <w10:anchorlock/>
                          </v:oval>
                        </w:pict>
                      </mc:Fallback>
                    </mc:AlternateContent>
                  </w:r>
                </w:p>
              </w:tc>
            </w:tr>
          </w:tbl>
          <w:p w14:paraId="6A477DD3" w14:textId="77777777" w:rsidR="00A92919" w:rsidRDefault="00A92919"/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3B2ECE1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Gözetmen / Sınav Komisyonu</w:t>
            </w:r>
          </w:p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2365CCA" w14:textId="77777777" w:rsidR="00A92919" w:rsidRPr="002E5303" w:rsidRDefault="00000000">
            <w:pPr>
              <w:rPr>
                <w:sz w:val="18"/>
                <w:szCs w:val="18"/>
              </w:rPr>
            </w:pPr>
            <w:r w:rsidRPr="002E5303">
              <w:rPr>
                <w:rFonts w:ascii="Times New Roman" w:hAnsi="Times New Roman"/>
                <w:color w:val="000000"/>
                <w:sz w:val="18"/>
                <w:szCs w:val="18"/>
              </w:rPr>
              <w:t>Teslim imza kaydı / Resmî yazı</w:t>
            </w:r>
          </w:p>
        </w:tc>
      </w:tr>
      <w:tr w:rsidR="00A92919" w14:paraId="524C64E6" w14:textId="77777777" w:rsidTr="000935C9">
        <w:trPr>
          <w:trHeight w:hRule="exact" w:val="373"/>
          <w:jc w:val="center"/>
        </w:trPr>
        <w:tc>
          <w:tcPr>
            <w:tcW w:w="650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0FFB1E1" w14:textId="3C44E1C5" w:rsidR="00A92919" w:rsidRDefault="009F565B">
            <w:pPr>
              <w:jc w:val="center"/>
            </w:pPr>
            <w:r>
              <w:t xml:space="preserve">    </w:t>
            </w:r>
          </w:p>
        </w:tc>
        <w:tc>
          <w:tcPr>
            <w:tcW w:w="174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C57F8A8" w14:textId="77777777" w:rsidR="00A92919" w:rsidRDefault="00A92919"/>
        </w:tc>
        <w:tc>
          <w:tcPr>
            <w:tcW w:w="249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5EAF881" w14:textId="77777777" w:rsidR="00A92919" w:rsidRDefault="00A92919"/>
        </w:tc>
      </w:tr>
    </w:tbl>
    <w:p w14:paraId="57C7A518" w14:textId="77777777" w:rsidR="002676B0" w:rsidRDefault="002676B0"/>
    <w:sectPr w:rsidR="002676B0" w:rsidSect="00034616">
      <w:pgSz w:w="11906" w:h="16838"/>
      <w:pgMar w:top="680" w:right="737" w:bottom="680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1396905">
    <w:abstractNumId w:val="8"/>
  </w:num>
  <w:num w:numId="2" w16cid:durableId="841240994">
    <w:abstractNumId w:val="6"/>
  </w:num>
  <w:num w:numId="3" w16cid:durableId="376123214">
    <w:abstractNumId w:val="5"/>
  </w:num>
  <w:num w:numId="4" w16cid:durableId="356857883">
    <w:abstractNumId w:val="4"/>
  </w:num>
  <w:num w:numId="5" w16cid:durableId="594900111">
    <w:abstractNumId w:val="7"/>
  </w:num>
  <w:num w:numId="6" w16cid:durableId="171845517">
    <w:abstractNumId w:val="3"/>
  </w:num>
  <w:num w:numId="7" w16cid:durableId="1552644378">
    <w:abstractNumId w:val="2"/>
  </w:num>
  <w:num w:numId="8" w16cid:durableId="1115755497">
    <w:abstractNumId w:val="1"/>
  </w:num>
  <w:num w:numId="9" w16cid:durableId="366033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5F2E"/>
    <w:rsid w:val="0006063C"/>
    <w:rsid w:val="000935C9"/>
    <w:rsid w:val="00135304"/>
    <w:rsid w:val="0015074B"/>
    <w:rsid w:val="001E35F9"/>
    <w:rsid w:val="002676B0"/>
    <w:rsid w:val="0029639D"/>
    <w:rsid w:val="002A62C3"/>
    <w:rsid w:val="002E5303"/>
    <w:rsid w:val="00326F90"/>
    <w:rsid w:val="003672FE"/>
    <w:rsid w:val="00696FCD"/>
    <w:rsid w:val="006C3AC1"/>
    <w:rsid w:val="00955EBD"/>
    <w:rsid w:val="009F565B"/>
    <w:rsid w:val="00A37A35"/>
    <w:rsid w:val="00A92919"/>
    <w:rsid w:val="00AA1D8D"/>
    <w:rsid w:val="00AB1473"/>
    <w:rsid w:val="00B016AF"/>
    <w:rsid w:val="00B36DD1"/>
    <w:rsid w:val="00B47730"/>
    <w:rsid w:val="00B7530E"/>
    <w:rsid w:val="00B76893"/>
    <w:rsid w:val="00C97886"/>
    <w:rsid w:val="00CB0664"/>
    <w:rsid w:val="00CF35F9"/>
    <w:rsid w:val="00E5358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7"/>
    <o:shapelayout v:ext="edit">
      <o:idmap v:ext="edit" data="1"/>
    </o:shapelayout>
  </w:shapeDefaults>
  <w:decimalSymbol w:val=","/>
  <w:listSeparator w:val=";"/>
  <w14:docId w14:val="6041125D"/>
  <w14:defaultImageDpi w14:val="300"/>
  <w15:docId w15:val="{B2603B0B-67E9-4A0A-98CF-B3CFDB558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pc</cp:lastModifiedBy>
  <cp:revision>3</cp:revision>
  <dcterms:created xsi:type="dcterms:W3CDTF">2026-09-24T08:36:00Z</dcterms:created>
  <dcterms:modified xsi:type="dcterms:W3CDTF">2026-09-24T09:00:00Z</dcterms:modified>
  <cp:category/>
</cp:coreProperties>
</file>