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10204" w:type="dxa"/>
        <w:jc w:val="center"/>
        <w:tblLook w:val="04A0" w:firstRow="1" w:lastRow="0" w:firstColumn="1" w:lastColumn="0" w:noHBand="0" w:noVBand="1"/>
      </w:tblPr>
      <w:tblGrid>
        <w:gridCol w:w="1236"/>
        <w:gridCol w:w="6080"/>
        <w:gridCol w:w="1468"/>
        <w:gridCol w:w="1420"/>
      </w:tblGrid>
      <w:tr w:rsidR="00376980" w14:paraId="1EFAEEDB" w14:textId="77777777" w:rsidTr="00376980">
        <w:trPr>
          <w:trHeight w:val="274"/>
          <w:jc w:val="center"/>
        </w:trPr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18F3" w14:textId="4E6199D8" w:rsidR="00376980" w:rsidRDefault="00376980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tr-TR"/>
              </w:rPr>
              <w:drawing>
                <wp:inline distT="0" distB="0" distL="0" distR="0" wp14:anchorId="6A7DF843" wp14:editId="5F2FF89D">
                  <wp:extent cx="647700" cy="647700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C10BA" w14:textId="77777777" w:rsidR="00376980" w:rsidRDefault="00376980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T.C.</w:t>
            </w:r>
          </w:p>
          <w:p w14:paraId="756A5927" w14:textId="77777777" w:rsidR="00376980" w:rsidRDefault="00376980">
            <w:pPr>
              <w:pStyle w:val="stBilgi"/>
              <w:tabs>
                <w:tab w:val="left" w:pos="301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KASTAMONU ÜNİVERSİTESİ</w:t>
            </w:r>
          </w:p>
          <w:p w14:paraId="0BEB261B" w14:textId="77777777" w:rsidR="00376980" w:rsidRDefault="00376980">
            <w:pPr>
              <w:pStyle w:val="stBilgi"/>
              <w:jc w:val="center"/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TÜRKÇE ÖĞRETİMİ UYGULAMA VE ARAŞTIRMA</w:t>
            </w:r>
            <w:r>
              <w:rPr>
                <w:rFonts w:ascii="Times New Roman" w:hAnsi="Times New Roman"/>
                <w:b/>
                <w:sz w:val="23"/>
              </w:rPr>
              <w:br/>
              <w:t>MERKEZİ MÜDÜRLÜĞÜ</w:t>
            </w:r>
          </w:p>
          <w:p w14:paraId="71BF4F32" w14:textId="32951674" w:rsidR="00376980" w:rsidRPr="00376980" w:rsidRDefault="00376980" w:rsidP="00376980">
            <w:pPr>
              <w:pStyle w:val="stBilgi"/>
              <w:jc w:val="center"/>
              <w:rPr>
                <w:b/>
                <w:bCs/>
                <w:sz w:val="23"/>
              </w:rPr>
            </w:pPr>
            <w:r w:rsidRPr="00376980">
              <w:rPr>
                <w:b/>
                <w:bCs/>
                <w:sz w:val="23"/>
              </w:rPr>
              <w:t>OKUMA SINAVI UYGULAMA İŞ AKIŞ SÜRECI</w:t>
            </w:r>
          </w:p>
          <w:p w14:paraId="3FE7DC27" w14:textId="77777777" w:rsidR="00376980" w:rsidRDefault="00376980" w:rsidP="00376980">
            <w:pPr>
              <w:pStyle w:val="stBilgi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A5F3" w14:textId="77777777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Doküman</w:t>
            </w:r>
            <w:proofErr w:type="spellEnd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36B1" w14:textId="46264470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KYS-İA-429</w:t>
            </w:r>
          </w:p>
        </w:tc>
      </w:tr>
      <w:tr w:rsidR="00376980" w14:paraId="0D565B6C" w14:textId="77777777" w:rsidTr="00376980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A1723" w14:textId="77777777" w:rsidR="00376980" w:rsidRDefault="003769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4971" w14:textId="77777777" w:rsidR="00376980" w:rsidRDefault="003769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68F1" w14:textId="5468D502" w:rsidR="00376980" w:rsidRPr="00376980" w:rsidRDefault="0093153C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İlk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Yayın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376980" w:rsidRPr="00376980">
              <w:rPr>
                <w:rFonts w:ascii="Times New Roman" w:hAnsi="Times New Roman" w:cs="Times New Roman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A6D0" w14:textId="77777777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24.09.2026</w:t>
            </w:r>
          </w:p>
        </w:tc>
      </w:tr>
      <w:tr w:rsidR="00376980" w14:paraId="3546C680" w14:textId="77777777" w:rsidTr="00376980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DFA41" w14:textId="77777777" w:rsidR="00376980" w:rsidRDefault="003769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560B" w14:textId="77777777" w:rsidR="00376980" w:rsidRDefault="003769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FDA4E" w14:textId="77777777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Revizyon</w:t>
            </w:r>
            <w:proofErr w:type="spellEnd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DB45" w14:textId="77777777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--</w:t>
            </w:r>
          </w:p>
        </w:tc>
      </w:tr>
      <w:tr w:rsidR="00376980" w14:paraId="4DE76871" w14:textId="77777777" w:rsidTr="00376980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9ED92" w14:textId="77777777" w:rsidR="00376980" w:rsidRDefault="003769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BE86A" w14:textId="77777777" w:rsidR="00376980" w:rsidRDefault="003769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CD0C" w14:textId="77777777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Revizyon</w:t>
            </w:r>
            <w:proofErr w:type="spellEnd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3B73" w14:textId="77777777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6980" w14:paraId="6D477E74" w14:textId="77777777" w:rsidTr="00376980">
        <w:trPr>
          <w:trHeight w:val="27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EA3B2" w14:textId="77777777" w:rsidR="00376980" w:rsidRDefault="003769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CC09" w14:textId="77777777" w:rsidR="00376980" w:rsidRDefault="003769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7673" w14:textId="77777777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Sayfa</w:t>
            </w:r>
            <w:proofErr w:type="spellEnd"/>
            <w:r w:rsidRPr="00376980"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D2F2" w14:textId="68662AF8" w:rsidR="00376980" w:rsidRPr="00376980" w:rsidRDefault="00376980">
            <w:pPr>
              <w:pStyle w:val="stBilgi"/>
              <w:tabs>
                <w:tab w:val="left" w:pos="301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376980">
              <w:rPr>
                <w:rFonts w:ascii="Times New Roman" w:hAnsi="Times New Roman" w:cs="Times New Roman"/>
                <w:sz w:val="18"/>
                <w:szCs w:val="18"/>
              </w:rPr>
              <w:t>/ 1</w:t>
            </w:r>
          </w:p>
        </w:tc>
      </w:tr>
    </w:tbl>
    <w:p w14:paraId="4E678D02" w14:textId="77777777" w:rsidR="00376980" w:rsidRDefault="00376980"/>
    <w:tbl>
      <w:tblPr>
        <w:tblStyle w:val="TabloKlavuzu"/>
        <w:tblW w:w="10791" w:type="dxa"/>
        <w:jc w:val="center"/>
        <w:tblLayout w:type="fixed"/>
        <w:tblLook w:val="04A0" w:firstRow="1" w:lastRow="0" w:firstColumn="1" w:lastColumn="0" w:noHBand="0" w:noVBand="1"/>
      </w:tblPr>
      <w:tblGrid>
        <w:gridCol w:w="6533"/>
        <w:gridCol w:w="1755"/>
        <w:gridCol w:w="2503"/>
      </w:tblGrid>
      <w:tr w:rsidR="004350E9" w14:paraId="1682DBEF" w14:textId="77777777" w:rsidTr="000B6FB7">
        <w:trPr>
          <w:trHeight w:hRule="exact" w:val="513"/>
          <w:tblHeader/>
          <w:jc w:val="center"/>
        </w:trPr>
        <w:tc>
          <w:tcPr>
            <w:tcW w:w="6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2CCDC05" w14:textId="77777777" w:rsidR="004350E9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İŞ AKIŞI ADIMLARI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8217938" w14:textId="77777777" w:rsidR="004350E9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SORUMLU</w:t>
            </w:r>
          </w:p>
        </w:tc>
        <w:tc>
          <w:tcPr>
            <w:tcW w:w="2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734252C" w14:textId="77777777" w:rsidR="004350E9" w:rsidRDefault="00000000">
            <w:pPr>
              <w:jc w:val="center"/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İLGİLİ DOKÜMANLAR</w:t>
            </w:r>
          </w:p>
        </w:tc>
      </w:tr>
      <w:tr w:rsidR="004350E9" w14:paraId="0CC4DAF5" w14:textId="77777777" w:rsidTr="000B6FB7">
        <w:trPr>
          <w:trHeight w:hRule="exact" w:val="531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53C1639" w14:textId="53BFC1DC" w:rsidR="004350E9" w:rsidRDefault="000B6FB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3E25C9" wp14:editId="22080BEC">
                      <wp:simplePos x="0" y="0"/>
                      <wp:positionH relativeFrom="column">
                        <wp:posOffset>1992961</wp:posOffset>
                      </wp:positionH>
                      <wp:positionV relativeFrom="paragraph">
                        <wp:posOffset>242957</wp:posOffset>
                      </wp:positionV>
                      <wp:extent cx="0" cy="111318"/>
                      <wp:effectExtent l="95250" t="19050" r="57150" b="98425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31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4DF916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4" o:spid="_x0000_s1026" type="#_x0000_t32" style="position:absolute;margin-left:156.95pt;margin-top:19.15pt;width:0;height: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7FBF28E5">
                <v:oval id="_x0000_s1043" style="width:228.95pt;height:21.5pt;mso-left-percent:-10001;mso-top-percent:-10001;mso-position-horizontal:absolute;mso-position-horizontal-relative:char;mso-position-vertical:absolute;mso-position-vertical-relative:line;mso-left-percent:-10001;mso-top-percent:-10001" fillcolor="#a9c8e2" strokecolor="#5b9bd5" strokeweight="1pt">
                  <v:textbox style="mso-next-textbox:#_x0000_s1043" inset="3pt,1pt,3pt,1pt">
                    <w:txbxContent>
                      <w:p w14:paraId="21DC5D1C" w14:textId="77777777" w:rsidR="004350E9" w:rsidRPr="000542AD" w:rsidRDefault="00000000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Okuma </w:t>
                        </w:r>
                        <w:proofErr w:type="spellStart"/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Sınavı</w:t>
                        </w:r>
                        <w:proofErr w:type="spellEnd"/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Uygulama</w:t>
                        </w:r>
                        <w:proofErr w:type="spellEnd"/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İş</w:t>
                        </w:r>
                        <w:proofErr w:type="spellEnd"/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>Akış</w:t>
                        </w:r>
                        <w:proofErr w:type="spellEnd"/>
                        <w:r w:rsidRPr="000542AD">
                          <w:rPr>
                            <w:rFonts w:ascii="Times New Roman" w:hAnsi="Times New Roman"/>
                            <w:b/>
                            <w:bCs/>
                            <w:sz w:val="18"/>
                            <w:szCs w:val="18"/>
                          </w:rPr>
                          <w:t xml:space="preserve"> Süreci</w:t>
                        </w:r>
                      </w:p>
                    </w:txbxContent>
                  </v:textbox>
                </v:oval>
              </w:pict>
            </w:r>
          </w:p>
          <w:p w14:paraId="5D2D5D99" w14:textId="61E7B3C6" w:rsidR="004350E9" w:rsidRDefault="004350E9">
            <w:pPr>
              <w:spacing w:line="180" w:lineRule="auto"/>
              <w:jc w:val="center"/>
            </w:pP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06CAF11" w14:textId="77777777" w:rsidR="004350E9" w:rsidRDefault="004350E9"/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484FC03" w14:textId="77777777" w:rsidR="004350E9" w:rsidRDefault="004350E9"/>
        </w:tc>
      </w:tr>
      <w:tr w:rsidR="004350E9" w14:paraId="41749FD1" w14:textId="77777777" w:rsidTr="000B6FB7">
        <w:trPr>
          <w:trHeight w:hRule="exact" w:val="568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71090A3" w14:textId="60340DDC" w:rsidR="004350E9" w:rsidRDefault="000B6FB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048CDC" wp14:editId="4EB6D2C1">
                      <wp:simplePos x="0" y="0"/>
                      <wp:positionH relativeFrom="column">
                        <wp:posOffset>1961156</wp:posOffset>
                      </wp:positionH>
                      <wp:positionV relativeFrom="paragraph">
                        <wp:posOffset>285888</wp:posOffset>
                      </wp:positionV>
                      <wp:extent cx="0" cy="103367"/>
                      <wp:effectExtent l="95250" t="19050" r="76200" b="87630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336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A1525A" id="Düz Ok Bağlayıcısı 5" o:spid="_x0000_s1026" type="#_x0000_t32" style="position:absolute;margin-left:154.4pt;margin-top:22.5pt;width:0;height:8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44DA217E">
                <v:roundrect id="_x0000_s1042" style="width:310pt;height:22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2" inset="3pt,1pt,3pt,1pt">
                    <w:txbxContent>
                      <w:p w14:paraId="1FCEDB9F" w14:textId="77777777" w:rsidR="004350E9" w:rsidRPr="001E3D9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Öğrenciler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sınav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saatinden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önce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gözetmen tarafından sınav salonuna alınır.</w:t>
                        </w:r>
                      </w:p>
                    </w:txbxContent>
                  </v:textbox>
                </v:roundrect>
              </w:pict>
            </w:r>
          </w:p>
          <w:p w14:paraId="5189C0CA" w14:textId="10E89936" w:rsidR="004350E9" w:rsidRDefault="004350E9">
            <w:pPr>
              <w:spacing w:line="180" w:lineRule="auto"/>
              <w:jc w:val="center"/>
            </w:pP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CB5DDBA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807E1F7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Sınav salonu öğrenci listesi</w:t>
            </w:r>
          </w:p>
        </w:tc>
      </w:tr>
      <w:tr w:rsidR="004350E9" w14:paraId="050491A0" w14:textId="77777777" w:rsidTr="000B6FB7">
        <w:trPr>
          <w:trHeight w:hRule="exact" w:val="568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223DBA9" w14:textId="77777777" w:rsidR="004350E9" w:rsidRDefault="00000000">
            <w:pPr>
              <w:jc w:val="center"/>
            </w:pPr>
            <w:r>
              <w:pict w14:anchorId="64EB86BF">
                <v:roundrect id="_x0000_s1041" style="width:310pt;height:22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1" inset="3pt,1pt,3pt,1pt">
                    <w:txbxContent>
                      <w:p w14:paraId="7A4FCA63" w14:textId="77777777" w:rsidR="004350E9" w:rsidRPr="001E3D9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Gözetmen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sınav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imza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listesine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göre oturma düzenini sağlar.</w:t>
                        </w:r>
                      </w:p>
                    </w:txbxContent>
                  </v:textbox>
                </v:roundrect>
              </w:pict>
            </w:r>
          </w:p>
          <w:p w14:paraId="24AEA7DB" w14:textId="464A5DC5" w:rsidR="004350E9" w:rsidRDefault="004350E9">
            <w:pPr>
              <w:spacing w:line="180" w:lineRule="auto"/>
              <w:jc w:val="center"/>
            </w:pP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B6A3EA5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5F221BA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Sınav imza listesi</w:t>
            </w:r>
          </w:p>
        </w:tc>
      </w:tr>
      <w:tr w:rsidR="004350E9" w14:paraId="40E99D26" w14:textId="77777777" w:rsidTr="000B6FB7">
        <w:trPr>
          <w:trHeight w:hRule="exact" w:val="568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B534B51" w14:textId="57473C52" w:rsidR="004350E9" w:rsidRDefault="002129A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E1F578" wp14:editId="24176BC3">
                      <wp:simplePos x="0" y="0"/>
                      <wp:positionH relativeFrom="column">
                        <wp:posOffset>2008864</wp:posOffset>
                      </wp:positionH>
                      <wp:positionV relativeFrom="paragraph">
                        <wp:posOffset>340664</wp:posOffset>
                      </wp:positionV>
                      <wp:extent cx="0" cy="71561"/>
                      <wp:effectExtent l="95250" t="19050" r="95250" b="100330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56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23CB82" id="Düz Ok Bağlayıcısı 6" o:spid="_x0000_s1026" type="#_x0000_t32" style="position:absolute;margin-left:158.2pt;margin-top:26.8pt;width:0;height:5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3E187E27">
                <v:roundrect id="_x0000_s1040" style="width:310pt;height:25.7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40" inset="3pt,1pt,3pt,1pt">
                    <w:txbxContent>
                      <w:p w14:paraId="3D9331BE" w14:textId="77777777" w:rsidR="004350E9" w:rsidRPr="001E3D9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Öğrencilerin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sınav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salonuna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getirmesi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yasak olan eşyaları (cep telefonu, ders notu vb.) gözetmen masasına bırakmaları sağlanır.</w:t>
                        </w:r>
                      </w:p>
                    </w:txbxContent>
                  </v:textbox>
                </v:roundrect>
              </w:pict>
            </w:r>
          </w:p>
          <w:p w14:paraId="657D31FF" w14:textId="77777777" w:rsidR="004350E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EF40019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1B4673E" w14:textId="77777777" w:rsidR="004350E9" w:rsidRPr="001E3D92" w:rsidRDefault="004350E9">
            <w:pPr>
              <w:rPr>
                <w:sz w:val="18"/>
                <w:szCs w:val="18"/>
              </w:rPr>
            </w:pPr>
          </w:p>
        </w:tc>
      </w:tr>
      <w:tr w:rsidR="004350E9" w14:paraId="129410F7" w14:textId="77777777" w:rsidTr="000B6FB7">
        <w:trPr>
          <w:trHeight w:hRule="exact" w:val="568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D3E9CA9" w14:textId="77777777" w:rsidR="004350E9" w:rsidRDefault="00000000">
            <w:pPr>
              <w:jc w:val="center"/>
            </w:pPr>
            <w:r>
              <w:pict w14:anchorId="0C659A5B">
                <v:roundrect id="_x0000_s1039" style="width:310pt;height:22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39" inset="3pt,1pt,3pt,1pt">
                    <w:txbxContent>
                      <w:p w14:paraId="2FCD3F6E" w14:textId="77777777" w:rsidR="004350E9" w:rsidRPr="001E3D9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Öğrencilerin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pasaport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veya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kimlik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belgeleri kontrol edilir.</w:t>
                        </w:r>
                      </w:p>
                    </w:txbxContent>
                  </v:textbox>
                </v:roundrect>
              </w:pict>
            </w:r>
          </w:p>
          <w:p w14:paraId="460CE1C6" w14:textId="675B3B5E" w:rsidR="004350E9" w:rsidRDefault="002129A2">
            <w:pPr>
              <w:spacing w:line="180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01855A" wp14:editId="0BE2E4AF">
                      <wp:simplePos x="0" y="0"/>
                      <wp:positionH relativeFrom="column">
                        <wp:posOffset>1992796</wp:posOffset>
                      </wp:positionH>
                      <wp:positionV relativeFrom="paragraph">
                        <wp:posOffset>9166</wp:posOffset>
                      </wp:positionV>
                      <wp:extent cx="0" cy="87464"/>
                      <wp:effectExtent l="95250" t="19050" r="76200" b="8445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46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2213B4" id="Düz Ok Bağlayıcısı 7" o:spid="_x0000_s1026" type="#_x0000_t32" style="position:absolute;margin-left:156.9pt;margin-top:.7pt;width:0;height:6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73E55B9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D6B9085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Pasaport / kimlik belgesi</w:t>
            </w:r>
          </w:p>
        </w:tc>
      </w:tr>
      <w:tr w:rsidR="004350E9" w14:paraId="3F0A9B18" w14:textId="77777777" w:rsidTr="000B6FB7">
        <w:trPr>
          <w:trHeight w:hRule="exact" w:val="592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55B949E" w14:textId="3BA6E821" w:rsidR="004350E9" w:rsidRDefault="002129A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240B5D" wp14:editId="03775F2D">
                      <wp:simplePos x="0" y="0"/>
                      <wp:positionH relativeFrom="column">
                        <wp:posOffset>1960990</wp:posOffset>
                      </wp:positionH>
                      <wp:positionV relativeFrom="paragraph">
                        <wp:posOffset>347732</wp:posOffset>
                      </wp:positionV>
                      <wp:extent cx="0" cy="71561"/>
                      <wp:effectExtent l="95250" t="19050" r="95250" b="100330"/>
                      <wp:wrapNone/>
                      <wp:docPr id="8" name="Düz Ok Bağlayıcıs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56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FA0D0D" id="Düz Ok Bağlayıcısı 8" o:spid="_x0000_s1026" type="#_x0000_t32" style="position:absolute;margin-left:154.4pt;margin-top:27.4pt;width:0;height:5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00140B46">
                <v:roundrect id="_x0000_s1038" style="width:309.6pt;height:26.7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38" inset="3pt,1pt,3pt,1pt">
                    <w:txbxContent>
                      <w:p w14:paraId="5EC4D188" w14:textId="77777777" w:rsidR="004350E9" w:rsidRPr="001E3D92" w:rsidRDefault="00000000" w:rsidP="000B6FB7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Optik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cevap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formları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öğrencilere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dağıtılır; formların doldurulması ve kodlanması sağlanır.</w:t>
                        </w:r>
                      </w:p>
                    </w:txbxContent>
                  </v:textbox>
                </v:roundrect>
              </w:pict>
            </w:r>
          </w:p>
          <w:p w14:paraId="356156C7" w14:textId="77777777" w:rsidR="004350E9" w:rsidRDefault="00000000">
            <w:pPr>
              <w:spacing w:line="180" w:lineRule="auto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↓</w:t>
            </w: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24AE0EA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DA35BEE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Optik cevap formu</w:t>
            </w:r>
          </w:p>
        </w:tc>
      </w:tr>
      <w:tr w:rsidR="004350E9" w14:paraId="13340D90" w14:textId="77777777" w:rsidTr="000B6FB7">
        <w:trPr>
          <w:trHeight w:hRule="exact" w:val="568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4ECB533" w14:textId="7DB737EF" w:rsidR="004350E9" w:rsidRDefault="002129A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8E9BF36" wp14:editId="393633B9">
                      <wp:simplePos x="0" y="0"/>
                      <wp:positionH relativeFrom="column">
                        <wp:posOffset>1333003</wp:posOffset>
                      </wp:positionH>
                      <wp:positionV relativeFrom="paragraph">
                        <wp:posOffset>288318</wp:posOffset>
                      </wp:positionV>
                      <wp:extent cx="198783" cy="111318"/>
                      <wp:effectExtent l="38100" t="19050" r="86995" b="98425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3" cy="11131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C4540F" id="Düz Ok Bağlayıcısı 10" o:spid="_x0000_s1026" type="#_x0000_t32" style="position:absolute;margin-left:104.95pt;margin-top:22.7pt;width:15.65pt;height: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00000">
              <w:pict w14:anchorId="7577DEDD">
                <v:roundrect id="_x0000_s1037" style="width:310pt;height:22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<v:textbox style="mso-next-textbox:#_x0000_s1037" inset="3pt,1pt,3pt,1pt">
                    <w:txbxContent>
                      <w:p w14:paraId="0F321759" w14:textId="77777777" w:rsidR="004350E9" w:rsidRPr="001E3D9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Öğrencilerin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sınav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imza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listesine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imza atmaları sağlanır.</w:t>
                        </w:r>
                      </w:p>
                    </w:txbxContent>
                  </v:textbox>
                </v:roundrect>
              </w:pict>
            </w:r>
          </w:p>
          <w:p w14:paraId="57F011F5" w14:textId="4C18E57C" w:rsidR="004350E9" w:rsidRDefault="002129A2" w:rsidP="002129A2">
            <w:pPr>
              <w:spacing w:line="18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28AD98" wp14:editId="7612D23C">
                      <wp:simplePos x="0" y="0"/>
                      <wp:positionH relativeFrom="column">
                        <wp:posOffset>2684725</wp:posOffset>
                      </wp:positionH>
                      <wp:positionV relativeFrom="paragraph">
                        <wp:posOffset>8945</wp:posOffset>
                      </wp:positionV>
                      <wp:extent cx="135172" cy="143124"/>
                      <wp:effectExtent l="57150" t="19050" r="55880" b="85725"/>
                      <wp:wrapNone/>
                      <wp:docPr id="9" name="Düz Ok Bağlayıcısı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5172" cy="14312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2C01E6" id="Düz Ok Bağlayıcısı 9" o:spid="_x0000_s1026" type="#_x0000_t32" style="position:absolute;margin-left:211.4pt;margin-top:.7pt;width:10.65pt;height:11.2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FEDD931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2B209F0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Sınav imza listesi</w:t>
            </w:r>
          </w:p>
        </w:tc>
      </w:tr>
      <w:tr w:rsidR="004350E9" w14:paraId="2F5FF535" w14:textId="77777777" w:rsidTr="000B6FB7">
        <w:trPr>
          <w:trHeight w:hRule="exact" w:val="876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EF90AD4" w14:textId="0643B5BA" w:rsidR="004350E9" w:rsidRDefault="00000000">
            <w:pPr>
              <w:jc w:val="center"/>
            </w:pPr>
            <w:r>
              <w:pict w14:anchorId="2F24037C">
                <v:shape id="_x0000_s1036" style="width:200.45pt;height:29.4pt;mso-left-percent:-10001;mso-top-percent:-10001;mso-position-horizontal:absolute;mso-position-horizontal-relative:char;mso-position-vertical:absolute;mso-position-vertical-relative:line;mso-left-percent:-10001;mso-top-percent:-10001" coordsize="21600,21600" o:spt="100" adj="0,,0" path="m10800,l21600,10800,10800,21600,,10800xe" fillcolor="#a9c8e2" strokecolor="#5b9bd5" strokeweight="1pt">
                  <v:stroke joinstyle="round"/>
                  <v:formulas/>
                  <v:path o:connecttype="segments"/>
                  <v:textbox style="mso-next-textbox:#_x0000_s1036" inset="3pt,1pt,3pt,1pt">
                    <w:txbxContent>
                      <w:p w14:paraId="2B20D617" w14:textId="2C50E7B1" w:rsidR="001E3D92" w:rsidRPr="001E3D92" w:rsidRDefault="00000000" w:rsidP="001E3D9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Başkasının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yerine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sınava</w:t>
                        </w:r>
                        <w:proofErr w:type="spellEnd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giren</w:t>
                        </w:r>
                        <w:proofErr w:type="spellEnd"/>
                      </w:p>
                      <w:p w14:paraId="65DB4D20" w14:textId="032B31C4" w:rsidR="004350E9" w:rsidRPr="001E3D92" w:rsidRDefault="0000000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1E3D92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öğrenci tespit edildi mi?</w:t>
                        </w:r>
                      </w:p>
                    </w:txbxContent>
                  </v:textbox>
                </v:shape>
              </w:pict>
            </w:r>
          </w:p>
          <w:p w14:paraId="432145BA" w14:textId="14E544BE" w:rsidR="004350E9" w:rsidRDefault="001E3D92">
            <w:pPr>
              <w:spacing w:line="180" w:lineRule="auto"/>
              <w:jc w:val="center"/>
            </w:pPr>
            <w:r w:rsidRPr="001E3D92">
              <w:rPr>
                <w:rFonts w:ascii="Times New Roman" w:hAnsi="Times New Roman"/>
                <w:b/>
                <w:color w:val="008E55"/>
                <w:sz w:val="16"/>
                <w:szCs w:val="16"/>
              </w:rPr>
              <w:t>HAYIR</w:t>
            </w:r>
            <w:r>
              <w:rPr>
                <w:rFonts w:ascii="Times New Roman" w:hAnsi="Times New Roman"/>
                <w:b/>
                <w:color w:val="008E55"/>
                <w:sz w:val="14"/>
              </w:rPr>
              <w:t xml:space="preserve"> </w:t>
            </w:r>
            <w:r w:rsidRPr="001E3D92">
              <w:rPr>
                <w:rFonts w:ascii="Times New Roman" w:hAnsi="Times New Roman"/>
                <w:b/>
                <w:color w:val="008E55"/>
                <w:sz w:val="16"/>
                <w:szCs w:val="16"/>
              </w:rPr>
              <w:t>↓</w:t>
            </w:r>
            <w:r w:rsidRPr="001E3D9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14"/>
              </w:rPr>
              <w:t xml:space="preserve">                                    </w:t>
            </w:r>
            <w:r w:rsidRPr="001E3D92">
              <w:rPr>
                <w:rFonts w:ascii="Times New Roman" w:hAnsi="Times New Roman"/>
                <w:b/>
                <w:color w:val="E31B23"/>
                <w:sz w:val="16"/>
                <w:szCs w:val="16"/>
              </w:rPr>
              <w:t>EVET</w:t>
            </w:r>
            <w:r>
              <w:rPr>
                <w:rFonts w:ascii="Times New Roman" w:hAnsi="Times New Roman"/>
                <w:b/>
                <w:color w:val="E31B23"/>
                <w:sz w:val="14"/>
              </w:rPr>
              <w:t xml:space="preserve"> </w:t>
            </w:r>
            <w:r w:rsidRPr="001E3D92">
              <w:rPr>
                <w:rFonts w:ascii="Times New Roman" w:hAnsi="Times New Roman"/>
                <w:b/>
                <w:color w:val="E31B23"/>
                <w:sz w:val="16"/>
                <w:szCs w:val="16"/>
              </w:rPr>
              <w:t>↓</w:t>
            </w: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E7CBAD2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2180AB7" w14:textId="77777777" w:rsidR="004350E9" w:rsidRPr="001E3D92" w:rsidRDefault="004350E9">
            <w:pPr>
              <w:rPr>
                <w:sz w:val="18"/>
                <w:szCs w:val="18"/>
              </w:rPr>
            </w:pPr>
          </w:p>
        </w:tc>
      </w:tr>
      <w:tr w:rsidR="004350E9" w14:paraId="39AF3787" w14:textId="77777777" w:rsidTr="000B6FB7">
        <w:trPr>
          <w:trHeight w:hRule="exact" w:val="810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F4ECD38" w14:textId="77777777" w:rsidR="004350E9" w:rsidRDefault="004350E9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93"/>
              <w:gridCol w:w="2993"/>
            </w:tblGrid>
            <w:tr w:rsidR="004350E9" w14:paraId="757E72D1" w14:textId="77777777" w:rsidTr="000B6FB7">
              <w:trPr>
                <w:trHeight w:val="880"/>
                <w:jc w:val="center"/>
              </w:trPr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5D23A473" w14:textId="65740BDA" w:rsidR="004350E9" w:rsidRDefault="00000000">
                  <w:pPr>
                    <w:spacing w:after="0"/>
                    <w:jc w:val="center"/>
                  </w:pPr>
                  <w:r>
                    <w:pict w14:anchorId="77038048">
                      <v:roundrect id="_x0000_s1035" style="width:143.7pt;height:28.9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5" inset="3pt,1pt,3pt,1pt">
                          <w:txbxContent>
                            <w:p w14:paraId="56C950E3" w14:textId="7321FB5C" w:rsidR="001E3D92" w:rsidRDefault="00000000" w:rsidP="001E3D9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Okuma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sınavı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soru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kâğıtları</w:t>
                              </w:r>
                              <w:proofErr w:type="spellEnd"/>
                            </w:p>
                            <w:p w14:paraId="64ABFA47" w14:textId="0ECC82F9" w:rsidR="004350E9" w:rsidRPr="001E3D92" w:rsidRDefault="00000000" w:rsidP="001E3D92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öğrencilere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dağıtılır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3B68B814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3B6AAB1C" w14:textId="77777777" w:rsidR="004350E9" w:rsidRDefault="00000000">
                  <w:pPr>
                    <w:spacing w:after="0"/>
                    <w:jc w:val="center"/>
                  </w:pPr>
                  <w:r>
                    <w:pict w14:anchorId="7DECCBED">
                      <v:roundrect id="_x0000_s1034" style="width:145pt;height:27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4" inset="3pt,1pt,3pt,1pt">
                          <w:txbxContent>
                            <w:p w14:paraId="7AD1691F" w14:textId="77777777" w:rsidR="004350E9" w:rsidRPr="001E3D92" w:rsidRDefault="0000000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Öğrenci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hakkında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tutanak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tutulur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063334D5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</w:tr>
          </w:tbl>
          <w:p w14:paraId="0F07B8E9" w14:textId="77777777" w:rsidR="004350E9" w:rsidRDefault="004350E9"/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64D7539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496D67C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Okuma sınavı soru kâğıtları / Sınav tutanağı</w:t>
            </w:r>
          </w:p>
        </w:tc>
      </w:tr>
      <w:tr w:rsidR="004350E9" w14:paraId="775B8BD0" w14:textId="77777777" w:rsidTr="000B6FB7">
        <w:trPr>
          <w:trHeight w:hRule="exact" w:val="773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1F1FFC7" w14:textId="21E36AFE" w:rsidR="004350E9" w:rsidRDefault="002129A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C8C5842" wp14:editId="38E63811">
                      <wp:simplePos x="0" y="0"/>
                      <wp:positionH relativeFrom="column">
                        <wp:posOffset>2986874</wp:posOffset>
                      </wp:positionH>
                      <wp:positionV relativeFrom="paragraph">
                        <wp:posOffset>-10574</wp:posOffset>
                      </wp:positionV>
                      <wp:extent cx="7952" cy="154029"/>
                      <wp:effectExtent l="76200" t="19050" r="68580" b="93980"/>
                      <wp:wrapNone/>
                      <wp:docPr id="12" name="Düz Ok Bağlayıcısı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52" cy="15402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B8F979" id="Düz Ok Bağlayıcısı 12" o:spid="_x0000_s1026" type="#_x0000_t32" style="position:absolute;margin-left:235.2pt;margin-top:-.85pt;width:.65pt;height:12.1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81D409" wp14:editId="6AE5EA70">
                      <wp:simplePos x="0" y="0"/>
                      <wp:positionH relativeFrom="column">
                        <wp:posOffset>1070610</wp:posOffset>
                      </wp:positionH>
                      <wp:positionV relativeFrom="paragraph">
                        <wp:posOffset>29182</wp:posOffset>
                      </wp:positionV>
                      <wp:extent cx="0" cy="111319"/>
                      <wp:effectExtent l="95250" t="19050" r="57150" b="98425"/>
                      <wp:wrapNone/>
                      <wp:docPr id="11" name="Düz Ok Bağlayıcıs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3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061A81" id="Düz Ok Bağlayıcısı 11" o:spid="_x0000_s1026" type="#_x0000_t32" style="position:absolute;margin-left:84.3pt;margin-top:2.3pt;width:0;height:8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93"/>
              <w:gridCol w:w="2993"/>
            </w:tblGrid>
            <w:tr w:rsidR="004350E9" w14:paraId="1DD87059" w14:textId="77777777" w:rsidTr="000B6FB7">
              <w:trPr>
                <w:trHeight w:val="827"/>
                <w:jc w:val="center"/>
              </w:trPr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BEE1E95" w14:textId="77777777" w:rsidR="004350E9" w:rsidRDefault="00000000">
                  <w:pPr>
                    <w:spacing w:after="0"/>
                    <w:jc w:val="center"/>
                  </w:pPr>
                  <w:r>
                    <w:pict w14:anchorId="55DB4A21">
                      <v:roundrect id="_x0000_s1033" style="width:145pt;height:27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3" inset="3pt,1pt,3pt,1pt">
                          <w:txbxContent>
                            <w:p w14:paraId="6B97AFC6" w14:textId="77777777" w:rsidR="004350E9" w:rsidRPr="001E3D92" w:rsidRDefault="0000000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Sınav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başlatılır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4917F0D4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367EBF6C" w14:textId="5BCC38AF" w:rsidR="004350E9" w:rsidRDefault="00000000">
                  <w:pPr>
                    <w:spacing w:after="0"/>
                    <w:jc w:val="center"/>
                  </w:pPr>
                  <w:r>
                    <w:pict w14:anchorId="1A7793DC">
                      <v:roundrect id="_x0000_s1032" style="width:146.25pt;height:26.3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2" inset="3pt,1pt,3pt,1pt">
                          <w:txbxContent>
                            <w:p w14:paraId="7A806A5A" w14:textId="6F20E2AB" w:rsidR="001E3D92" w:rsidRPr="001E3D92" w:rsidRDefault="00000000" w:rsidP="001E3D9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Tutanağın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bir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örneği</w:t>
                              </w:r>
                              <w:proofErr w:type="spellEnd"/>
                              <w:r w:rsidRP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TÖ</w:t>
                              </w:r>
                              <w:r w:rsid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MER </w:t>
                              </w:r>
                              <w:proofErr w:type="spellStart"/>
                              <w:r w:rsid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Müdürlüğüne</w:t>
                              </w:r>
                              <w:proofErr w:type="spellEnd"/>
                              <w:r w:rsid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teslim</w:t>
                              </w:r>
                              <w:proofErr w:type="spellEnd"/>
                              <w:r w:rsid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edilir</w:t>
                              </w:r>
                              <w:proofErr w:type="spellEnd"/>
                              <w:r w:rsidR="001E3D92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378253DF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</w:tr>
          </w:tbl>
          <w:p w14:paraId="135AD41C" w14:textId="77777777" w:rsidR="004350E9" w:rsidRDefault="004350E9"/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E87FE7B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623A7306" w14:textId="77777777" w:rsidR="004350E9" w:rsidRPr="001E3D92" w:rsidRDefault="004350E9">
            <w:pPr>
              <w:rPr>
                <w:sz w:val="18"/>
                <w:szCs w:val="18"/>
              </w:rPr>
            </w:pPr>
          </w:p>
        </w:tc>
      </w:tr>
      <w:tr w:rsidR="004350E9" w14:paraId="6DDF76E0" w14:textId="77777777" w:rsidTr="000B6FB7">
        <w:trPr>
          <w:trHeight w:hRule="exact" w:val="773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E0F9437" w14:textId="71176175" w:rsidR="004350E9" w:rsidRDefault="002129A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02C8C8" wp14:editId="74478BE9">
                      <wp:simplePos x="0" y="0"/>
                      <wp:positionH relativeFrom="column">
                        <wp:posOffset>2983561</wp:posOffset>
                      </wp:positionH>
                      <wp:positionV relativeFrom="paragraph">
                        <wp:posOffset>-2043</wp:posOffset>
                      </wp:positionV>
                      <wp:extent cx="0" cy="143123"/>
                      <wp:effectExtent l="95250" t="19050" r="76200" b="85725"/>
                      <wp:wrapNone/>
                      <wp:docPr id="14" name="Düz Ok Bağlayıcısı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312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FDC481" id="Düz Ok Bağlayıcısı 14" o:spid="_x0000_s1026" type="#_x0000_t32" style="position:absolute;margin-left:234.95pt;margin-top:-.15pt;width:0;height:1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35D64AF" wp14:editId="5C05116C">
                      <wp:simplePos x="0" y="0"/>
                      <wp:positionH relativeFrom="column">
                        <wp:posOffset>1038805</wp:posOffset>
                      </wp:positionH>
                      <wp:positionV relativeFrom="paragraph">
                        <wp:posOffset>13860</wp:posOffset>
                      </wp:positionV>
                      <wp:extent cx="0" cy="135172"/>
                      <wp:effectExtent l="95250" t="19050" r="76200" b="93980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517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7B8EF3" id="Düz Ok Bağlayıcısı 13" o:spid="_x0000_s1026" type="#_x0000_t32" style="position:absolute;margin-left:81.8pt;margin-top:1.1pt;width:0;height:10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93"/>
              <w:gridCol w:w="2993"/>
            </w:tblGrid>
            <w:tr w:rsidR="004350E9" w14:paraId="2582005C" w14:textId="77777777" w:rsidTr="000B6FB7">
              <w:trPr>
                <w:trHeight w:val="827"/>
                <w:jc w:val="center"/>
              </w:trPr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6B5B9F5" w14:textId="77777777" w:rsidR="004350E9" w:rsidRDefault="00000000">
                  <w:pPr>
                    <w:spacing w:after="0"/>
                    <w:jc w:val="center"/>
                  </w:pPr>
                  <w:r>
                    <w:pict w14:anchorId="00A96BC5">
                      <v:roundrect id="_x0000_s1031" style="width:145pt;height:27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1" inset="3pt,1pt,3pt,1pt">
                          <w:txbxContent>
                            <w:p w14:paraId="4C320C64" w14:textId="77777777" w:rsidR="004350E9" w:rsidRPr="000B6FB7" w:rsidRDefault="00000000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Sınav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bitirilir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04AB936C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4543382D" w14:textId="439FAC2C" w:rsidR="004350E9" w:rsidRDefault="00000000">
                  <w:pPr>
                    <w:spacing w:after="0"/>
                    <w:jc w:val="center"/>
                  </w:pPr>
                  <w:r>
                    <w:pict w14:anchorId="2D5A9E99">
                      <v:roundrect id="_x0000_s1030" style="width:150.65pt;height:36.55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30" inset="3pt,1pt,3pt,1pt">
                          <w:txbxContent>
                            <w:p w14:paraId="50382C00" w14:textId="77777777" w:rsidR="004350E9" w:rsidRPr="000B6FB7" w:rsidRDefault="00000000" w:rsidP="000B6FB7">
                              <w:pPr>
                                <w:spacing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Tutanak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öğrencinin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bağlı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olduğu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fakülte veya MYO’ya resmî yazı ile gönderilir.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3ECEFB0D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</w:tr>
          </w:tbl>
          <w:p w14:paraId="07548CB6" w14:textId="77777777" w:rsidR="004350E9" w:rsidRDefault="004350E9"/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51A6D9F0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903B265" w14:textId="77777777" w:rsidR="004350E9" w:rsidRPr="001E3D92" w:rsidRDefault="004350E9">
            <w:pPr>
              <w:rPr>
                <w:sz w:val="18"/>
                <w:szCs w:val="18"/>
              </w:rPr>
            </w:pPr>
          </w:p>
        </w:tc>
      </w:tr>
      <w:tr w:rsidR="004350E9" w14:paraId="1E5A5C4F" w14:textId="77777777" w:rsidTr="000B6FB7">
        <w:trPr>
          <w:trHeight w:hRule="exact" w:val="857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0E05355" w14:textId="324168FD" w:rsidR="004350E9" w:rsidRDefault="002129A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265890E" wp14:editId="02B8585F">
                      <wp:simplePos x="0" y="0"/>
                      <wp:positionH relativeFrom="column">
                        <wp:posOffset>3010728</wp:posOffset>
                      </wp:positionH>
                      <wp:positionV relativeFrom="paragraph">
                        <wp:posOffset>125758</wp:posOffset>
                      </wp:positionV>
                      <wp:extent cx="0" cy="87464"/>
                      <wp:effectExtent l="95250" t="19050" r="76200" b="84455"/>
                      <wp:wrapNone/>
                      <wp:docPr id="16" name="Düz Ok Bağlayıcısı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46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A2BB85" id="Düz Ok Bağlayıcısı 16" o:spid="_x0000_s1026" type="#_x0000_t32" style="position:absolute;margin-left:237.05pt;margin-top:9.9pt;width:0;height: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E3426C8" wp14:editId="469787AB">
                      <wp:simplePos x="0" y="0"/>
                      <wp:positionH relativeFrom="column">
                        <wp:posOffset>1038639</wp:posOffset>
                      </wp:positionH>
                      <wp:positionV relativeFrom="paragraph">
                        <wp:posOffset>6488</wp:posOffset>
                      </wp:positionV>
                      <wp:extent cx="0" cy="135172"/>
                      <wp:effectExtent l="95250" t="19050" r="76200" b="93980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517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DDD18D" id="Düz Ok Bağlayıcısı 15" o:spid="_x0000_s1026" type="#_x0000_t32" style="position:absolute;margin-left:81.8pt;margin-top:.5pt;width:0;height:10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93"/>
              <w:gridCol w:w="2993"/>
            </w:tblGrid>
            <w:tr w:rsidR="004350E9" w14:paraId="48551808" w14:textId="77777777" w:rsidTr="000B6FB7">
              <w:trPr>
                <w:trHeight w:val="906"/>
                <w:jc w:val="center"/>
              </w:trPr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28E9A358" w14:textId="39668936" w:rsidR="004350E9" w:rsidRDefault="00000000">
                  <w:pPr>
                    <w:spacing w:after="0"/>
                    <w:jc w:val="center"/>
                  </w:pPr>
                  <w:r>
                    <w:pict w14:anchorId="2C1352AA">
                      <v:roundrect id="_x0000_s1029" style="width:143.7pt;height:31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29" inset="3pt,1pt,3pt,1pt">
                          <w:txbxContent>
                            <w:p w14:paraId="1F25F078" w14:textId="15EC562E" w:rsidR="004350E9" w:rsidRPr="000B6FB7" w:rsidRDefault="00000000" w:rsidP="000B6FB7">
                              <w:pPr>
                                <w:spacing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Gözetmen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topladığı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sınav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evrakını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eksiksiz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biçimde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sınav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zarfın</w:t>
                              </w:r>
                              <w:r w:rsid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spellEnd"/>
                              <w:r w:rsid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koyar</w:t>
                              </w:r>
                              <w:proofErr w:type="spellEnd"/>
                              <w:r w:rsid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262C3B0A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09E1C0D5" w14:textId="77777777" w:rsidR="004350E9" w:rsidRDefault="00000000">
                  <w:pPr>
                    <w:spacing w:after="0"/>
                    <w:jc w:val="center"/>
                  </w:pPr>
                  <w:r>
                    <w:pict w14:anchorId="34EF0A11">
                      <v:roundrect id="_x0000_s1028" style="width:145pt;height:31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28" inset="3pt,1pt,3pt,1pt">
                          <w:txbxContent>
                            <w:p w14:paraId="0E4497E2" w14:textId="77777777" w:rsidR="004350E9" w:rsidRPr="000B6FB7" w:rsidRDefault="00000000" w:rsidP="000B6FB7">
                              <w:pPr>
                                <w:spacing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İlgili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fakülte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veya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MYO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öğrenciyle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ilgili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disiplin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işlemini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gerçekleştirir.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34AF68D2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</w:tr>
          </w:tbl>
          <w:p w14:paraId="0387B949" w14:textId="77777777" w:rsidR="004350E9" w:rsidRDefault="004350E9"/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8DBD8D9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751AC090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Sınav zarfı ve sınav evrakı / Resmî yazı</w:t>
            </w:r>
          </w:p>
        </w:tc>
      </w:tr>
      <w:tr w:rsidR="004350E9" w14:paraId="34BBF05F" w14:textId="77777777" w:rsidTr="000B6FB7">
        <w:trPr>
          <w:trHeight w:hRule="exact" w:val="857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0B941041" w14:textId="3B8066B4" w:rsidR="004350E9" w:rsidRDefault="002129A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7F0E833" wp14:editId="314B7617">
                      <wp:simplePos x="0" y="0"/>
                      <wp:positionH relativeFrom="column">
                        <wp:posOffset>3106144</wp:posOffset>
                      </wp:positionH>
                      <wp:positionV relativeFrom="paragraph">
                        <wp:posOffset>25290</wp:posOffset>
                      </wp:positionV>
                      <wp:extent cx="198783" cy="453224"/>
                      <wp:effectExtent l="57150" t="19050" r="67945" b="99695"/>
                      <wp:wrapNone/>
                      <wp:docPr id="18" name="Düz Ok Bağlayıcısı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8783" cy="45322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35B90B" id="Düz Ok Bağlayıcısı 18" o:spid="_x0000_s1026" type="#_x0000_t32" style="position:absolute;margin-left:244.6pt;margin-top:2pt;width:15.65pt;height:35.7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6815775" wp14:editId="07026FBF">
                      <wp:simplePos x="0" y="0"/>
                      <wp:positionH relativeFrom="column">
                        <wp:posOffset>1038639</wp:posOffset>
                      </wp:positionH>
                      <wp:positionV relativeFrom="paragraph">
                        <wp:posOffset>9387</wp:posOffset>
                      </wp:positionV>
                      <wp:extent cx="0" cy="174929"/>
                      <wp:effectExtent l="95250" t="19050" r="76200" b="9207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492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FD8FBD" id="Düz Ok Bağlayıcısı 17" o:spid="_x0000_s1026" type="#_x0000_t32" style="position:absolute;margin-left:81.8pt;margin-top:.75pt;width:0;height:13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993"/>
              <w:gridCol w:w="2993"/>
            </w:tblGrid>
            <w:tr w:rsidR="004350E9" w14:paraId="32F128D9" w14:textId="77777777" w:rsidTr="000B6FB7">
              <w:trPr>
                <w:trHeight w:val="1054"/>
                <w:jc w:val="center"/>
              </w:trPr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4A404104" w14:textId="43A992DE" w:rsidR="004350E9" w:rsidRDefault="002129A2">
                  <w:pPr>
                    <w:spacing w:after="0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5B7434C6" wp14:editId="791A1961">
                            <wp:simplePos x="0" y="0"/>
                            <wp:positionH relativeFrom="column">
                              <wp:posOffset>1794123</wp:posOffset>
                            </wp:positionH>
                            <wp:positionV relativeFrom="paragraph">
                              <wp:posOffset>227220</wp:posOffset>
                            </wp:positionV>
                            <wp:extent cx="278296" cy="143123"/>
                            <wp:effectExtent l="38100" t="19050" r="83820" b="104775"/>
                            <wp:wrapNone/>
                            <wp:docPr id="19" name="Düz Ok Bağlayıcısı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78296" cy="143123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1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60E752EF" id="Düz Ok Bağlayıcısı 19" o:spid="_x0000_s1026" type="#_x0000_t32" style="position:absolute;margin-left:141.25pt;margin-top:17.9pt;width:21.9pt;height:11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" strokecolor="#4f81bd [3204]" strokeweight="2pt">
                            <v:stroke endarrow="block"/>
                            <v:shadow on="t" color="black" opacity="24903f" origin=",.5" offset="0,.55556mm"/>
                          </v:shape>
                        </w:pict>
                      </mc:Fallback>
                    </mc:AlternateContent>
                  </w:r>
                  <w:r w:rsidR="00000000">
                    <w:pict w14:anchorId="35EEF4C0">
                      <v:roundrect id="_x0000_s1027" style="width:140pt;height:36.6pt;mso-left-percent:-10001;mso-top-percent:-10001;mso-position-horizontal:absolute;mso-position-horizontal-relative:char;mso-position-vertical:absolute;mso-position-vertical-relative:line;mso-left-percent:-10001;mso-top-percent:-10001" arcsize="11796f" fillcolor="#a9c8e2" strokecolor="#5b9bd5" strokeweight="1pt">
                        <v:textbox style="mso-next-textbox:#_x0000_s1027" inset="3pt,1pt,3pt,1pt">
                          <w:txbxContent>
                            <w:p w14:paraId="6306512A" w14:textId="77777777" w:rsidR="004350E9" w:rsidRPr="000B6FB7" w:rsidRDefault="00000000" w:rsidP="000B6FB7">
                              <w:pPr>
                                <w:spacing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Gözetmen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sınav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zarfını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imza</w:t>
                              </w:r>
                              <w:proofErr w:type="spellEnd"/>
                              <w:r w:rsidRPr="000B6FB7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karşılığında sınav komisyonuna teslim eder.</w:t>
                              </w:r>
                            </w:p>
                          </w:txbxContent>
                        </v:textbox>
                      </v:roundrect>
                    </w:pict>
                  </w:r>
                </w:p>
                <w:p w14:paraId="1E0B0129" w14:textId="77777777" w:rsidR="004350E9" w:rsidRDefault="00000000">
                  <w:pPr>
                    <w:spacing w:after="0" w:line="180" w:lineRule="auto"/>
                    <w:jc w:val="center"/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</w:rPr>
                    <w:t>↓</w:t>
                  </w:r>
                </w:p>
              </w:tc>
              <w:tc>
                <w:tcPr>
                  <w:tcW w:w="299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5" w:type="dxa"/>
                    <w:bottom w:w="0" w:type="dxa"/>
                    <w:right w:w="25" w:type="dxa"/>
                  </w:tcMar>
                </w:tcPr>
                <w:p w14:paraId="7CC0935D" w14:textId="77777777" w:rsidR="004350E9" w:rsidRDefault="004350E9"/>
                <w:p w14:paraId="3E92E5EC" w14:textId="77777777" w:rsidR="000B6FB7" w:rsidRDefault="000B6FB7"/>
                <w:p w14:paraId="2738390B" w14:textId="77777777" w:rsidR="000B6FB7" w:rsidRDefault="000B6FB7"/>
              </w:tc>
            </w:tr>
          </w:tbl>
          <w:p w14:paraId="68B8DC1B" w14:textId="77777777" w:rsidR="004350E9" w:rsidRDefault="004350E9"/>
        </w:tc>
        <w:tc>
          <w:tcPr>
            <w:tcW w:w="17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16E0D865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Gözetmen / Sınav Komisyonu</w:t>
            </w:r>
          </w:p>
        </w:tc>
        <w:tc>
          <w:tcPr>
            <w:tcW w:w="250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4ADA5356" w14:textId="77777777" w:rsidR="004350E9" w:rsidRPr="001E3D92" w:rsidRDefault="00000000">
            <w:pPr>
              <w:rPr>
                <w:sz w:val="18"/>
                <w:szCs w:val="18"/>
              </w:rPr>
            </w:pPr>
            <w:r w:rsidRPr="001E3D92">
              <w:rPr>
                <w:rFonts w:ascii="Times New Roman" w:hAnsi="Times New Roman"/>
                <w:color w:val="000000"/>
                <w:sz w:val="18"/>
                <w:szCs w:val="18"/>
              </w:rPr>
              <w:t>Teslim imza kaydı / Disiplin işlemi belgeleri</w:t>
            </w:r>
          </w:p>
        </w:tc>
      </w:tr>
      <w:tr w:rsidR="004350E9" w14:paraId="0AA7EF5C" w14:textId="77777777" w:rsidTr="000B6FB7">
        <w:trPr>
          <w:trHeight w:hRule="exact" w:val="471"/>
          <w:jc w:val="center"/>
        </w:trPr>
        <w:tc>
          <w:tcPr>
            <w:tcW w:w="65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9013618" w14:textId="3CAA3D40" w:rsidR="004350E9" w:rsidRDefault="000B6FB7">
            <w:pPr>
              <w:jc w:val="center"/>
            </w:pP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                                              </w:t>
            </w:r>
            <w:r w:rsidR="00000000">
              <w:pict w14:anchorId="75250EF5">
                <v:oval id="_x0000_s1026" style="width:96.65pt;height:20.55pt;mso-left-percent:-10001;mso-top-percent:-10001;mso-position-horizontal:absolute;mso-position-horizontal-relative:char;mso-position-vertical:absolute;mso-position-vertical-relative:line;mso-left-percent:-10001;mso-top-percent:-10001" fillcolor="#a9c8e2" strokecolor="#5b9bd5" strokeweight="1pt">
                  <v:textbox style="mso-next-textbox:#_x0000_s1026" inset="3pt,1pt,3pt,1pt">
                    <w:txbxContent>
                      <w:p w14:paraId="217F182B" w14:textId="77777777" w:rsidR="004350E9" w:rsidRPr="000B6FB7" w:rsidRDefault="00000000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 w:rsidRPr="000B6FB7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Bitiş</w:t>
                        </w:r>
                        <w:proofErr w:type="spellEnd"/>
                      </w:p>
                    </w:txbxContent>
                  </v:textbox>
                </v:oval>
              </w:pict>
            </w:r>
          </w:p>
        </w:tc>
        <w:tc>
          <w:tcPr>
            <w:tcW w:w="1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2E84F86F" w14:textId="77777777" w:rsidR="004350E9" w:rsidRDefault="004350E9"/>
        </w:tc>
        <w:tc>
          <w:tcPr>
            <w:tcW w:w="25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14:paraId="3E3B7944" w14:textId="77777777" w:rsidR="004350E9" w:rsidRDefault="004350E9"/>
        </w:tc>
      </w:tr>
    </w:tbl>
    <w:p w14:paraId="6796651A" w14:textId="77777777" w:rsidR="0071401F" w:rsidRDefault="0071401F"/>
    <w:sectPr w:rsidR="0071401F" w:rsidSect="00034616">
      <w:pgSz w:w="11906" w:h="16838"/>
      <w:pgMar w:top="680" w:right="737" w:bottom="680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1396905">
    <w:abstractNumId w:val="8"/>
  </w:num>
  <w:num w:numId="2" w16cid:durableId="841240994">
    <w:abstractNumId w:val="6"/>
  </w:num>
  <w:num w:numId="3" w16cid:durableId="376123214">
    <w:abstractNumId w:val="5"/>
  </w:num>
  <w:num w:numId="4" w16cid:durableId="356857883">
    <w:abstractNumId w:val="4"/>
  </w:num>
  <w:num w:numId="5" w16cid:durableId="594900111">
    <w:abstractNumId w:val="7"/>
  </w:num>
  <w:num w:numId="6" w16cid:durableId="171845517">
    <w:abstractNumId w:val="3"/>
  </w:num>
  <w:num w:numId="7" w16cid:durableId="1552644378">
    <w:abstractNumId w:val="2"/>
  </w:num>
  <w:num w:numId="8" w16cid:durableId="1115755497">
    <w:abstractNumId w:val="1"/>
  </w:num>
  <w:num w:numId="9" w16cid:durableId="366033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42AD"/>
    <w:rsid w:val="0006063C"/>
    <w:rsid w:val="000B6FB7"/>
    <w:rsid w:val="00135304"/>
    <w:rsid w:val="0015074B"/>
    <w:rsid w:val="001E35F9"/>
    <w:rsid w:val="001E3D92"/>
    <w:rsid w:val="002129A2"/>
    <w:rsid w:val="0029639D"/>
    <w:rsid w:val="002A62C3"/>
    <w:rsid w:val="00326F90"/>
    <w:rsid w:val="00376980"/>
    <w:rsid w:val="004350E9"/>
    <w:rsid w:val="00696FCD"/>
    <w:rsid w:val="006C3AC1"/>
    <w:rsid w:val="006C3CEB"/>
    <w:rsid w:val="0071401F"/>
    <w:rsid w:val="0093153C"/>
    <w:rsid w:val="00AA1D8D"/>
    <w:rsid w:val="00AB1473"/>
    <w:rsid w:val="00B016AF"/>
    <w:rsid w:val="00B36DD1"/>
    <w:rsid w:val="00B47730"/>
    <w:rsid w:val="00B76893"/>
    <w:rsid w:val="00C97886"/>
    <w:rsid w:val="00CB0664"/>
    <w:rsid w:val="00CF35F9"/>
    <w:rsid w:val="00E535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  <w14:docId w14:val="17BCCC48"/>
  <w14:defaultImageDpi w14:val="300"/>
  <w15:docId w15:val="{B2603B0B-67E9-4A0A-98CF-B3CFDB55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8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pc</cp:lastModifiedBy>
  <cp:revision>3</cp:revision>
  <dcterms:created xsi:type="dcterms:W3CDTF">2026-09-24T08:28:00Z</dcterms:created>
  <dcterms:modified xsi:type="dcterms:W3CDTF">2026-09-24T08:59:00Z</dcterms:modified>
  <cp:category/>
</cp:coreProperties>
</file>