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630" w:type="dxa"/>
        <w:jc w:val="center"/>
        <w:tblLayout w:type="fixed"/>
        <w:tblLook w:val="04A0" w:firstRow="1" w:lastRow="0" w:firstColumn="1" w:lastColumn="0" w:noHBand="0" w:noVBand="1"/>
      </w:tblPr>
      <w:tblGrid>
        <w:gridCol w:w="6435"/>
        <w:gridCol w:w="1729"/>
        <w:gridCol w:w="2466"/>
      </w:tblGrid>
      <w:tr w:rsidR="00AB1473" w14:paraId="2431EA46" w14:textId="77777777" w:rsidTr="007B5322">
        <w:trPr>
          <w:trHeight w:hRule="exact" w:val="482"/>
          <w:tblHeader/>
          <w:jc w:val="center"/>
        </w:trPr>
        <w:tc>
          <w:tcPr>
            <w:tcW w:w="6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80115" w14:textId="77777777" w:rsidR="00AB1473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İŞ AKIŞI ADIMLARI</w:t>
            </w:r>
          </w:p>
        </w:tc>
        <w:tc>
          <w:tcPr>
            <w:tcW w:w="1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E4E01" w14:textId="77777777" w:rsidR="00AB1473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SORUMLU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37239" w14:textId="77777777" w:rsidR="00AB1473" w:rsidRDefault="0000000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İLGİLİ DOKÜMANLAR</w:t>
            </w:r>
          </w:p>
        </w:tc>
      </w:tr>
      <w:tr w:rsidR="00AB1473" w14:paraId="061BB000" w14:textId="77777777" w:rsidTr="007B5322">
        <w:trPr>
          <w:trHeight w:hRule="exact" w:val="539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F532AF" w14:textId="132E69FF" w:rsidR="00AB1473" w:rsidRDefault="006C3AC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C7932A" wp14:editId="3E80D36B">
                      <wp:simplePos x="0" y="0"/>
                      <wp:positionH relativeFrom="column">
                        <wp:posOffset>1970786</wp:posOffset>
                      </wp:positionH>
                      <wp:positionV relativeFrom="paragraph">
                        <wp:posOffset>260502</wp:posOffset>
                      </wp:positionV>
                      <wp:extent cx="0" cy="102413"/>
                      <wp:effectExtent l="95250" t="19050" r="76200" b="8826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241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CA2D48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55.2pt;margin-top:20.5pt;width:0;height:8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B76893">
              <w:rPr>
                <w:noProof/>
              </w:rPr>
              <mc:AlternateContent>
                <mc:Choice Requires="wps">
                  <w:drawing>
                    <wp:inline distT="0" distB="0" distL="0" distR="0" wp14:anchorId="30CB7DFA" wp14:editId="4F6FE844">
                      <wp:extent cx="2349500" cy="254000"/>
                      <wp:effectExtent l="14605" t="10160" r="7620" b="12065"/>
                      <wp:docPr id="35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0" cy="2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61DAE" w14:textId="77777777" w:rsidR="00AB1473" w:rsidRPr="006C3AC1" w:rsidRDefault="00000000" w:rsidP="006C3AC1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Yazma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Sınavı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Uygulama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İş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Akış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5"/>
                                      <w:szCs w:val="15"/>
                                    </w:rPr>
                                    <w:t>Süreci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0CB7DFA" id="Oval 17" o:spid="_x0000_s1026" style="width:185pt;height:2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" fillcolor="#a9c8e2" strokecolor="#5b9bd5" strokeweight="1pt">
                      <v:textbox inset="3pt,1pt,3pt,1pt">
                        <w:txbxContent>
                          <w:p w14:paraId="03761DAE" w14:textId="77777777" w:rsidR="00AB1473" w:rsidRPr="006C3AC1" w:rsidRDefault="00000000" w:rsidP="006C3AC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Yazma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Sınavı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Uygulama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İş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Akış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b/>
                                <w:bCs/>
                                <w:sz w:val="15"/>
                                <w:szCs w:val="15"/>
                              </w:rPr>
                              <w:t>Süreci</w:t>
                            </w:r>
                            <w:proofErr w:type="spellEnd"/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  <w:p w14:paraId="3EA62057" w14:textId="56C55073" w:rsidR="00AB1473" w:rsidRDefault="00AB1473">
            <w:pPr>
              <w:spacing w:line="180" w:lineRule="auto"/>
              <w:jc w:val="center"/>
            </w:pP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38F5D" w14:textId="77777777" w:rsidR="00AB1473" w:rsidRDefault="00AB1473"/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0F8987" w14:textId="77777777" w:rsidR="00AB1473" w:rsidRDefault="00AB1473"/>
        </w:tc>
      </w:tr>
      <w:tr w:rsidR="00AB1473" w14:paraId="447D30F0" w14:textId="77777777" w:rsidTr="007B5322">
        <w:trPr>
          <w:trHeight w:hRule="exact" w:val="61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3BAD11" w14:textId="2F8E7FBA" w:rsidR="00AB1473" w:rsidRDefault="006C3AC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1D90BF" wp14:editId="65145A4F">
                      <wp:simplePos x="0" y="0"/>
                      <wp:positionH relativeFrom="column">
                        <wp:posOffset>1963471</wp:posOffset>
                      </wp:positionH>
                      <wp:positionV relativeFrom="paragraph">
                        <wp:posOffset>295173</wp:posOffset>
                      </wp:positionV>
                      <wp:extent cx="7467" cy="102413"/>
                      <wp:effectExtent l="76200" t="19050" r="69215" b="8826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67" cy="10241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F6C58C" id="Düz Ok Bağlayıcısı 12" o:spid="_x0000_s1026" type="#_x0000_t32" style="position:absolute;margin-left:154.6pt;margin-top:23.25pt;width:.6pt;height:8.0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B76893">
              <w:rPr>
                <w:noProof/>
              </w:rPr>
              <mc:AlternateContent>
                <mc:Choice Requires="wps">
                  <w:drawing>
                    <wp:inline distT="0" distB="0" distL="0" distR="0" wp14:anchorId="3E75E6F1" wp14:editId="0B49F6D2">
                      <wp:extent cx="3937000" cy="279400"/>
                      <wp:effectExtent l="14605" t="6350" r="10795" b="9525"/>
                      <wp:docPr id="3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0" cy="279400"/>
                              </a:xfrm>
                              <a:prstGeom prst="roundRect">
                                <a:avLst>
                                  <a:gd name="adj" fmla="val 18000"/>
                                </a:avLst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B24D0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Öğrenciler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saatinden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önce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gözetmen tarafından sınav salonuna alınır.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75E6F1" id="AutoShape 16" o:spid="_x0000_s1027" style="width:31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" fillcolor="#a9c8e2" strokecolor="#5b9bd5" strokeweight="1pt">
                      <v:textbox inset="3pt,1pt,3pt,1pt">
                        <w:txbxContent>
                          <w:p w14:paraId="44FB24D0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Öğrenciler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sınav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saatinden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önce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gözetmen tarafından sınav salonuna alınır.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F6B576E" w14:textId="6F3B8630" w:rsidR="00AB1473" w:rsidRDefault="00AB1473">
            <w:pPr>
              <w:spacing w:line="180" w:lineRule="auto"/>
              <w:jc w:val="center"/>
            </w:pP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060807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6ED20D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Sınav salonu öğrenci listesi</w:t>
            </w:r>
          </w:p>
        </w:tc>
      </w:tr>
      <w:tr w:rsidR="00AB1473" w14:paraId="14379763" w14:textId="77777777" w:rsidTr="007B5322">
        <w:trPr>
          <w:trHeight w:hRule="exact" w:val="61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CB3677" w14:textId="63198180" w:rsidR="00AB1473" w:rsidRDefault="00B7689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1732D8A" wp14:editId="016A3901">
                      <wp:extent cx="3937000" cy="279400"/>
                      <wp:effectExtent l="14605" t="10795" r="10795" b="14605"/>
                      <wp:docPr id="33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0" cy="279400"/>
                              </a:xfrm>
                              <a:prstGeom prst="roundRect">
                                <a:avLst>
                                  <a:gd name="adj" fmla="val 18000"/>
                                </a:avLst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7478C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Gözetmen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imza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listesine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göre oturma düzenini sağlar.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732D8A" id="AutoShape 15" o:spid="_x0000_s1028" style="width:31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" fillcolor="#a9c8e2" strokecolor="#5b9bd5" strokeweight="1pt">
                      <v:textbox inset="3pt,1pt,3pt,1pt">
                        <w:txbxContent>
                          <w:p w14:paraId="7017478C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Gözetmen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sınav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imza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listesine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göre oturma düzenini sağlar.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3BF52D73" w14:textId="2AD79490" w:rsidR="00AB1473" w:rsidRDefault="006C3AC1">
            <w:pPr>
              <w:spacing w:line="18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B6B1C59" wp14:editId="0B9E1532">
                      <wp:simplePos x="0" y="0"/>
                      <wp:positionH relativeFrom="column">
                        <wp:posOffset>1966519</wp:posOffset>
                      </wp:positionH>
                      <wp:positionV relativeFrom="paragraph">
                        <wp:posOffset>17475</wp:posOffset>
                      </wp:positionV>
                      <wp:extent cx="0" cy="95098"/>
                      <wp:effectExtent l="95250" t="19050" r="76200" b="9588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509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B83573" id="Düz Ok Bağlayıcısı 13" o:spid="_x0000_s1026" type="#_x0000_t32" style="position:absolute;margin-left:154.85pt;margin-top:1.4pt;width:0;height: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DD73C9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AFCC26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Sınav imza listesi</w:t>
            </w:r>
          </w:p>
        </w:tc>
      </w:tr>
      <w:tr w:rsidR="00AB1473" w14:paraId="6C769E0F" w14:textId="77777777" w:rsidTr="007B5322">
        <w:trPr>
          <w:trHeight w:hRule="exact" w:val="61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772AE" w14:textId="07BEC15A" w:rsidR="00AB1473" w:rsidRDefault="006C3AC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C1BF87" wp14:editId="3135BD3F">
                      <wp:simplePos x="0" y="0"/>
                      <wp:positionH relativeFrom="column">
                        <wp:posOffset>1956156</wp:posOffset>
                      </wp:positionH>
                      <wp:positionV relativeFrom="paragraph">
                        <wp:posOffset>293751</wp:posOffset>
                      </wp:positionV>
                      <wp:extent cx="7467" cy="117043"/>
                      <wp:effectExtent l="76200" t="19050" r="69215" b="9271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67" cy="1170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4CDAFF" id="Düz Ok Bağlayıcısı 14" o:spid="_x0000_s1026" type="#_x0000_t32" style="position:absolute;margin-left:154.05pt;margin-top:23.15pt;width:.6pt;height: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B76893">
              <w:rPr>
                <w:noProof/>
              </w:rPr>
              <mc:AlternateContent>
                <mc:Choice Requires="wps">
                  <w:drawing>
                    <wp:inline distT="0" distB="0" distL="0" distR="0" wp14:anchorId="21DD41EE" wp14:editId="78E1C13A">
                      <wp:extent cx="3937000" cy="279400"/>
                      <wp:effectExtent l="14605" t="15240" r="10795" b="10160"/>
                      <wp:docPr id="3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0" cy="279400"/>
                              </a:xfrm>
                              <a:prstGeom prst="roundRect">
                                <a:avLst>
                                  <a:gd name="adj" fmla="val 18000"/>
                                </a:avLst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FC730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Öğrenciler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sınavla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ilgisi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olmayan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eşyalarını gözetmen masasına bırakır.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DD41EE" id="AutoShape 14" o:spid="_x0000_s1029" style="width:31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" fillcolor="#a9c8e2" strokecolor="#5b9bd5" strokeweight="1pt">
                      <v:textbox inset="3pt,1pt,3pt,1pt">
                        <w:txbxContent>
                          <w:p w14:paraId="296FC730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Öğrenciler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sınavla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ilgisi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olmayan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eşyalarını gözetmen masasına bırakır.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1FB73C27" w14:textId="2E1B99FD" w:rsidR="00AB1473" w:rsidRDefault="00AB1473">
            <w:pPr>
              <w:spacing w:line="180" w:lineRule="auto"/>
              <w:jc w:val="center"/>
            </w:pP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B6DD2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10056" w14:textId="77777777" w:rsidR="00AB1473" w:rsidRPr="006C3AC1" w:rsidRDefault="00AB1473">
            <w:pPr>
              <w:rPr>
                <w:sz w:val="20"/>
                <w:szCs w:val="20"/>
              </w:rPr>
            </w:pPr>
          </w:p>
        </w:tc>
      </w:tr>
      <w:tr w:rsidR="00AB1473" w14:paraId="3E0A3A2E" w14:textId="77777777" w:rsidTr="007B5322">
        <w:trPr>
          <w:trHeight w:hRule="exact" w:val="61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9A95D8" w14:textId="51208A2C" w:rsidR="00AB1473" w:rsidRDefault="00B7689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9A72AF4" wp14:editId="3343F526">
                      <wp:extent cx="3937000" cy="279400"/>
                      <wp:effectExtent l="14605" t="10160" r="10795" b="15240"/>
                      <wp:docPr id="3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0" cy="279400"/>
                              </a:xfrm>
                              <a:prstGeom prst="roundRect">
                                <a:avLst>
                                  <a:gd name="adj" fmla="val 18000"/>
                                </a:avLst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28F15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Öğrencilerin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pasaport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veya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kimlik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belgeleri kontrol edilir.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A72AF4" id="AutoShape 13" o:spid="_x0000_s1030" style="width:31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" fillcolor="#a9c8e2" strokecolor="#5b9bd5" strokeweight="1pt">
                      <v:textbox inset="3pt,1pt,3pt,1pt">
                        <w:txbxContent>
                          <w:p w14:paraId="6D828F15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Öğrencilerin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pasaport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kimlik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belgeleri kontrol edilir.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E7344A1" w14:textId="54B20A86" w:rsidR="00AB1473" w:rsidRDefault="006C3AC1">
            <w:pPr>
              <w:spacing w:line="18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4A9C35" wp14:editId="650F5040">
                      <wp:simplePos x="0" y="0"/>
                      <wp:positionH relativeFrom="column">
                        <wp:posOffset>1970938</wp:posOffset>
                      </wp:positionH>
                      <wp:positionV relativeFrom="paragraph">
                        <wp:posOffset>1422</wp:posOffset>
                      </wp:positionV>
                      <wp:extent cx="0" cy="117044"/>
                      <wp:effectExtent l="95250" t="19050" r="76200" b="9271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704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5C7474" id="Düz Ok Bağlayıcısı 15" o:spid="_x0000_s1026" type="#_x0000_t32" style="position:absolute;margin-left:155.2pt;margin-top:.1pt;width:0;height:9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1CA111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5BD514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Pasaport / kimlik belgesi</w:t>
            </w:r>
          </w:p>
        </w:tc>
      </w:tr>
      <w:tr w:rsidR="00AB1473" w14:paraId="713FD6E8" w14:textId="77777777" w:rsidTr="007B5322">
        <w:trPr>
          <w:trHeight w:hRule="exact" w:val="61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6CF5A" w14:textId="462F3B1D" w:rsidR="00AB1473" w:rsidRDefault="006C3AC1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0538BC" wp14:editId="6766BE92">
                      <wp:simplePos x="0" y="0"/>
                      <wp:positionH relativeFrom="column">
                        <wp:posOffset>1948840</wp:posOffset>
                      </wp:positionH>
                      <wp:positionV relativeFrom="paragraph">
                        <wp:posOffset>292329</wp:posOffset>
                      </wp:positionV>
                      <wp:extent cx="0" cy="109728"/>
                      <wp:effectExtent l="95250" t="19050" r="57150" b="10033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972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57C66E" id="Düz Ok Bağlayıcısı 16" o:spid="_x0000_s1026" type="#_x0000_t32" style="position:absolute;margin-left:153.45pt;margin-top:23pt;width:0;height:8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B76893">
              <w:rPr>
                <w:noProof/>
              </w:rPr>
              <mc:AlternateContent>
                <mc:Choice Requires="wps">
                  <w:drawing>
                    <wp:inline distT="0" distB="0" distL="0" distR="0" wp14:anchorId="34C62B3B" wp14:editId="1C460B61">
                      <wp:extent cx="3937000" cy="279400"/>
                      <wp:effectExtent l="14605" t="14605" r="10795" b="10795"/>
                      <wp:docPr id="30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0" cy="279400"/>
                              </a:xfrm>
                              <a:prstGeom prst="roundRect">
                                <a:avLst>
                                  <a:gd name="adj" fmla="val 18000"/>
                                </a:avLst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CBF582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Öğrencilerin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imza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listesine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imza atmaları sağlanır.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C62B3B" id="AutoShape 12" o:spid="_x0000_s1031" style="width:31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" fillcolor="#a9c8e2" strokecolor="#5b9bd5" strokeweight="1pt">
                      <v:textbox inset="3pt,1pt,3pt,1pt">
                        <w:txbxContent>
                          <w:p w14:paraId="62CBF582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Öğrencilerin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sınav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imza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listesine</w:t>
                            </w:r>
                            <w:proofErr w:type="spellEnd"/>
                            <w:r w:rsidRPr="00135304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imza atmaları sağlanır.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682D84F6" w14:textId="3CD6D5D5" w:rsidR="00AB1473" w:rsidRDefault="00AB1473" w:rsidP="006C3AC1">
            <w:pPr>
              <w:spacing w:line="180" w:lineRule="auto"/>
            </w:pP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2C655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F731C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Sınav imza listesi</w:t>
            </w:r>
          </w:p>
        </w:tc>
      </w:tr>
      <w:tr w:rsidR="00AB1473" w14:paraId="7ED0BA52" w14:textId="77777777" w:rsidTr="007B5322">
        <w:trPr>
          <w:trHeight w:hRule="exact" w:val="879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24650A" w14:textId="62030FDE" w:rsidR="00AB1473" w:rsidRDefault="00B7689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8CCAAAE" wp14:editId="48F1EA4F">
                      <wp:extent cx="3372307" cy="424282"/>
                      <wp:effectExtent l="0" t="0" r="19050" b="13970"/>
                      <wp:docPr id="2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2307" cy="424282"/>
                              </a:xfrm>
                              <a:custGeom>
                                <a:avLst/>
                                <a:gdLst>
                                  <a:gd name="T0" fmla="*/ 10800 w 21600"/>
                                  <a:gd name="T1" fmla="*/ 0 h 21600"/>
                                  <a:gd name="T2" fmla="*/ 21600 w 21600"/>
                                  <a:gd name="T3" fmla="*/ 10800 h 21600"/>
                                  <a:gd name="T4" fmla="*/ 10800 w 21600"/>
                                  <a:gd name="T5" fmla="*/ 21600 h 21600"/>
                                  <a:gd name="T6" fmla="*/ 0 w 21600"/>
                                  <a:gd name="T7" fmla="*/ 108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1600" h="21600">
                                    <a:moveTo>
                                      <a:pt x="10800" y="0"/>
                                    </a:moveTo>
                                    <a:lnTo>
                                      <a:pt x="21600" y="10800"/>
                                    </a:lnTo>
                                    <a:lnTo>
                                      <a:pt x="10800" y="21600"/>
                                    </a:lnTo>
                                    <a:lnTo>
                                      <a:pt x="0" y="108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A45252" w14:textId="77777777" w:rsidR="006C3AC1" w:rsidRDefault="006C3AC1" w:rsidP="006C3AC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8E87CDE" w14:textId="7B6040D6" w:rsidR="00AB1473" w:rsidRPr="006C3AC1" w:rsidRDefault="00000000" w:rsidP="006C3AC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Başkasının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yerine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sınava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giren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tespit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edildi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mi?</w:t>
                                  </w:r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8CCAAAE" id="AutoShape 11" o:spid="_x0000_s1032" style="width:265.55pt;height:3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" adj="-11796480,,5400" path="m10800,l21600,10800,10800,21600,,10800,10800,xe" fillcolor="#a9c8e2" strokecolor="#5b9bd5" strokeweight="1pt">
                      <v:stroke joinstyle="round"/>
                      <v:formulas/>
                      <v:path o:connecttype="custom" o:connectlocs="1686154,0;3372307,212141;1686154,424282;0,212141" o:connectangles="0,0,0,0" textboxrect="0,0,21600,21600"/>
                      <v:textbox inset="3pt,1pt,3pt,1pt">
                        <w:txbxContent>
                          <w:p w14:paraId="36A45252" w14:textId="77777777" w:rsidR="006C3AC1" w:rsidRDefault="006C3AC1" w:rsidP="006C3AC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  <w:p w14:paraId="38E87CDE" w14:textId="7B6040D6" w:rsidR="00AB1473" w:rsidRPr="006C3AC1" w:rsidRDefault="00000000" w:rsidP="006C3AC1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Başkasının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yerine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sınava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giren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öğrenci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tespit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edildi</w:t>
                            </w:r>
                            <w:proofErr w:type="spellEnd"/>
                            <w:r w:rsidRPr="006C3AC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mi?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444F3B2" w14:textId="64725D69" w:rsidR="00AB1473" w:rsidRDefault="006C3AC1">
            <w:pPr>
              <w:spacing w:line="180" w:lineRule="auto"/>
              <w:jc w:val="center"/>
            </w:pPr>
            <w:r>
              <w:rPr>
                <w:rFonts w:ascii="Times New Roman" w:hAnsi="Times New Roman"/>
                <w:b/>
                <w:color w:val="008E55"/>
                <w:sz w:val="14"/>
              </w:rPr>
              <w:t>HAYIR ↓</w:t>
            </w:r>
            <w:r>
              <w:rPr>
                <w:rFonts w:ascii="Times New Roman" w:hAnsi="Times New Roman"/>
                <w:color w:val="000000"/>
                <w:sz w:val="14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color w:val="E31B23"/>
                <w:sz w:val="14"/>
              </w:rPr>
              <w:t>EVET ↓</w:t>
            </w: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45BCF2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6E5C1E" w14:textId="77777777" w:rsidR="00AB1473" w:rsidRPr="006C3AC1" w:rsidRDefault="00AB1473">
            <w:pPr>
              <w:rPr>
                <w:sz w:val="20"/>
                <w:szCs w:val="20"/>
              </w:rPr>
            </w:pPr>
          </w:p>
        </w:tc>
      </w:tr>
      <w:tr w:rsidR="00AB1473" w14:paraId="49034581" w14:textId="77777777" w:rsidTr="007B5322">
        <w:trPr>
          <w:trHeight w:hRule="exact" w:val="935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88CA4F" w14:textId="77777777" w:rsidR="00AB1473" w:rsidRDefault="00AB1473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AB1473" w14:paraId="329D509A" w14:textId="77777777">
              <w:trPr>
                <w:jc w:val="center"/>
              </w:trPr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22C60F8B" w14:textId="0E86ED10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42F7B78E" wp14:editId="3BEBEA0A">
                            <wp:simplePos x="0" y="0"/>
                            <wp:positionH relativeFrom="column">
                              <wp:posOffset>907796</wp:posOffset>
                            </wp:positionH>
                            <wp:positionV relativeFrom="paragraph">
                              <wp:posOffset>352552</wp:posOffset>
                            </wp:positionV>
                            <wp:extent cx="0" cy="212141"/>
                            <wp:effectExtent l="95250" t="19050" r="76200" b="92710"/>
                            <wp:wrapNone/>
                            <wp:docPr id="3" name="Düz Ok Bağlayıcıs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12141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CAF90DD" id="Düz Ok Bağlayıcısı 3" o:spid="_x0000_s1026" type="#_x0000_t32" style="position:absolute;margin-left:71.5pt;margin-top:27.75pt;width:0;height:1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0E6AE8A3" wp14:editId="6254B926">
                            <wp:extent cx="1841500" cy="342900"/>
                            <wp:effectExtent l="10795" t="13970" r="14605" b="14605"/>
                            <wp:docPr id="28" name="AutoShape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89C4AE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Sınav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kâğıtları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dağıtılır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ve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sınav başlatılır.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E6AE8A3" id="AutoShape 10" o:spid="_x0000_s1033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DgvPQXKAIAAE0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2789C4AE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kâğıtları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dağıtılır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sınav başlatılır.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234F0EFB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2AFE719A" w14:textId="16B67F96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4E78FDFD" wp14:editId="25E8468F">
                            <wp:simplePos x="0" y="0"/>
                            <wp:positionH relativeFrom="column">
                              <wp:posOffset>908507</wp:posOffset>
                            </wp:positionH>
                            <wp:positionV relativeFrom="paragraph">
                              <wp:posOffset>374498</wp:posOffset>
                            </wp:positionV>
                            <wp:extent cx="0" cy="187248"/>
                            <wp:effectExtent l="95250" t="19050" r="57150" b="99060"/>
                            <wp:wrapNone/>
                            <wp:docPr id="4" name="Düz Ok Bağlayıcısı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87248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FCE95E0" id="Düz Ok Bağlayıcısı 4" o:spid="_x0000_s1026" type="#_x0000_t32" style="position:absolute;margin-left:71.55pt;margin-top:29.5pt;width:0;height:1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4E09A56" wp14:editId="3BED3928">
                            <wp:extent cx="1841500" cy="342900"/>
                            <wp:effectExtent l="6350" t="13970" r="9525" b="14605"/>
                            <wp:docPr id="27" name="AutoShape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BD5662E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Öğrenci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hakkında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tutanak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tutulur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4E09A56" id="AutoShape 9" o:spid="_x0000_s1034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BHM8P2KAIAAE0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3BD5662E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Öğrenci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hakkında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tutanak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tutulur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7E58E02E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</w:tr>
          </w:tbl>
          <w:p w14:paraId="582A0294" w14:textId="77777777" w:rsidR="00AB1473" w:rsidRDefault="00AB1473"/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1D16A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BADB1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Yazma sınavı kâğıtları / Sınav tutanağı</w:t>
            </w:r>
          </w:p>
        </w:tc>
      </w:tr>
      <w:tr w:rsidR="00AB1473" w14:paraId="4A0C54F9" w14:textId="77777777" w:rsidTr="007B5322">
        <w:trPr>
          <w:trHeight w:hRule="exact" w:val="850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E366A" w14:textId="77777777" w:rsidR="00AB1473" w:rsidRDefault="00AB1473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AB1473" w14:paraId="0DEB2024" w14:textId="77777777">
              <w:trPr>
                <w:jc w:val="center"/>
              </w:trPr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73CA3E19" w14:textId="4B53670D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7A9C08D" wp14:editId="394210BA">
                            <wp:simplePos x="0" y="0"/>
                            <wp:positionH relativeFrom="column">
                              <wp:posOffset>900481</wp:posOffset>
                            </wp:positionH>
                            <wp:positionV relativeFrom="paragraph">
                              <wp:posOffset>355219</wp:posOffset>
                            </wp:positionV>
                            <wp:extent cx="0" cy="153619"/>
                            <wp:effectExtent l="95250" t="19050" r="76200" b="94615"/>
                            <wp:wrapNone/>
                            <wp:docPr id="5" name="Düz Ok Bağlayıcısı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153619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AC881C" id="Düz Ok Bağlayıcısı 5" o:spid="_x0000_s1026" type="#_x0000_t32" style="position:absolute;margin-left:70.9pt;margin-top:27.95pt;width:0;height:1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5B2BA10" wp14:editId="7BB0DE77">
                            <wp:extent cx="1841500" cy="342900"/>
                            <wp:effectExtent l="10795" t="13970" r="14605" b="14605"/>
                            <wp:docPr id="26" name="AutoShap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029513A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Sınav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bitirilir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B2BA10" id="AutoShape 8" o:spid="_x0000_s1035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DnfTYaKAIAAE0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0029513A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bitirilir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30BD2AC3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641E410C" w14:textId="00C0D614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CC607CB" wp14:editId="27B1C5CD">
                            <wp:simplePos x="0" y="0"/>
                            <wp:positionH relativeFrom="column">
                              <wp:posOffset>930453</wp:posOffset>
                            </wp:positionH>
                            <wp:positionV relativeFrom="paragraph">
                              <wp:posOffset>352323</wp:posOffset>
                            </wp:positionV>
                            <wp:extent cx="0" cy="207722"/>
                            <wp:effectExtent l="95250" t="19050" r="57150" b="97155"/>
                            <wp:wrapNone/>
                            <wp:docPr id="6" name="Düz Ok Bağlayıcısı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07722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F5F90F6" id="Düz Ok Bağlayıcısı 6" o:spid="_x0000_s1026" type="#_x0000_t32" style="position:absolute;margin-left:73.25pt;margin-top:27.75pt;width:0;height:1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0539EAA5" wp14:editId="42819869">
                            <wp:extent cx="1841500" cy="342900"/>
                            <wp:effectExtent l="6350" t="13970" r="9525" b="14605"/>
                            <wp:docPr id="25" name="AutoShap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E89BEB5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Tutanağın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bir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örneği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TÖMER Müdürlüğüne teslim edilir.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539EAA5" id="AutoShape 7" o:spid="_x0000_s1036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BFDYEPKAIAAE4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2E89BEB5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Tutanağın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bir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örneği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TÖMER Müdürlüğüne teslim edilir.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77B24AC3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</w:tr>
          </w:tbl>
          <w:p w14:paraId="103CBDF4" w14:textId="77777777" w:rsidR="00AB1473" w:rsidRDefault="00AB1473"/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FE7F3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82127E" w14:textId="77777777" w:rsidR="00AB1473" w:rsidRPr="006C3AC1" w:rsidRDefault="00AB1473">
            <w:pPr>
              <w:rPr>
                <w:sz w:val="20"/>
                <w:szCs w:val="20"/>
              </w:rPr>
            </w:pPr>
          </w:p>
        </w:tc>
      </w:tr>
      <w:tr w:rsidR="00AB1473" w14:paraId="5616257D" w14:textId="77777777" w:rsidTr="007B5322">
        <w:trPr>
          <w:trHeight w:hRule="exact" w:val="907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4AF32" w14:textId="77777777" w:rsidR="00AB1473" w:rsidRDefault="00AB1473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AB1473" w14:paraId="35C4443E" w14:textId="77777777">
              <w:trPr>
                <w:jc w:val="center"/>
              </w:trPr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5861E9BA" w14:textId="213417CD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4ACD70B" wp14:editId="4CD1DA49">
                            <wp:simplePos x="0" y="0"/>
                            <wp:positionH relativeFrom="column">
                              <wp:posOffset>907948</wp:posOffset>
                            </wp:positionH>
                            <wp:positionV relativeFrom="paragraph">
                              <wp:posOffset>367970</wp:posOffset>
                            </wp:positionV>
                            <wp:extent cx="0" cy="212141"/>
                            <wp:effectExtent l="95250" t="19050" r="76200" b="92710"/>
                            <wp:wrapNone/>
                            <wp:docPr id="7" name="Düz Ok Bağlayıcısı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12141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409C66F" id="Düz Ok Bağlayıcısı 7" o:spid="_x0000_s1026" type="#_x0000_t32" style="position:absolute;margin-left:71.5pt;margin-top:28.95pt;width:0;height:1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A5FF38C" wp14:editId="33C17F0E">
                            <wp:extent cx="1841500" cy="342900"/>
                            <wp:effectExtent l="10795" t="7620" r="14605" b="11430"/>
                            <wp:docPr id="24" name="AutoShape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3171264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Toplanan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sınav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evrakı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sınav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zarfının içine konur.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7A5FF38C" id="AutoShape 6" o:spid="_x0000_s1037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DlQ3TjKAIAAE4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63171264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Toplanan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evrakı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zarfının içine konur.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3F50793C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0D47C585" w14:textId="6B5A86D9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68F8B127" wp14:editId="03C2F6CE">
                            <wp:simplePos x="0" y="0"/>
                            <wp:positionH relativeFrom="column">
                              <wp:posOffset>908660</wp:posOffset>
                            </wp:positionH>
                            <wp:positionV relativeFrom="paragraph">
                              <wp:posOffset>382600</wp:posOffset>
                            </wp:positionV>
                            <wp:extent cx="0" cy="204826"/>
                            <wp:effectExtent l="95250" t="19050" r="57150" b="100330"/>
                            <wp:wrapNone/>
                            <wp:docPr id="8" name="Düz Ok Bağlayıcısı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204826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ACF8642" id="Düz Ok Bağlayıcısı 8" o:spid="_x0000_s1026" type="#_x0000_t32" style="position:absolute;margin-left:71.55pt;margin-top:30.15pt;width:0;height:16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36EDF999" wp14:editId="5520EE15">
                            <wp:extent cx="1841500" cy="342900"/>
                            <wp:effectExtent l="6350" t="7620" r="9525" b="11430"/>
                            <wp:docPr id="23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429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437649" w14:textId="77777777" w:rsidR="00AB1473" w:rsidRPr="006C3AC1" w:rsidRDefault="00000000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>Tutanak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 xml:space="preserve">,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>öğrencinin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>bağlı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>olduğu</w:t>
                                        </w:r>
                                        <w:proofErr w:type="spellEnd"/>
                                        <w:r w:rsidRPr="006C3AC1">
                                          <w:rPr>
                                            <w:rFonts w:ascii="Times New Roman" w:hAnsi="Times New Roman"/>
                                            <w:sz w:val="16"/>
                                            <w:szCs w:val="16"/>
                                          </w:rPr>
                                          <w:t xml:space="preserve"> fakülte veya MYO’ya resmî yazı ile gönderilir.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36EDF999" id="AutoShape 5" o:spid="_x0000_s1038" style="width:14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5D437649" w14:textId="77777777" w:rsidR="00AB1473" w:rsidRPr="006C3AC1" w:rsidRDefault="00000000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Tutanak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öğrencinin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bağlı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olduğu</w:t>
                                  </w:r>
                                  <w:proofErr w:type="spellEnd"/>
                                  <w:r w:rsidRPr="006C3AC1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fakülte veya MYO’ya resmî yazı ile gönderilir.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  <w:p w14:paraId="1571472D" w14:textId="77777777" w:rsidR="00AB1473" w:rsidRDefault="00000000">
                  <w:pPr>
                    <w:spacing w:after="0" w:line="180" w:lineRule="auto"/>
                    <w:jc w:val="center"/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↓</w:t>
                  </w:r>
                </w:p>
              </w:tc>
            </w:tr>
          </w:tbl>
          <w:p w14:paraId="457ACF85" w14:textId="77777777" w:rsidR="00AB1473" w:rsidRDefault="00AB1473"/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808B8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347CB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Sınav zarfı ve sınav evrakı / Resmî yazı</w:t>
            </w:r>
          </w:p>
        </w:tc>
      </w:tr>
      <w:tr w:rsidR="00AB1473" w14:paraId="2FB3F818" w14:textId="77777777" w:rsidTr="007B5322">
        <w:trPr>
          <w:trHeight w:hRule="exact" w:val="964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A9183C" w14:textId="77777777" w:rsidR="00AB1473" w:rsidRDefault="00AB1473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AB1473" w14:paraId="76A78B83" w14:textId="77777777">
              <w:trPr>
                <w:jc w:val="center"/>
              </w:trPr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341377E2" w14:textId="5711B762" w:rsidR="00AB1473" w:rsidRDefault="00B76893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CB60B0A" wp14:editId="2151B822">
                            <wp:extent cx="1841500" cy="393700"/>
                            <wp:effectExtent l="10795" t="8890" r="14605" b="6985"/>
                            <wp:docPr id="22" name="AutoShap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937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4BBB02" w14:textId="77777777" w:rsidR="00AB1473" w:rsidRPr="00135304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Sınav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zarfı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imza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karşılığında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sınav komisyonuna teslim edilir.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CB60B0A" id="AutoShape 4" o:spid="_x0000_s1039" style="width:14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" fillcolor="#a9c8e2" strokecolor="#5b9bd5" strokeweight="1pt">
                            <v:textbox inset="3pt,1pt,3pt,1pt">
                              <w:txbxContent>
                                <w:p w14:paraId="104BBB02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Sınav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zarfı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imza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karşılığında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sınav komisyonuna teslim edilir.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29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25" w:type="dxa"/>
                    <w:bottom w:w="0" w:type="dxa"/>
                    <w:right w:w="25" w:type="dxa"/>
                  </w:tcMar>
                </w:tcPr>
                <w:p w14:paraId="69EAFAE1" w14:textId="6DDEEED8" w:rsidR="00AB1473" w:rsidRDefault="006C3AC1">
                  <w:pPr>
                    <w:spacing w:after="0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2D84DD58" wp14:editId="560A99A7">
                            <wp:simplePos x="0" y="0"/>
                            <wp:positionH relativeFrom="column">
                              <wp:posOffset>674421</wp:posOffset>
                            </wp:positionH>
                            <wp:positionV relativeFrom="paragraph">
                              <wp:posOffset>395732</wp:posOffset>
                            </wp:positionV>
                            <wp:extent cx="234239" cy="95098"/>
                            <wp:effectExtent l="57150" t="38100" r="71120" b="95885"/>
                            <wp:wrapNone/>
                            <wp:docPr id="9" name="Düz Ok Bağlayıcısı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34239" cy="95098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tailEnd type="triangle"/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E291B06" id="Düz Ok Bağlayıcısı 9" o:spid="_x0000_s1026" type="#_x0000_t32" style="position:absolute;margin-left:53.1pt;margin-top:31.15pt;width:18.45pt;height:7.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" strokecolor="#4f81bd [3204]" strokeweight="2pt">
                            <v:stroke endarrow="block"/>
                            <v:shadow on="t" color="black" opacity="24903f" origin=",.5" offset="0,.55556mm"/>
                          </v:shape>
                        </w:pict>
                      </mc:Fallback>
                    </mc:AlternateContent>
                  </w:r>
                  <w:r w:rsidR="00B76893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6B2CA76" wp14:editId="7E35B7F3">
                            <wp:extent cx="1841500" cy="393700"/>
                            <wp:effectExtent l="6350" t="8890" r="9525" b="6985"/>
                            <wp:docPr id="21" name="AutoShap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41500" cy="393700"/>
                                    </a:xfrm>
                                    <a:prstGeom prst="roundRect">
                                      <a:avLst>
                                        <a:gd name="adj" fmla="val 18000"/>
                                      </a:avLst>
                                    </a:prstGeom>
                                    <a:solidFill>
                                      <a:srgbClr val="A9C8E2"/>
                                    </a:solidFill>
                                    <a:ln w="12700">
                                      <a:solidFill>
                                        <a:srgbClr val="5B9BD5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8692A0" w14:textId="77777777" w:rsidR="00AB1473" w:rsidRPr="00135304" w:rsidRDefault="00000000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İlgili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fakülte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>veya</w:t>
                                        </w:r>
                                        <w:proofErr w:type="spellEnd"/>
                                        <w:r w:rsidRPr="00135304">
                                          <w:rPr>
                                            <w:rFonts w:ascii="Times New Roman" w:hAnsi="Times New Roman"/>
                                            <w:sz w:val="18"/>
                                            <w:szCs w:val="18"/>
                                          </w:rPr>
                                          <w:t xml:space="preserve"> MYO disiplin işlemini gerçekleştirir.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8100" tIns="12700" rIns="38100" bIns="1270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76B2CA76" id="AutoShape 3" o:spid="_x0000_s1040" style="width:14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7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" fillcolor="#a9c8e2" strokecolor="#5b9bd5" strokeweight="1pt">
                            <v:textbox inset="3pt,1pt,3pt,1pt">
                              <w:txbxContent>
                                <w:p w14:paraId="148692A0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İlgili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fakülte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veya</w:t>
                                  </w:r>
                                  <w:proofErr w:type="spellEnd"/>
                                  <w:r w:rsidRPr="00135304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MYO disiplin işlemini gerçekleştirir.</w:t>
                                  </w: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14A01182" w14:textId="452D4E0D" w:rsidR="00AB1473" w:rsidRDefault="006C3A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182C73" wp14:editId="5448D472">
                      <wp:simplePos x="0" y="0"/>
                      <wp:positionH relativeFrom="column">
                        <wp:posOffset>1129538</wp:posOffset>
                      </wp:positionH>
                      <wp:positionV relativeFrom="paragraph">
                        <wp:posOffset>-2032</wp:posOffset>
                      </wp:positionV>
                      <wp:extent cx="138989" cy="102413"/>
                      <wp:effectExtent l="38100" t="19050" r="71120" b="8826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989" cy="10241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A4D10E" id="Düz Ok Bağlayıcısı 10" o:spid="_x0000_s1026" type="#_x0000_t32" style="position:absolute;margin-left:88.95pt;margin-top:-.15pt;width:10.95pt;height:8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" strokecolor="#4f81bd [3204]" strokeweight="2pt">
                      <v:stroke endarrow="block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CC77E0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Gözetmen / Sınav Komisyonu</w:t>
            </w:r>
          </w:p>
        </w:tc>
        <w:tc>
          <w:tcPr>
            <w:tcW w:w="24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FA96F" w14:textId="77777777" w:rsidR="00AB1473" w:rsidRPr="006C3AC1" w:rsidRDefault="00000000">
            <w:pPr>
              <w:rPr>
                <w:sz w:val="20"/>
                <w:szCs w:val="20"/>
              </w:rPr>
            </w:pPr>
            <w:r w:rsidRPr="006C3AC1">
              <w:rPr>
                <w:rFonts w:ascii="Times New Roman" w:hAnsi="Times New Roman"/>
                <w:color w:val="000000"/>
                <w:sz w:val="20"/>
                <w:szCs w:val="20"/>
              </w:rPr>
              <w:t>Teslim imza kaydı / Disiplin işlemi belgeleri</w:t>
            </w:r>
          </w:p>
        </w:tc>
      </w:tr>
      <w:tr w:rsidR="00AB1473" w14:paraId="084876E7" w14:textId="77777777" w:rsidTr="007B5322">
        <w:trPr>
          <w:trHeight w:hRule="exact" w:val="482"/>
          <w:jc w:val="center"/>
        </w:trPr>
        <w:tc>
          <w:tcPr>
            <w:tcW w:w="6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1725C" w14:textId="0CB73B6B" w:rsidR="00AB1473" w:rsidRDefault="00B7689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AD14FF0" wp14:editId="188BB2D3">
                      <wp:extent cx="1806880" cy="271628"/>
                      <wp:effectExtent l="0" t="0" r="22225" b="14605"/>
                      <wp:docPr id="20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6880" cy="2716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9C8E2"/>
                              </a:solidFill>
                              <a:ln w="12700">
                                <a:solidFill>
                                  <a:srgbClr val="5B9BD5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0FEFAD" w14:textId="77777777" w:rsidR="00AB1473" w:rsidRPr="00135304" w:rsidRDefault="00000000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35304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Bitiş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38100" tIns="12700" rIns="38100" bIns="127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AD14FF0" id="Oval 2" o:spid="_x0000_s1041" style="width:142.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" fillcolor="#a9c8e2" strokecolor="#5b9bd5" strokeweight="1pt">
                      <v:textbox inset="3pt,1pt,3pt,1pt">
                        <w:txbxContent>
                          <w:p w14:paraId="500FEFAD" w14:textId="77777777" w:rsidR="00AB1473" w:rsidRPr="00135304" w:rsidRDefault="000000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35304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Bitiş</w:t>
                            </w:r>
                            <w:proofErr w:type="spellEnd"/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7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CCEB65" w14:textId="77777777" w:rsidR="00AB1473" w:rsidRDefault="00AB1473"/>
        </w:tc>
        <w:tc>
          <w:tcPr>
            <w:tcW w:w="24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6F4F77" w14:textId="77777777" w:rsidR="00AB1473" w:rsidRDefault="00AB1473"/>
        </w:tc>
      </w:tr>
    </w:tbl>
    <w:p w14:paraId="5F063A42" w14:textId="77777777" w:rsidR="00C97886" w:rsidRDefault="00C97886"/>
    <w:sectPr w:rsidR="00C97886" w:rsidSect="00034616">
      <w:headerReference w:type="default" r:id="rId8"/>
      <w:pgSz w:w="11906" w:h="16838"/>
      <w:pgMar w:top="680" w:right="737" w:bottom="68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EDF11" w14:textId="77777777" w:rsidR="00924618" w:rsidRDefault="00924618" w:rsidP="007B5322">
      <w:pPr>
        <w:spacing w:after="0" w:line="240" w:lineRule="auto"/>
      </w:pPr>
      <w:r>
        <w:separator/>
      </w:r>
    </w:p>
  </w:endnote>
  <w:endnote w:type="continuationSeparator" w:id="0">
    <w:p w14:paraId="0A5D38FF" w14:textId="77777777" w:rsidR="00924618" w:rsidRDefault="00924618" w:rsidP="007B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A850F" w14:textId="77777777" w:rsidR="00924618" w:rsidRDefault="00924618" w:rsidP="007B5322">
      <w:pPr>
        <w:spacing w:after="0" w:line="240" w:lineRule="auto"/>
      </w:pPr>
      <w:r>
        <w:separator/>
      </w:r>
    </w:p>
  </w:footnote>
  <w:footnote w:type="continuationSeparator" w:id="0">
    <w:p w14:paraId="0F208057" w14:textId="77777777" w:rsidR="00924618" w:rsidRDefault="00924618" w:rsidP="007B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4" w:type="dxa"/>
      <w:jc w:val="center"/>
      <w:tblLook w:val="04A0" w:firstRow="1" w:lastRow="0" w:firstColumn="1" w:lastColumn="0" w:noHBand="0" w:noVBand="1"/>
    </w:tblPr>
    <w:tblGrid>
      <w:gridCol w:w="1236"/>
      <w:gridCol w:w="6080"/>
      <w:gridCol w:w="1303"/>
      <w:gridCol w:w="1585"/>
    </w:tblGrid>
    <w:tr w:rsidR="007B5322" w:rsidRPr="00A65799" w14:paraId="028C584D" w14:textId="77777777" w:rsidTr="006674DE">
      <w:trPr>
        <w:trHeight w:val="274"/>
        <w:jc w:val="center"/>
      </w:trPr>
      <w:tc>
        <w:tcPr>
          <w:tcW w:w="1219" w:type="dxa"/>
          <w:vMerge w:val="restart"/>
          <w:vAlign w:val="center"/>
        </w:tcPr>
        <w:p w14:paraId="6B0ADAFE" w14:textId="77777777" w:rsidR="007B5322" w:rsidRPr="00A65799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651B1E16" wp14:editId="5C5E27EE">
                <wp:extent cx="647700" cy="647450"/>
                <wp:effectExtent l="0" t="0" r="0" b="63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049" cy="663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4" w:type="dxa"/>
          <w:vMerge w:val="restart"/>
          <w:vAlign w:val="center"/>
        </w:tcPr>
        <w:p w14:paraId="6C47E7C1" w14:textId="77777777" w:rsidR="007B5322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1A803477" w14:textId="251330E8" w:rsidR="007B5322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KASTAMONU ÜNİVERSİTESİ</w:t>
          </w:r>
        </w:p>
        <w:p w14:paraId="04314773" w14:textId="77777777" w:rsidR="007B5322" w:rsidRDefault="007B5322" w:rsidP="007B5322">
          <w:pPr>
            <w:pStyle w:val="stBilgi"/>
            <w:jc w:val="center"/>
            <w:rPr>
              <w:rFonts w:ascii="Times New Roman" w:hAnsi="Times New Roman"/>
              <w:b/>
              <w:sz w:val="23"/>
            </w:rPr>
          </w:pPr>
          <w:r>
            <w:rPr>
              <w:rFonts w:ascii="Times New Roman" w:hAnsi="Times New Roman"/>
              <w:b/>
              <w:sz w:val="23"/>
            </w:rPr>
            <w:t>TÜRKÇE ÖĞRETİMİ UYGULAMA VE ARAŞTIRMA</w:t>
          </w:r>
          <w:r>
            <w:rPr>
              <w:rFonts w:ascii="Times New Roman" w:hAnsi="Times New Roman"/>
              <w:b/>
              <w:sz w:val="23"/>
            </w:rPr>
            <w:br/>
            <w:t>MERKEZİ MÜDÜRLÜĞÜ</w:t>
          </w:r>
        </w:p>
        <w:p w14:paraId="35B69B91" w14:textId="7DC38D56" w:rsidR="007B5322" w:rsidRDefault="007B5322" w:rsidP="007B5322">
          <w:pPr>
            <w:pStyle w:val="stBilgi"/>
            <w:jc w:val="center"/>
          </w:pPr>
          <w:r>
            <w:rPr>
              <w:b/>
              <w:sz w:val="23"/>
            </w:rPr>
            <w:t>YAZMA SINAVI UYGULAMA İŞ AKIŞ SÜRECİ</w:t>
          </w:r>
        </w:p>
        <w:p w14:paraId="43698C2D" w14:textId="2F40ECB0" w:rsidR="007B5322" w:rsidRPr="000354E2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304" w:type="dxa"/>
          <w:vAlign w:val="center"/>
        </w:tcPr>
        <w:p w14:paraId="4333771C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Doküman</w:t>
          </w:r>
          <w:proofErr w:type="spellEnd"/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No</w:t>
          </w:r>
        </w:p>
      </w:tc>
      <w:tc>
        <w:tcPr>
          <w:tcW w:w="1587" w:type="dxa"/>
          <w:vAlign w:val="center"/>
        </w:tcPr>
        <w:p w14:paraId="286D4211" w14:textId="315AC74B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KYS-</w:t>
          </w:r>
          <w:r>
            <w:rPr>
              <w:rFonts w:ascii="Times New Roman" w:hAnsi="Times New Roman" w:cs="Times New Roman"/>
              <w:sz w:val="16"/>
              <w:szCs w:val="16"/>
            </w:rPr>
            <w:t>İA-428</w:t>
          </w:r>
        </w:p>
      </w:tc>
    </w:tr>
    <w:tr w:rsidR="007B5322" w:rsidRPr="00A65799" w14:paraId="33D7D9C7" w14:textId="77777777" w:rsidTr="006674DE">
      <w:trPr>
        <w:trHeight w:val="274"/>
        <w:jc w:val="center"/>
      </w:trPr>
      <w:tc>
        <w:tcPr>
          <w:tcW w:w="1219" w:type="dxa"/>
          <w:vMerge/>
          <w:vAlign w:val="center"/>
        </w:tcPr>
        <w:p w14:paraId="5D243872" w14:textId="77777777" w:rsidR="007B5322" w:rsidRPr="00A65799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51964947" w14:textId="77777777" w:rsidR="007B5322" w:rsidRPr="00A65799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0D860DCD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Yürürlük</w:t>
          </w:r>
          <w:proofErr w:type="spellEnd"/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Tarihi</w:t>
          </w:r>
          <w:proofErr w:type="spellEnd"/>
        </w:p>
      </w:tc>
      <w:tc>
        <w:tcPr>
          <w:tcW w:w="1587" w:type="dxa"/>
          <w:vAlign w:val="center"/>
        </w:tcPr>
        <w:p w14:paraId="6ACC1F40" w14:textId="74525B1F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24.09.2026</w:t>
          </w:r>
        </w:p>
      </w:tc>
    </w:tr>
    <w:tr w:rsidR="007B5322" w:rsidRPr="00A65799" w14:paraId="2DAC8AC2" w14:textId="77777777" w:rsidTr="006674DE">
      <w:trPr>
        <w:trHeight w:val="274"/>
        <w:jc w:val="center"/>
      </w:trPr>
      <w:tc>
        <w:tcPr>
          <w:tcW w:w="1219" w:type="dxa"/>
          <w:vMerge/>
          <w:vAlign w:val="center"/>
        </w:tcPr>
        <w:p w14:paraId="7ACA871F" w14:textId="77777777" w:rsidR="007B5322" w:rsidRPr="00A65799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46AEBCAD" w14:textId="77777777" w:rsidR="007B5322" w:rsidRPr="00A65799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388921F9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Revizyon</w:t>
          </w:r>
          <w:proofErr w:type="spellEnd"/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Tarihi</w:t>
          </w:r>
          <w:proofErr w:type="spellEnd"/>
        </w:p>
      </w:tc>
      <w:tc>
        <w:tcPr>
          <w:tcW w:w="1587" w:type="dxa"/>
          <w:vAlign w:val="center"/>
        </w:tcPr>
        <w:p w14:paraId="7FE92139" w14:textId="5B89A880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--</w:t>
          </w:r>
        </w:p>
      </w:tc>
    </w:tr>
    <w:tr w:rsidR="007B5322" w:rsidRPr="00A65799" w14:paraId="2911A987" w14:textId="77777777" w:rsidTr="006674DE">
      <w:trPr>
        <w:trHeight w:val="274"/>
        <w:jc w:val="center"/>
      </w:trPr>
      <w:tc>
        <w:tcPr>
          <w:tcW w:w="1219" w:type="dxa"/>
          <w:vMerge/>
          <w:vAlign w:val="center"/>
        </w:tcPr>
        <w:p w14:paraId="4F54027A" w14:textId="77777777" w:rsidR="007B5322" w:rsidRPr="00A65799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64EFDF87" w14:textId="77777777" w:rsidR="007B5322" w:rsidRPr="00A65799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615F3CBF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Revizyon</w:t>
          </w:r>
          <w:proofErr w:type="spellEnd"/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No</w:t>
          </w:r>
        </w:p>
      </w:tc>
      <w:tc>
        <w:tcPr>
          <w:tcW w:w="1587" w:type="dxa"/>
          <w:vAlign w:val="center"/>
        </w:tcPr>
        <w:p w14:paraId="1DAA4B26" w14:textId="10A4C440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</w:p>
      </w:tc>
    </w:tr>
    <w:tr w:rsidR="007B5322" w:rsidRPr="00A65799" w14:paraId="143C371D" w14:textId="77777777" w:rsidTr="006674DE">
      <w:trPr>
        <w:trHeight w:val="274"/>
        <w:jc w:val="center"/>
      </w:trPr>
      <w:tc>
        <w:tcPr>
          <w:tcW w:w="1219" w:type="dxa"/>
          <w:vMerge/>
          <w:vAlign w:val="center"/>
        </w:tcPr>
        <w:p w14:paraId="25A166C7" w14:textId="77777777" w:rsidR="007B5322" w:rsidRPr="00A65799" w:rsidRDefault="007B5322" w:rsidP="007B5322">
          <w:pPr>
            <w:pStyle w:val="stBilgi"/>
            <w:tabs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3BF0A5C1" w14:textId="77777777" w:rsidR="007B5322" w:rsidRPr="00A65799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1A139F34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proofErr w:type="spellStart"/>
          <w:r w:rsidRPr="00FE7687">
            <w:rPr>
              <w:rFonts w:ascii="Times New Roman" w:hAnsi="Times New Roman" w:cs="Times New Roman"/>
              <w:sz w:val="16"/>
              <w:szCs w:val="16"/>
            </w:rPr>
            <w:t>Sayfa</w:t>
          </w:r>
          <w:proofErr w:type="spellEnd"/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No</w:t>
          </w:r>
        </w:p>
      </w:tc>
      <w:tc>
        <w:tcPr>
          <w:tcW w:w="1587" w:type="dxa"/>
          <w:vAlign w:val="center"/>
        </w:tcPr>
        <w:p w14:paraId="7DCF494E" w14:textId="77777777" w:rsidR="007B5322" w:rsidRPr="00FE7687" w:rsidRDefault="007B5322" w:rsidP="007B5322">
          <w:pPr>
            <w:pStyle w:val="stBilgi"/>
            <w:tabs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910FA3">
            <w:rPr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910FA3">
            <w:rPr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3D901222" w14:textId="77777777" w:rsidR="007B5322" w:rsidRDefault="007B532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396905">
    <w:abstractNumId w:val="8"/>
  </w:num>
  <w:num w:numId="2" w16cid:durableId="841240994">
    <w:abstractNumId w:val="6"/>
  </w:num>
  <w:num w:numId="3" w16cid:durableId="376123214">
    <w:abstractNumId w:val="5"/>
  </w:num>
  <w:num w:numId="4" w16cid:durableId="356857883">
    <w:abstractNumId w:val="4"/>
  </w:num>
  <w:num w:numId="5" w16cid:durableId="594900111">
    <w:abstractNumId w:val="7"/>
  </w:num>
  <w:num w:numId="6" w16cid:durableId="171845517">
    <w:abstractNumId w:val="3"/>
  </w:num>
  <w:num w:numId="7" w16cid:durableId="1552644378">
    <w:abstractNumId w:val="2"/>
  </w:num>
  <w:num w:numId="8" w16cid:durableId="1115755497">
    <w:abstractNumId w:val="1"/>
  </w:num>
  <w:num w:numId="9" w16cid:durableId="366033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304"/>
    <w:rsid w:val="0015074B"/>
    <w:rsid w:val="001E35F9"/>
    <w:rsid w:val="0029639D"/>
    <w:rsid w:val="002A62C3"/>
    <w:rsid w:val="00326F90"/>
    <w:rsid w:val="00696FCD"/>
    <w:rsid w:val="006C3AC1"/>
    <w:rsid w:val="007B5322"/>
    <w:rsid w:val="00924618"/>
    <w:rsid w:val="00AA1D8D"/>
    <w:rsid w:val="00AB1473"/>
    <w:rsid w:val="00B36DD1"/>
    <w:rsid w:val="00B47730"/>
    <w:rsid w:val="00B76893"/>
    <w:rsid w:val="00C97886"/>
    <w:rsid w:val="00CB0664"/>
    <w:rsid w:val="00CF35F9"/>
    <w:rsid w:val="00DA4A68"/>
    <w:rsid w:val="00E535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24352"/>
  <w14:defaultImageDpi w14:val="300"/>
  <w15:docId w15:val="{B2603B0B-67E9-4A0A-98CF-B3CFDB55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AYCA NUR AYDOGAN</cp:lastModifiedBy>
  <cp:revision>4</cp:revision>
  <dcterms:created xsi:type="dcterms:W3CDTF">2026-09-22T10:51:00Z</dcterms:created>
  <dcterms:modified xsi:type="dcterms:W3CDTF">2026-09-24T08:19:00Z</dcterms:modified>
  <cp:category/>
</cp:coreProperties>
</file>