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E1E6F" w14:textId="53952BF6" w:rsidR="0018792C" w:rsidRPr="0018792C" w:rsidRDefault="0018792C" w:rsidP="0018792C">
      <w:pPr>
        <w:tabs>
          <w:tab w:val="left" w:pos="4335"/>
        </w:tabs>
        <w:jc w:val="center"/>
        <w:rPr>
          <w:rFonts w:cs="Times New Roman"/>
          <w:b/>
          <w:bCs/>
          <w:color w:val="1F4E79"/>
          <w:szCs w:val="18"/>
        </w:rPr>
      </w:pPr>
    </w:p>
    <w:tbl>
      <w:tblPr>
        <w:tblStyle w:val="TabloKlavuzu"/>
        <w:tblW w:w="10426" w:type="dxa"/>
        <w:jc w:val="center"/>
        <w:tblLayout w:type="fixed"/>
        <w:tblLook w:val="04A0" w:firstRow="1" w:lastRow="0" w:firstColumn="1" w:lastColumn="0" w:noHBand="0" w:noVBand="1"/>
      </w:tblPr>
      <w:tblGrid>
        <w:gridCol w:w="1766"/>
        <w:gridCol w:w="143"/>
        <w:gridCol w:w="2393"/>
        <w:gridCol w:w="3418"/>
        <w:gridCol w:w="2706"/>
      </w:tblGrid>
      <w:tr w:rsidR="0018792C" w:rsidRPr="00410F8C" w14:paraId="2B647A5F" w14:textId="77777777" w:rsidTr="00A93D15">
        <w:trPr>
          <w:cantSplit/>
          <w:jc w:val="center"/>
        </w:trPr>
        <w:tc>
          <w:tcPr>
            <w:tcW w:w="1766" w:type="dxa"/>
            <w:shd w:val="clear" w:color="auto" w:fill="C6D9F1" w:themeFill="text2" w:themeFillTint="33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33C24923" w14:textId="77777777" w:rsidR="0018792C" w:rsidRPr="00410F8C" w:rsidRDefault="0018792C" w:rsidP="00A93D15">
            <w:pPr>
              <w:spacing w:after="0" w:line="240" w:lineRule="auto"/>
              <w:jc w:val="left"/>
              <w:rPr>
                <w:rFonts w:cs="Times New Roman"/>
                <w:sz w:val="18"/>
                <w:szCs w:val="18"/>
              </w:rPr>
            </w:pPr>
            <w:bookmarkStart w:id="0" w:name="_Hlk240354985"/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>Birim:</w:t>
            </w:r>
          </w:p>
        </w:tc>
        <w:tc>
          <w:tcPr>
            <w:tcW w:w="8660" w:type="dxa"/>
            <w:gridSpan w:val="4"/>
            <w:shd w:val="clear" w:color="auto" w:fill="C6D9F1" w:themeFill="text2" w:themeFillTint="33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3F7CA220" w14:textId="45D7968D" w:rsidR="0018792C" w:rsidRPr="00410F8C" w:rsidRDefault="0018792C" w:rsidP="00A93D15">
            <w:pPr>
              <w:spacing w:after="0"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</w:tr>
      <w:tr w:rsidR="0018792C" w:rsidRPr="00410F8C" w14:paraId="3BEC5BBE" w14:textId="77777777" w:rsidTr="00A93D15">
        <w:trPr>
          <w:cantSplit/>
          <w:jc w:val="center"/>
        </w:trPr>
        <w:tc>
          <w:tcPr>
            <w:tcW w:w="10426" w:type="dxa"/>
            <w:gridSpan w:val="5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48B752B2" w14:textId="363E6E17" w:rsidR="0018792C" w:rsidRPr="00410F8C" w:rsidRDefault="0018792C" w:rsidP="00A93D15">
            <w:pPr>
              <w:spacing w:after="0" w:line="240" w:lineRule="auto"/>
              <w:jc w:val="left"/>
              <w:rPr>
                <w:rFonts w:cs="Times New Roman"/>
                <w:sz w:val="18"/>
                <w:szCs w:val="18"/>
              </w:rPr>
            </w:pPr>
            <w:proofErr w:type="spellStart"/>
            <w:r w:rsidRPr="00410F8C">
              <w:rPr>
                <w:rFonts w:cs="Times New Roman"/>
                <w:sz w:val="18"/>
                <w:szCs w:val="18"/>
              </w:rPr>
              <w:t>Görevi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üstlenen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hiyerarşik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amire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sorumlulukları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hatırlatılmıştır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>.</w:t>
            </w:r>
            <w:r w:rsidRPr="00410F8C">
              <w:rPr>
                <w:rFonts w:cs="Times New Roman"/>
                <w:sz w:val="18"/>
                <w:szCs w:val="18"/>
              </w:rPr>
              <w:br/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Birim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410F8C">
              <w:rPr>
                <w:rFonts w:cs="Times New Roman"/>
                <w:sz w:val="18"/>
                <w:szCs w:val="18"/>
              </w:rPr>
              <w:t>Yöneticisi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>:</w:t>
            </w:r>
            <w:r>
              <w:rPr>
                <w:rFonts w:cs="Times New Roman"/>
                <w:sz w:val="18"/>
                <w:szCs w:val="18"/>
              </w:rPr>
              <w:t>…</w:t>
            </w:r>
            <w:proofErr w:type="gramEnd"/>
            <w:r>
              <w:rPr>
                <w:rFonts w:cs="Times New Roman"/>
                <w:sz w:val="18"/>
                <w:szCs w:val="18"/>
              </w:rPr>
              <w:t>………..</w:t>
            </w:r>
            <w:r w:rsidRPr="00410F8C">
              <w:rPr>
                <w:rFonts w:cs="Times New Roman"/>
                <w:sz w:val="18"/>
                <w:szCs w:val="18"/>
              </w:rPr>
              <w:br/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Unvanı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>:</w:t>
            </w:r>
            <w:r>
              <w:rPr>
                <w:rFonts w:cs="Times New Roman"/>
                <w:sz w:val="18"/>
                <w:szCs w:val="18"/>
              </w:rPr>
              <w:t>………….</w:t>
            </w:r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r w:rsidRPr="00410F8C">
              <w:rPr>
                <w:rFonts w:cs="Times New Roman"/>
                <w:sz w:val="18"/>
                <w:szCs w:val="18"/>
              </w:rPr>
              <w:br/>
              <w:t>İmza: ....................</w:t>
            </w:r>
          </w:p>
        </w:tc>
      </w:tr>
      <w:bookmarkEnd w:id="0"/>
      <w:tr w:rsidR="0018792C" w:rsidRPr="00410F8C" w14:paraId="2D0C4950" w14:textId="77777777" w:rsidTr="00A93D15">
        <w:trPr>
          <w:cantSplit/>
          <w:tblHeader/>
          <w:jc w:val="center"/>
        </w:trPr>
        <w:tc>
          <w:tcPr>
            <w:tcW w:w="1909" w:type="dxa"/>
            <w:gridSpan w:val="2"/>
            <w:shd w:val="clear" w:color="auto" w:fill="C6D9F1" w:themeFill="text2" w:themeFillTint="33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3D90348F" w14:textId="77777777" w:rsidR="0018792C" w:rsidRPr="00410F8C" w:rsidRDefault="0018792C" w:rsidP="00A93D15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 xml:space="preserve">Hassas </w:t>
            </w:r>
            <w:proofErr w:type="spellStart"/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>Görev</w:t>
            </w:r>
            <w:proofErr w:type="spellEnd"/>
          </w:p>
        </w:tc>
        <w:tc>
          <w:tcPr>
            <w:tcW w:w="2393" w:type="dxa"/>
            <w:shd w:val="clear" w:color="auto" w:fill="C6D9F1" w:themeFill="text2" w:themeFillTint="33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603D1529" w14:textId="77777777" w:rsidR="0018792C" w:rsidRPr="00410F8C" w:rsidRDefault="0018792C" w:rsidP="00A93D15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 xml:space="preserve">Risk </w:t>
            </w:r>
            <w:proofErr w:type="spellStart"/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>Faktörleri</w:t>
            </w:r>
            <w:proofErr w:type="spellEnd"/>
          </w:p>
        </w:tc>
        <w:tc>
          <w:tcPr>
            <w:tcW w:w="3418" w:type="dxa"/>
            <w:shd w:val="clear" w:color="auto" w:fill="C6D9F1" w:themeFill="text2" w:themeFillTint="33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22619D1D" w14:textId="77777777" w:rsidR="0018792C" w:rsidRPr="00410F8C" w:rsidRDefault="0018792C" w:rsidP="00A93D15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proofErr w:type="spellStart"/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>Mevcut</w:t>
            </w:r>
            <w:proofErr w:type="spellEnd"/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>Tedbirler</w:t>
            </w:r>
            <w:proofErr w:type="spellEnd"/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>ve</w:t>
            </w:r>
            <w:proofErr w:type="spellEnd"/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>Değerlendirme</w:t>
            </w:r>
            <w:proofErr w:type="spellEnd"/>
          </w:p>
        </w:tc>
        <w:tc>
          <w:tcPr>
            <w:tcW w:w="2706" w:type="dxa"/>
            <w:shd w:val="clear" w:color="auto" w:fill="C6D9F1" w:themeFill="text2" w:themeFillTint="33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15D5257F" w14:textId="77777777" w:rsidR="0018792C" w:rsidRPr="00410F8C" w:rsidRDefault="0018792C" w:rsidP="00A93D15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proofErr w:type="spellStart"/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>İlave</w:t>
            </w:r>
            <w:proofErr w:type="spellEnd"/>
            <w:r w:rsidRPr="00410F8C">
              <w:rPr>
                <w:rFonts w:cs="Times New Roman"/>
                <w:b/>
                <w:color w:val="222222"/>
                <w:sz w:val="18"/>
                <w:szCs w:val="18"/>
              </w:rPr>
              <w:t xml:space="preserve"> Tedbirler</w:t>
            </w:r>
          </w:p>
        </w:tc>
      </w:tr>
      <w:tr w:rsidR="0018792C" w:rsidRPr="00410F8C" w14:paraId="0318A786" w14:textId="77777777" w:rsidTr="00A93D15">
        <w:trPr>
          <w:cantSplit/>
          <w:jc w:val="center"/>
        </w:trPr>
        <w:tc>
          <w:tcPr>
            <w:tcW w:w="1909" w:type="dxa"/>
            <w:gridSpan w:val="2"/>
            <w:vMerge w:val="restart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4B65432D" w14:textId="77777777" w:rsidR="0018792C" w:rsidRPr="00410F8C" w:rsidRDefault="0018792C" w:rsidP="00A93D15">
            <w:pPr>
              <w:spacing w:after="0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93" w:type="dxa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06CEE945" w14:textId="77777777" w:rsidR="0018792C" w:rsidRPr="00410F8C" w:rsidRDefault="0018792C" w:rsidP="00A93D15">
            <w:pPr>
              <w:spacing w:after="0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418" w:type="dxa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4AD7C053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706" w:type="dxa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51FA1C33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</w:tr>
      <w:tr w:rsidR="0018792C" w:rsidRPr="00410F8C" w14:paraId="0175C406" w14:textId="77777777" w:rsidTr="00A93D15">
        <w:trPr>
          <w:cantSplit/>
          <w:jc w:val="center"/>
        </w:trPr>
        <w:tc>
          <w:tcPr>
            <w:tcW w:w="1909" w:type="dxa"/>
            <w:gridSpan w:val="2"/>
            <w:vMerge/>
            <w:shd w:val="clear" w:color="auto" w:fill="F2F2F2"/>
          </w:tcPr>
          <w:p w14:paraId="63DF6EBC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93" w:type="dxa"/>
            <w:shd w:val="clear" w:color="auto" w:fill="F2F2F2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0DA7FED7" w14:textId="77777777" w:rsidR="0018792C" w:rsidRPr="00410F8C" w:rsidRDefault="0018792C" w:rsidP="00A93D15">
            <w:pPr>
              <w:spacing w:after="0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418" w:type="dxa"/>
            <w:shd w:val="clear" w:color="auto" w:fill="F2F2F2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00E82EBD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706" w:type="dxa"/>
            <w:shd w:val="clear" w:color="auto" w:fill="F2F2F2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6655B7B7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</w:tr>
      <w:tr w:rsidR="0018792C" w:rsidRPr="00410F8C" w14:paraId="2CD03429" w14:textId="77777777" w:rsidTr="00A93D15">
        <w:trPr>
          <w:cantSplit/>
          <w:jc w:val="center"/>
        </w:trPr>
        <w:tc>
          <w:tcPr>
            <w:tcW w:w="1909" w:type="dxa"/>
            <w:gridSpan w:val="2"/>
            <w:vMerge/>
          </w:tcPr>
          <w:p w14:paraId="1DEDBF46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93" w:type="dxa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44CF9089" w14:textId="77777777" w:rsidR="0018792C" w:rsidRPr="00410F8C" w:rsidRDefault="0018792C" w:rsidP="00A93D15">
            <w:pPr>
              <w:spacing w:after="0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418" w:type="dxa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69E8AE46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706" w:type="dxa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1E729523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</w:tr>
      <w:tr w:rsidR="0018792C" w:rsidRPr="00410F8C" w14:paraId="1426B434" w14:textId="77777777" w:rsidTr="00A93D15">
        <w:trPr>
          <w:cantSplit/>
          <w:jc w:val="center"/>
        </w:trPr>
        <w:tc>
          <w:tcPr>
            <w:tcW w:w="1909" w:type="dxa"/>
            <w:gridSpan w:val="2"/>
            <w:vMerge/>
            <w:shd w:val="clear" w:color="auto" w:fill="F2F2F2"/>
          </w:tcPr>
          <w:p w14:paraId="4A6DD792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93" w:type="dxa"/>
            <w:shd w:val="clear" w:color="auto" w:fill="F2F2F2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72F3CB3C" w14:textId="77777777" w:rsidR="0018792C" w:rsidRPr="00410F8C" w:rsidRDefault="0018792C" w:rsidP="00A93D15">
            <w:pPr>
              <w:spacing w:after="0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418" w:type="dxa"/>
            <w:shd w:val="clear" w:color="auto" w:fill="F2F2F2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0DC8BCC7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706" w:type="dxa"/>
            <w:shd w:val="clear" w:color="auto" w:fill="F2F2F2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68FEDB0F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</w:tr>
      <w:tr w:rsidR="0018792C" w:rsidRPr="00410F8C" w14:paraId="0C8BA7A4" w14:textId="77777777" w:rsidTr="00A93D15">
        <w:trPr>
          <w:cantSplit/>
          <w:jc w:val="center"/>
        </w:trPr>
        <w:tc>
          <w:tcPr>
            <w:tcW w:w="1909" w:type="dxa"/>
            <w:gridSpan w:val="2"/>
            <w:vMerge/>
          </w:tcPr>
          <w:p w14:paraId="2BDBFBFE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93" w:type="dxa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315F1598" w14:textId="77777777" w:rsidR="0018792C" w:rsidRPr="00410F8C" w:rsidRDefault="0018792C" w:rsidP="00A93D15">
            <w:pPr>
              <w:spacing w:after="0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418" w:type="dxa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27CC254A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706" w:type="dxa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5DBF3CC8" w14:textId="77777777" w:rsidR="0018792C" w:rsidRPr="00410F8C" w:rsidRDefault="0018792C" w:rsidP="00A93D15">
            <w:pPr>
              <w:jc w:val="left"/>
              <w:rPr>
                <w:rFonts w:cs="Times New Roman"/>
                <w:sz w:val="18"/>
                <w:szCs w:val="18"/>
              </w:rPr>
            </w:pPr>
          </w:p>
        </w:tc>
      </w:tr>
      <w:tr w:rsidR="0018792C" w:rsidRPr="00410F8C" w14:paraId="79098FED" w14:textId="77777777" w:rsidTr="00A93D15">
        <w:trPr>
          <w:cantSplit/>
          <w:jc w:val="center"/>
        </w:trPr>
        <w:tc>
          <w:tcPr>
            <w:tcW w:w="10426" w:type="dxa"/>
            <w:gridSpan w:val="5"/>
            <w:tcMar>
              <w:top w:w="60" w:type="dxa"/>
              <w:left w:w="65" w:type="dxa"/>
              <w:bottom w:w="60" w:type="dxa"/>
              <w:right w:w="65" w:type="dxa"/>
            </w:tcMar>
            <w:vAlign w:val="center"/>
          </w:tcPr>
          <w:p w14:paraId="429569D3" w14:textId="19CD5D7F" w:rsidR="0018792C" w:rsidRPr="00410F8C" w:rsidRDefault="0018792C" w:rsidP="00A93D15">
            <w:pPr>
              <w:spacing w:after="0" w:line="240" w:lineRule="auto"/>
              <w:jc w:val="left"/>
              <w:rPr>
                <w:rFonts w:cs="Times New Roman"/>
                <w:sz w:val="18"/>
                <w:szCs w:val="18"/>
              </w:rPr>
            </w:pPr>
            <w:proofErr w:type="spellStart"/>
            <w:r w:rsidRPr="00410F8C">
              <w:rPr>
                <w:rFonts w:cs="Times New Roman"/>
                <w:sz w:val="18"/>
                <w:szCs w:val="18"/>
              </w:rPr>
              <w:t>Yukarıda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belirtilen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hassas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görev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kapsamında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gerekli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tedbirlerin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alındığı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tarafımca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kabul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edilmiştir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>.</w:t>
            </w:r>
            <w:r w:rsidRPr="00410F8C">
              <w:rPr>
                <w:rFonts w:cs="Times New Roman"/>
                <w:sz w:val="18"/>
                <w:szCs w:val="18"/>
              </w:rPr>
              <w:br/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Hiyerarşik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 Amir: </w:t>
            </w:r>
            <w:r w:rsidRPr="00410F8C">
              <w:rPr>
                <w:rFonts w:cs="Times New Roman"/>
                <w:sz w:val="18"/>
                <w:szCs w:val="18"/>
              </w:rPr>
              <w:br/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Unvanı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 xml:space="preserve">: </w:t>
            </w:r>
            <w:r w:rsidRPr="00410F8C">
              <w:rPr>
                <w:rFonts w:cs="Times New Roman"/>
                <w:sz w:val="18"/>
                <w:szCs w:val="18"/>
              </w:rPr>
              <w:br/>
            </w:r>
            <w:proofErr w:type="spellStart"/>
            <w:r w:rsidRPr="00410F8C">
              <w:rPr>
                <w:rFonts w:cs="Times New Roman"/>
                <w:sz w:val="18"/>
                <w:szCs w:val="18"/>
              </w:rPr>
              <w:t>İmza</w:t>
            </w:r>
            <w:proofErr w:type="spellEnd"/>
            <w:r w:rsidRPr="00410F8C">
              <w:rPr>
                <w:rFonts w:cs="Times New Roman"/>
                <w:sz w:val="18"/>
                <w:szCs w:val="18"/>
              </w:rPr>
              <w:t>: ....................</w:t>
            </w:r>
          </w:p>
        </w:tc>
      </w:tr>
      <w:tr w:rsidR="0018792C" w:rsidRPr="00410F8C" w14:paraId="76E05CAA" w14:textId="77777777" w:rsidTr="00A93D15">
        <w:trPr>
          <w:cantSplit/>
          <w:jc w:val="center"/>
        </w:trPr>
        <w:tc>
          <w:tcPr>
            <w:tcW w:w="10426" w:type="dxa"/>
            <w:gridSpan w:val="5"/>
          </w:tcPr>
          <w:p w14:paraId="7EE373DA" w14:textId="77777777" w:rsidR="0018792C" w:rsidRPr="00410F8C" w:rsidRDefault="0018792C" w:rsidP="00A93D15">
            <w:pPr>
              <w:spacing w:after="0" w:line="240" w:lineRule="auto"/>
              <w:jc w:val="left"/>
              <w:rPr>
                <w:rFonts w:cs="Times New Roman"/>
                <w:sz w:val="18"/>
                <w:szCs w:val="18"/>
              </w:rPr>
            </w:pPr>
            <w:r w:rsidRPr="00410F8C">
              <w:rPr>
                <w:rFonts w:cs="Times New Roman"/>
                <w:b/>
                <w:sz w:val="18"/>
                <w:szCs w:val="18"/>
              </w:rPr>
              <w:t xml:space="preserve">Hassas </w:t>
            </w:r>
            <w:proofErr w:type="spellStart"/>
            <w:r w:rsidRPr="00410F8C">
              <w:rPr>
                <w:rFonts w:cs="Times New Roman"/>
                <w:b/>
                <w:sz w:val="18"/>
                <w:szCs w:val="18"/>
              </w:rPr>
              <w:t>Görevi</w:t>
            </w:r>
            <w:proofErr w:type="spellEnd"/>
            <w:r w:rsidRPr="00410F8C">
              <w:rPr>
                <w:rFonts w:cs="Times New Roman"/>
                <w:b/>
                <w:sz w:val="18"/>
                <w:szCs w:val="18"/>
              </w:rPr>
              <w:t xml:space="preserve"> İfa Eden </w:t>
            </w:r>
            <w:proofErr w:type="spellStart"/>
            <w:r w:rsidRPr="00410F8C">
              <w:rPr>
                <w:rFonts w:cs="Times New Roman"/>
                <w:b/>
                <w:sz w:val="18"/>
                <w:szCs w:val="18"/>
              </w:rPr>
              <w:t>Personel</w:t>
            </w:r>
            <w:proofErr w:type="spellEnd"/>
            <w:r w:rsidRPr="00410F8C">
              <w:rPr>
                <w:rFonts w:cs="Times New Roman"/>
                <w:b/>
                <w:sz w:val="18"/>
                <w:szCs w:val="18"/>
              </w:rPr>
              <w:t xml:space="preserve"> (</w:t>
            </w:r>
            <w:proofErr w:type="spellStart"/>
            <w:r w:rsidRPr="00410F8C">
              <w:rPr>
                <w:rFonts w:cs="Times New Roman"/>
                <w:b/>
                <w:sz w:val="18"/>
                <w:szCs w:val="18"/>
              </w:rPr>
              <w:t>İnceledim</w:t>
            </w:r>
            <w:proofErr w:type="spellEnd"/>
            <w:r w:rsidRPr="00410F8C">
              <w:rPr>
                <w:rFonts w:cs="Times New Roman"/>
                <w:b/>
                <w:sz w:val="18"/>
                <w:szCs w:val="18"/>
              </w:rPr>
              <w:t>)</w:t>
            </w:r>
            <w:r w:rsidRPr="00410F8C">
              <w:rPr>
                <w:rFonts w:cs="Times New Roman"/>
                <w:b/>
                <w:sz w:val="18"/>
                <w:szCs w:val="18"/>
              </w:rPr>
              <w:br/>
            </w:r>
            <w:proofErr w:type="spellStart"/>
            <w:r w:rsidRPr="00410F8C">
              <w:rPr>
                <w:rFonts w:cs="Times New Roman"/>
                <w:b/>
                <w:sz w:val="18"/>
                <w:szCs w:val="18"/>
              </w:rPr>
              <w:t>Adı</w:t>
            </w:r>
            <w:proofErr w:type="spellEnd"/>
            <w:r w:rsidRPr="00410F8C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b/>
                <w:sz w:val="18"/>
                <w:szCs w:val="18"/>
              </w:rPr>
              <w:t>Soyadı</w:t>
            </w:r>
            <w:proofErr w:type="spellEnd"/>
            <w:r w:rsidRPr="00410F8C">
              <w:rPr>
                <w:rFonts w:cs="Times New Roman"/>
                <w:b/>
                <w:sz w:val="18"/>
                <w:szCs w:val="18"/>
              </w:rPr>
              <w:t xml:space="preserve">: </w:t>
            </w:r>
            <w:proofErr w:type="spellStart"/>
            <w:r w:rsidRPr="00410F8C">
              <w:rPr>
                <w:rFonts w:cs="Times New Roman"/>
                <w:b/>
                <w:sz w:val="18"/>
                <w:szCs w:val="18"/>
              </w:rPr>
              <w:t>Birim</w:t>
            </w:r>
            <w:proofErr w:type="spellEnd"/>
            <w:r w:rsidRPr="00410F8C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410F8C">
              <w:rPr>
                <w:rFonts w:cs="Times New Roman"/>
                <w:b/>
                <w:sz w:val="18"/>
                <w:szCs w:val="18"/>
              </w:rPr>
              <w:t>Personeli</w:t>
            </w:r>
            <w:proofErr w:type="spellEnd"/>
            <w:r w:rsidRPr="00410F8C">
              <w:rPr>
                <w:rFonts w:cs="Times New Roman"/>
                <w:b/>
                <w:sz w:val="18"/>
                <w:szCs w:val="18"/>
              </w:rPr>
              <w:br/>
            </w:r>
            <w:proofErr w:type="spellStart"/>
            <w:r w:rsidRPr="00410F8C">
              <w:rPr>
                <w:rFonts w:cs="Times New Roman"/>
                <w:b/>
                <w:sz w:val="18"/>
                <w:szCs w:val="18"/>
              </w:rPr>
              <w:t>Unvanı</w:t>
            </w:r>
            <w:proofErr w:type="spellEnd"/>
            <w:r w:rsidRPr="00410F8C">
              <w:rPr>
                <w:rFonts w:cs="Times New Roman"/>
                <w:b/>
                <w:sz w:val="18"/>
                <w:szCs w:val="18"/>
              </w:rPr>
              <w:t>: ............................</w:t>
            </w:r>
            <w:r w:rsidRPr="00410F8C">
              <w:rPr>
                <w:rFonts w:cs="Times New Roman"/>
                <w:b/>
                <w:sz w:val="18"/>
                <w:szCs w:val="18"/>
              </w:rPr>
              <w:br/>
            </w:r>
            <w:proofErr w:type="spellStart"/>
            <w:r w:rsidRPr="00410F8C">
              <w:rPr>
                <w:rFonts w:cs="Times New Roman"/>
                <w:b/>
                <w:sz w:val="18"/>
                <w:szCs w:val="18"/>
              </w:rPr>
              <w:t>Tarih</w:t>
            </w:r>
            <w:proofErr w:type="spellEnd"/>
            <w:r w:rsidRPr="00410F8C">
              <w:rPr>
                <w:rFonts w:cs="Times New Roman"/>
                <w:b/>
                <w:sz w:val="18"/>
                <w:szCs w:val="18"/>
              </w:rPr>
              <w:t>: ....../....../........</w:t>
            </w:r>
            <w:r w:rsidRPr="00410F8C">
              <w:rPr>
                <w:rFonts w:cs="Times New Roman"/>
                <w:b/>
                <w:sz w:val="18"/>
                <w:szCs w:val="18"/>
              </w:rPr>
              <w:br/>
            </w:r>
            <w:proofErr w:type="spellStart"/>
            <w:r w:rsidRPr="00410F8C">
              <w:rPr>
                <w:rFonts w:cs="Times New Roman"/>
                <w:b/>
                <w:sz w:val="18"/>
                <w:szCs w:val="18"/>
              </w:rPr>
              <w:t>İmza</w:t>
            </w:r>
            <w:proofErr w:type="spellEnd"/>
            <w:r w:rsidRPr="00410F8C">
              <w:rPr>
                <w:rFonts w:cs="Times New Roman"/>
                <w:b/>
                <w:sz w:val="18"/>
                <w:szCs w:val="18"/>
              </w:rPr>
              <w:t>: ....................</w:t>
            </w:r>
          </w:p>
        </w:tc>
      </w:tr>
    </w:tbl>
    <w:p w14:paraId="0A1B457F" w14:textId="77777777" w:rsidR="0018792C" w:rsidRPr="0018792C" w:rsidRDefault="0018792C" w:rsidP="006C6FD1">
      <w:pPr>
        <w:rPr>
          <w:rFonts w:cs="Times New Roman"/>
          <w:szCs w:val="18"/>
        </w:rPr>
      </w:pPr>
    </w:p>
    <w:sectPr w:rsidR="0018792C" w:rsidRPr="0018792C" w:rsidSect="0018792C">
      <w:headerReference w:type="default" r:id="rId8"/>
      <w:footerReference w:type="default" r:id="rId9"/>
      <w:pgSz w:w="11906" w:h="16838"/>
      <w:pgMar w:top="720" w:right="720" w:bottom="720" w:left="720" w:header="283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1DD3C" w14:textId="77777777" w:rsidR="00560C31" w:rsidRDefault="00560C31">
      <w:pPr>
        <w:spacing w:after="0" w:line="240" w:lineRule="auto"/>
      </w:pPr>
      <w:r>
        <w:separator/>
      </w:r>
    </w:p>
  </w:endnote>
  <w:endnote w:type="continuationSeparator" w:id="0">
    <w:p w14:paraId="7C1F1E1B" w14:textId="77777777" w:rsidR="00560C31" w:rsidRDefault="00560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7E23F" w14:textId="77777777" w:rsidR="00240A65" w:rsidRDefault="00240A65">
    <w:pPr>
      <w:pStyle w:val="AltBilgi"/>
      <w:jc w:val="center"/>
    </w:pP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 w:rsidR="00BF3E77">
      <w:rPr>
        <w:noProof/>
        <w:sz w:val="22"/>
      </w:rPr>
      <w:t>121</w:t>
    </w:r>
    <w:r>
      <w:rPr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D5E02" w14:textId="77777777" w:rsidR="00560C31" w:rsidRDefault="00560C31">
      <w:pPr>
        <w:spacing w:after="0" w:line="240" w:lineRule="auto"/>
      </w:pPr>
      <w:r>
        <w:separator/>
      </w:r>
    </w:p>
  </w:footnote>
  <w:footnote w:type="continuationSeparator" w:id="0">
    <w:p w14:paraId="15E3C2D9" w14:textId="77777777" w:rsidR="00560C31" w:rsidRDefault="00560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1"/>
      <w:tblW w:w="10405" w:type="dxa"/>
      <w:tblInd w:w="-5" w:type="dxa"/>
      <w:tblLook w:val="04A0" w:firstRow="1" w:lastRow="0" w:firstColumn="1" w:lastColumn="0" w:noHBand="0" w:noVBand="1"/>
    </w:tblPr>
    <w:tblGrid>
      <w:gridCol w:w="1639"/>
      <w:gridCol w:w="5782"/>
      <w:gridCol w:w="1630"/>
      <w:gridCol w:w="1354"/>
    </w:tblGrid>
    <w:tr w:rsidR="006C6FD1" w:rsidRPr="006C6FD1" w14:paraId="0DAFD572" w14:textId="77777777" w:rsidTr="006C6FD1">
      <w:trPr>
        <w:trHeight w:val="289"/>
      </w:trPr>
      <w:tc>
        <w:tcPr>
          <w:tcW w:w="1639" w:type="dxa"/>
          <w:vMerge w:val="restart"/>
        </w:tcPr>
        <w:p w14:paraId="31312ECD" w14:textId="77777777" w:rsidR="006C6FD1" w:rsidRPr="006C6FD1" w:rsidRDefault="006C6FD1" w:rsidP="006C6FD1">
          <w:pPr>
            <w:spacing w:before="60" w:after="0" w:line="240" w:lineRule="auto"/>
            <w:jc w:val="left"/>
            <w:rPr>
              <w:rFonts w:ascii="Century Gothic" w:eastAsia="Century Gothic" w:hAnsi="Century Gothic" w:cs="Times New Roman"/>
              <w:sz w:val="22"/>
            </w:rPr>
          </w:pPr>
          <w:r w:rsidRPr="006C6FD1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58899DF5" wp14:editId="037F2723">
                <wp:extent cx="804483" cy="779780"/>
                <wp:effectExtent l="0" t="0" r="0" b="127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1651" cy="7867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82" w:type="dxa"/>
          <w:vMerge w:val="restart"/>
        </w:tcPr>
        <w:p w14:paraId="46DD411E" w14:textId="77777777" w:rsidR="006C6FD1" w:rsidRPr="006C6FD1" w:rsidRDefault="006C6FD1" w:rsidP="006C6FD1">
          <w:pPr>
            <w:spacing w:after="0" w:line="240" w:lineRule="auto"/>
            <w:jc w:val="center"/>
            <w:rPr>
              <w:rFonts w:eastAsia="Century Gothic" w:cs="Times New Roman"/>
              <w:b/>
              <w:sz w:val="22"/>
            </w:rPr>
          </w:pPr>
          <w:r w:rsidRPr="006C6FD1">
            <w:rPr>
              <w:rFonts w:eastAsia="Century Gothic" w:cs="Times New Roman"/>
              <w:b/>
              <w:sz w:val="22"/>
            </w:rPr>
            <w:t>T.C.</w:t>
          </w:r>
        </w:p>
        <w:p w14:paraId="31180327" w14:textId="77777777" w:rsidR="006C6FD1" w:rsidRPr="006C6FD1" w:rsidRDefault="006C6FD1" w:rsidP="006C6FD1">
          <w:pPr>
            <w:spacing w:after="0" w:line="240" w:lineRule="auto"/>
            <w:jc w:val="center"/>
            <w:rPr>
              <w:rFonts w:eastAsia="Century Gothic" w:cs="Times New Roman"/>
              <w:sz w:val="22"/>
            </w:rPr>
          </w:pPr>
          <w:r w:rsidRPr="006C6FD1">
            <w:rPr>
              <w:rFonts w:eastAsia="Century Gothic" w:cs="Times New Roman"/>
              <w:b/>
              <w:sz w:val="22"/>
            </w:rPr>
            <w:t>KASTAMONU ÜNİVERSİTESİ</w:t>
          </w:r>
        </w:p>
        <w:p w14:paraId="019B10C7" w14:textId="77777777" w:rsidR="006C6FD1" w:rsidRDefault="006C6FD1" w:rsidP="006C6FD1">
          <w:pPr>
            <w:spacing w:after="0" w:line="240" w:lineRule="auto"/>
            <w:jc w:val="center"/>
            <w:rPr>
              <w:rFonts w:eastAsia="Calibri" w:cs="Times New Roman"/>
              <w:szCs w:val="24"/>
            </w:rPr>
          </w:pPr>
        </w:p>
        <w:p w14:paraId="365011B3" w14:textId="34DF54F2" w:rsidR="006C6FD1" w:rsidRPr="006C6FD1" w:rsidRDefault="006C6FD1" w:rsidP="006C6FD1">
          <w:pPr>
            <w:spacing w:after="0" w:line="240" w:lineRule="auto"/>
            <w:jc w:val="center"/>
            <w:rPr>
              <w:rFonts w:eastAsia="Calibri" w:cs="Times New Roman"/>
              <w:szCs w:val="24"/>
            </w:rPr>
          </w:pPr>
          <w:r w:rsidRPr="0018792C">
            <w:rPr>
              <w:rFonts w:cs="Times New Roman"/>
              <w:b/>
              <w:bCs/>
              <w:szCs w:val="18"/>
            </w:rPr>
            <w:t>HASSAS GÖREV ANALİZ FORMU</w:t>
          </w:r>
        </w:p>
      </w:tc>
      <w:tc>
        <w:tcPr>
          <w:tcW w:w="1630" w:type="dxa"/>
        </w:tcPr>
        <w:p w14:paraId="38C3C497" w14:textId="77777777" w:rsidR="006C6FD1" w:rsidRPr="006C6FD1" w:rsidRDefault="006C6FD1" w:rsidP="006C6FD1">
          <w:pPr>
            <w:spacing w:after="0" w:line="240" w:lineRule="auto"/>
            <w:jc w:val="left"/>
            <w:rPr>
              <w:rFonts w:eastAsia="Century Gothic" w:cs="Times New Roman"/>
              <w:sz w:val="18"/>
              <w:szCs w:val="18"/>
            </w:rPr>
          </w:pPr>
          <w:r w:rsidRPr="006C6FD1">
            <w:rPr>
              <w:rFonts w:eastAsia="Century Gothic" w:cs="Times New Roman"/>
              <w:sz w:val="18"/>
              <w:szCs w:val="18"/>
            </w:rPr>
            <w:t>Doküman No</w:t>
          </w:r>
        </w:p>
      </w:tc>
      <w:tc>
        <w:tcPr>
          <w:tcW w:w="1354" w:type="dxa"/>
          <w:vAlign w:val="center"/>
        </w:tcPr>
        <w:p w14:paraId="49599B83" w14:textId="11C39479" w:rsidR="006C6FD1" w:rsidRPr="006C6FD1" w:rsidRDefault="006C6FD1" w:rsidP="006C6FD1">
          <w:pPr>
            <w:spacing w:after="0" w:line="240" w:lineRule="auto"/>
            <w:jc w:val="left"/>
            <w:rPr>
              <w:rFonts w:eastAsia="Calibri" w:cs="Times New Roman"/>
              <w:color w:val="000000"/>
              <w:sz w:val="18"/>
              <w:szCs w:val="18"/>
            </w:rPr>
          </w:pPr>
          <w:r w:rsidRPr="006C6FD1">
            <w:rPr>
              <w:rFonts w:eastAsia="Calibri" w:cs="Times New Roman"/>
              <w:color w:val="000000"/>
              <w:sz w:val="18"/>
              <w:szCs w:val="18"/>
            </w:rPr>
            <w:t>KYS-FRM-824</w:t>
          </w:r>
        </w:p>
      </w:tc>
    </w:tr>
    <w:tr w:rsidR="006C6FD1" w:rsidRPr="006C6FD1" w14:paraId="393F9017" w14:textId="77777777" w:rsidTr="006C6FD1">
      <w:trPr>
        <w:trHeight w:val="289"/>
      </w:trPr>
      <w:tc>
        <w:tcPr>
          <w:tcW w:w="1639" w:type="dxa"/>
          <w:vMerge/>
        </w:tcPr>
        <w:p w14:paraId="2D9C3CA0" w14:textId="77777777" w:rsidR="006C6FD1" w:rsidRPr="006C6FD1" w:rsidRDefault="006C6FD1" w:rsidP="006C6FD1">
          <w:pPr>
            <w:spacing w:after="0" w:line="240" w:lineRule="auto"/>
            <w:jc w:val="left"/>
            <w:rPr>
              <w:rFonts w:ascii="Century Gothic" w:eastAsia="Century Gothic" w:hAnsi="Century Gothic" w:cs="Times New Roman"/>
              <w:sz w:val="22"/>
            </w:rPr>
          </w:pPr>
        </w:p>
      </w:tc>
      <w:tc>
        <w:tcPr>
          <w:tcW w:w="5782" w:type="dxa"/>
          <w:vMerge/>
        </w:tcPr>
        <w:p w14:paraId="5DCE812B" w14:textId="77777777" w:rsidR="006C6FD1" w:rsidRPr="006C6FD1" w:rsidRDefault="006C6FD1" w:rsidP="006C6FD1">
          <w:pPr>
            <w:spacing w:after="0" w:line="240" w:lineRule="auto"/>
            <w:jc w:val="left"/>
            <w:rPr>
              <w:rFonts w:ascii="Century Gothic" w:eastAsia="Century Gothic" w:hAnsi="Century Gothic" w:cs="Times New Roman"/>
              <w:sz w:val="22"/>
            </w:rPr>
          </w:pPr>
        </w:p>
      </w:tc>
      <w:tc>
        <w:tcPr>
          <w:tcW w:w="1630" w:type="dxa"/>
        </w:tcPr>
        <w:p w14:paraId="563E2D8E" w14:textId="77777777" w:rsidR="006C6FD1" w:rsidRPr="006C6FD1" w:rsidRDefault="006C6FD1" w:rsidP="006C6FD1">
          <w:pPr>
            <w:spacing w:after="0" w:line="240" w:lineRule="auto"/>
            <w:jc w:val="left"/>
            <w:rPr>
              <w:rFonts w:eastAsia="Century Gothic" w:cs="Times New Roman"/>
              <w:sz w:val="18"/>
              <w:szCs w:val="18"/>
            </w:rPr>
          </w:pPr>
          <w:r w:rsidRPr="006C6FD1">
            <w:rPr>
              <w:rFonts w:eastAsia="Century Gothic" w:cs="Times New Roman"/>
              <w:sz w:val="18"/>
              <w:szCs w:val="18"/>
            </w:rPr>
            <w:t>İlk Yayın Tarihi</w:t>
          </w:r>
        </w:p>
      </w:tc>
      <w:tc>
        <w:tcPr>
          <w:tcW w:w="1354" w:type="dxa"/>
          <w:vAlign w:val="center"/>
        </w:tcPr>
        <w:p w14:paraId="2A667FBF" w14:textId="0714EF2F" w:rsidR="006C6FD1" w:rsidRPr="006C6FD1" w:rsidRDefault="006C6FD1" w:rsidP="006C6FD1">
          <w:pPr>
            <w:spacing w:after="0" w:line="240" w:lineRule="auto"/>
            <w:jc w:val="left"/>
            <w:rPr>
              <w:rFonts w:eastAsia="Calibri" w:cs="Times New Roman"/>
              <w:color w:val="000000"/>
              <w:sz w:val="18"/>
              <w:szCs w:val="18"/>
            </w:rPr>
          </w:pPr>
          <w:r w:rsidRPr="006C6FD1">
            <w:rPr>
              <w:rFonts w:eastAsia="Century Gothic" w:cs="Times New Roman"/>
              <w:sz w:val="18"/>
              <w:szCs w:val="18"/>
            </w:rPr>
            <w:t>15.09.2026</w:t>
          </w:r>
        </w:p>
      </w:tc>
    </w:tr>
    <w:tr w:rsidR="006C6FD1" w:rsidRPr="006C6FD1" w14:paraId="2CAFD7DC" w14:textId="77777777" w:rsidTr="006C6FD1">
      <w:trPr>
        <w:trHeight w:val="304"/>
      </w:trPr>
      <w:tc>
        <w:tcPr>
          <w:tcW w:w="1639" w:type="dxa"/>
          <w:vMerge/>
        </w:tcPr>
        <w:p w14:paraId="568783B1" w14:textId="77777777" w:rsidR="006C6FD1" w:rsidRPr="006C6FD1" w:rsidRDefault="006C6FD1" w:rsidP="006C6FD1">
          <w:pPr>
            <w:spacing w:after="0" w:line="240" w:lineRule="auto"/>
            <w:jc w:val="left"/>
            <w:rPr>
              <w:rFonts w:ascii="Century Gothic" w:eastAsia="Century Gothic" w:hAnsi="Century Gothic" w:cs="Times New Roman"/>
              <w:sz w:val="22"/>
            </w:rPr>
          </w:pPr>
        </w:p>
      </w:tc>
      <w:tc>
        <w:tcPr>
          <w:tcW w:w="5782" w:type="dxa"/>
          <w:vMerge/>
        </w:tcPr>
        <w:p w14:paraId="27D40621" w14:textId="77777777" w:rsidR="006C6FD1" w:rsidRPr="006C6FD1" w:rsidRDefault="006C6FD1" w:rsidP="006C6FD1">
          <w:pPr>
            <w:spacing w:after="0" w:line="240" w:lineRule="auto"/>
            <w:jc w:val="left"/>
            <w:rPr>
              <w:rFonts w:ascii="Century Gothic" w:eastAsia="Century Gothic" w:hAnsi="Century Gothic" w:cs="Times New Roman"/>
              <w:sz w:val="22"/>
            </w:rPr>
          </w:pPr>
        </w:p>
      </w:tc>
      <w:tc>
        <w:tcPr>
          <w:tcW w:w="1630" w:type="dxa"/>
        </w:tcPr>
        <w:p w14:paraId="0BFBD7E3" w14:textId="77777777" w:rsidR="006C6FD1" w:rsidRPr="006C6FD1" w:rsidRDefault="006C6FD1" w:rsidP="006C6FD1">
          <w:pPr>
            <w:spacing w:after="0" w:line="240" w:lineRule="auto"/>
            <w:jc w:val="left"/>
            <w:rPr>
              <w:rFonts w:eastAsia="Century Gothic" w:cs="Times New Roman"/>
              <w:sz w:val="18"/>
              <w:szCs w:val="18"/>
            </w:rPr>
          </w:pPr>
          <w:r w:rsidRPr="006C6FD1">
            <w:rPr>
              <w:rFonts w:eastAsia="Century Gothic" w:cs="Times New Roman"/>
              <w:sz w:val="18"/>
              <w:szCs w:val="18"/>
            </w:rPr>
            <w:t>Revizyon Tarihi</w:t>
          </w:r>
        </w:p>
      </w:tc>
      <w:tc>
        <w:tcPr>
          <w:tcW w:w="1354" w:type="dxa"/>
        </w:tcPr>
        <w:p w14:paraId="5795E645" w14:textId="0938E7BB" w:rsidR="006C6FD1" w:rsidRPr="006C6FD1" w:rsidRDefault="006C6FD1" w:rsidP="006C6FD1">
          <w:pPr>
            <w:spacing w:after="0" w:line="240" w:lineRule="auto"/>
            <w:jc w:val="left"/>
            <w:rPr>
              <w:rFonts w:eastAsia="Century Gothic" w:cs="Times New Roman"/>
              <w:sz w:val="18"/>
              <w:szCs w:val="18"/>
            </w:rPr>
          </w:pPr>
          <w:r w:rsidRPr="006C6FD1">
            <w:rPr>
              <w:rFonts w:eastAsia="Century Gothic" w:cs="Times New Roman"/>
              <w:sz w:val="18"/>
              <w:szCs w:val="18"/>
            </w:rPr>
            <w:t>-</w:t>
          </w:r>
        </w:p>
      </w:tc>
    </w:tr>
    <w:tr w:rsidR="006C6FD1" w:rsidRPr="006C6FD1" w14:paraId="7F83ED69" w14:textId="77777777" w:rsidTr="006C6FD1">
      <w:trPr>
        <w:trHeight w:val="304"/>
      </w:trPr>
      <w:tc>
        <w:tcPr>
          <w:tcW w:w="1639" w:type="dxa"/>
          <w:vMerge/>
        </w:tcPr>
        <w:p w14:paraId="70F8D0E3" w14:textId="77777777" w:rsidR="006C6FD1" w:rsidRPr="006C6FD1" w:rsidRDefault="006C6FD1" w:rsidP="006C6FD1">
          <w:pPr>
            <w:spacing w:after="0" w:line="240" w:lineRule="auto"/>
            <w:jc w:val="left"/>
            <w:rPr>
              <w:rFonts w:ascii="Century Gothic" w:eastAsia="Century Gothic" w:hAnsi="Century Gothic" w:cs="Times New Roman"/>
              <w:sz w:val="22"/>
            </w:rPr>
          </w:pPr>
        </w:p>
      </w:tc>
      <w:tc>
        <w:tcPr>
          <w:tcW w:w="5782" w:type="dxa"/>
          <w:vMerge/>
        </w:tcPr>
        <w:p w14:paraId="147276A0" w14:textId="77777777" w:rsidR="006C6FD1" w:rsidRPr="006C6FD1" w:rsidRDefault="006C6FD1" w:rsidP="006C6FD1">
          <w:pPr>
            <w:spacing w:after="0" w:line="240" w:lineRule="auto"/>
            <w:jc w:val="left"/>
            <w:rPr>
              <w:rFonts w:ascii="Century Gothic" w:eastAsia="Century Gothic" w:hAnsi="Century Gothic" w:cs="Times New Roman"/>
              <w:sz w:val="22"/>
            </w:rPr>
          </w:pPr>
        </w:p>
      </w:tc>
      <w:tc>
        <w:tcPr>
          <w:tcW w:w="1630" w:type="dxa"/>
        </w:tcPr>
        <w:p w14:paraId="063D89CE" w14:textId="77777777" w:rsidR="006C6FD1" w:rsidRPr="006C6FD1" w:rsidRDefault="006C6FD1" w:rsidP="006C6FD1">
          <w:pPr>
            <w:spacing w:after="0" w:line="240" w:lineRule="auto"/>
            <w:jc w:val="left"/>
            <w:rPr>
              <w:rFonts w:eastAsia="Century Gothic" w:cs="Times New Roman"/>
              <w:sz w:val="18"/>
              <w:szCs w:val="18"/>
            </w:rPr>
          </w:pPr>
          <w:r w:rsidRPr="006C6FD1">
            <w:rPr>
              <w:rFonts w:eastAsia="Century Gothic" w:cs="Times New Roman"/>
              <w:sz w:val="18"/>
              <w:szCs w:val="18"/>
            </w:rPr>
            <w:t>Revizyon No</w:t>
          </w:r>
        </w:p>
      </w:tc>
      <w:tc>
        <w:tcPr>
          <w:tcW w:w="1354" w:type="dxa"/>
        </w:tcPr>
        <w:p w14:paraId="01DC67BA" w14:textId="1E3CDA51" w:rsidR="006C6FD1" w:rsidRPr="006C6FD1" w:rsidRDefault="006C6FD1" w:rsidP="006C6FD1">
          <w:pPr>
            <w:spacing w:after="0" w:line="240" w:lineRule="auto"/>
            <w:jc w:val="left"/>
            <w:rPr>
              <w:rFonts w:eastAsia="Century Gothic" w:cs="Times New Roman"/>
              <w:sz w:val="18"/>
              <w:szCs w:val="18"/>
            </w:rPr>
          </w:pPr>
          <w:r w:rsidRPr="006C6FD1">
            <w:rPr>
              <w:rFonts w:eastAsia="Century Gothic" w:cs="Times New Roman"/>
              <w:sz w:val="18"/>
              <w:szCs w:val="18"/>
            </w:rPr>
            <w:t>0</w:t>
          </w:r>
          <w:r w:rsidRPr="006C6FD1">
            <w:rPr>
              <w:rFonts w:eastAsia="Century Gothic" w:cs="Times New Roman"/>
              <w:sz w:val="18"/>
              <w:szCs w:val="18"/>
            </w:rPr>
            <w:t>0</w:t>
          </w:r>
        </w:p>
      </w:tc>
    </w:tr>
    <w:tr w:rsidR="006C6FD1" w:rsidRPr="006C6FD1" w14:paraId="43DB8BA9" w14:textId="77777777" w:rsidTr="006C6FD1">
      <w:trPr>
        <w:trHeight w:val="289"/>
      </w:trPr>
      <w:tc>
        <w:tcPr>
          <w:tcW w:w="1639" w:type="dxa"/>
          <w:vMerge/>
        </w:tcPr>
        <w:p w14:paraId="0337C0BF" w14:textId="77777777" w:rsidR="006C6FD1" w:rsidRPr="006C6FD1" w:rsidRDefault="006C6FD1" w:rsidP="006C6FD1">
          <w:pPr>
            <w:spacing w:after="0" w:line="240" w:lineRule="auto"/>
            <w:jc w:val="left"/>
            <w:rPr>
              <w:rFonts w:ascii="Century Gothic" w:eastAsia="Century Gothic" w:hAnsi="Century Gothic" w:cs="Times New Roman"/>
              <w:sz w:val="22"/>
            </w:rPr>
          </w:pPr>
        </w:p>
      </w:tc>
      <w:tc>
        <w:tcPr>
          <w:tcW w:w="5782" w:type="dxa"/>
          <w:vMerge/>
        </w:tcPr>
        <w:p w14:paraId="0CEA23A6" w14:textId="77777777" w:rsidR="006C6FD1" w:rsidRPr="006C6FD1" w:rsidRDefault="006C6FD1" w:rsidP="006C6FD1">
          <w:pPr>
            <w:spacing w:after="0" w:line="240" w:lineRule="auto"/>
            <w:jc w:val="left"/>
            <w:rPr>
              <w:rFonts w:ascii="Century Gothic" w:eastAsia="Century Gothic" w:hAnsi="Century Gothic" w:cs="Times New Roman"/>
              <w:sz w:val="22"/>
            </w:rPr>
          </w:pPr>
        </w:p>
      </w:tc>
      <w:tc>
        <w:tcPr>
          <w:tcW w:w="1630" w:type="dxa"/>
        </w:tcPr>
        <w:p w14:paraId="0D665CFE" w14:textId="77777777" w:rsidR="006C6FD1" w:rsidRPr="006C6FD1" w:rsidRDefault="006C6FD1" w:rsidP="006C6FD1">
          <w:pPr>
            <w:spacing w:after="0" w:line="240" w:lineRule="auto"/>
            <w:jc w:val="left"/>
            <w:rPr>
              <w:rFonts w:eastAsia="Century Gothic" w:cs="Times New Roman"/>
              <w:sz w:val="18"/>
              <w:szCs w:val="18"/>
            </w:rPr>
          </w:pPr>
          <w:r w:rsidRPr="006C6FD1">
            <w:rPr>
              <w:rFonts w:eastAsia="Century Gothic" w:cs="Times New Roman"/>
              <w:sz w:val="18"/>
              <w:szCs w:val="18"/>
            </w:rPr>
            <w:t>Sayfa No</w:t>
          </w:r>
        </w:p>
      </w:tc>
      <w:tc>
        <w:tcPr>
          <w:tcW w:w="1354" w:type="dxa"/>
        </w:tcPr>
        <w:p w14:paraId="2B0A43E6" w14:textId="77777777" w:rsidR="006C6FD1" w:rsidRPr="006C6FD1" w:rsidRDefault="006C6FD1" w:rsidP="006C6FD1">
          <w:pPr>
            <w:spacing w:after="0" w:line="240" w:lineRule="auto"/>
            <w:jc w:val="left"/>
            <w:rPr>
              <w:rFonts w:eastAsia="Century Gothic" w:cs="Times New Roman"/>
              <w:sz w:val="18"/>
              <w:szCs w:val="18"/>
            </w:rPr>
          </w:pPr>
          <w:r w:rsidRPr="006C6FD1">
            <w:rPr>
              <w:rFonts w:eastAsia="Century Gothic" w:cs="Times New Roman"/>
              <w:sz w:val="18"/>
              <w:szCs w:val="18"/>
            </w:rPr>
            <w:fldChar w:fldCharType="begin"/>
          </w:r>
          <w:r w:rsidRPr="006C6FD1">
            <w:rPr>
              <w:rFonts w:eastAsia="Century Gothic" w:cs="Times New Roman"/>
              <w:sz w:val="18"/>
              <w:szCs w:val="18"/>
            </w:rPr>
            <w:instrText>PAGE   \* MERGEFORMAT</w:instrText>
          </w:r>
          <w:r w:rsidRPr="006C6FD1">
            <w:rPr>
              <w:rFonts w:eastAsia="Century Gothic" w:cs="Times New Roman"/>
              <w:sz w:val="18"/>
              <w:szCs w:val="18"/>
            </w:rPr>
            <w:fldChar w:fldCharType="separate"/>
          </w:r>
          <w:r w:rsidRPr="006C6FD1">
            <w:rPr>
              <w:rFonts w:eastAsia="Century Gothic" w:cs="Times New Roman"/>
              <w:noProof/>
              <w:sz w:val="18"/>
              <w:szCs w:val="18"/>
            </w:rPr>
            <w:t>1</w:t>
          </w:r>
          <w:r w:rsidRPr="006C6FD1">
            <w:rPr>
              <w:rFonts w:eastAsia="Century Gothic" w:cs="Times New Roman"/>
              <w:sz w:val="18"/>
              <w:szCs w:val="18"/>
            </w:rPr>
            <w:fldChar w:fldCharType="end"/>
          </w:r>
          <w:r w:rsidRPr="006C6FD1">
            <w:rPr>
              <w:rFonts w:eastAsia="Century Gothic" w:cs="Times New Roman"/>
              <w:sz w:val="18"/>
              <w:szCs w:val="18"/>
            </w:rPr>
            <w:t>/1</w:t>
          </w:r>
        </w:p>
      </w:tc>
    </w:tr>
  </w:tbl>
  <w:p w14:paraId="6A6F62CA" w14:textId="7F2107B2" w:rsidR="00240A65" w:rsidRDefault="00240A65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D31950"/>
    <w:multiLevelType w:val="hybridMultilevel"/>
    <w:tmpl w:val="899CC72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1489044">
    <w:abstractNumId w:val="8"/>
  </w:num>
  <w:num w:numId="2" w16cid:durableId="933171997">
    <w:abstractNumId w:val="6"/>
  </w:num>
  <w:num w:numId="3" w16cid:durableId="1969118276">
    <w:abstractNumId w:val="5"/>
  </w:num>
  <w:num w:numId="4" w16cid:durableId="689842189">
    <w:abstractNumId w:val="4"/>
  </w:num>
  <w:num w:numId="5" w16cid:durableId="466751293">
    <w:abstractNumId w:val="7"/>
  </w:num>
  <w:num w:numId="6" w16cid:durableId="609169169">
    <w:abstractNumId w:val="3"/>
  </w:num>
  <w:num w:numId="7" w16cid:durableId="1304043859">
    <w:abstractNumId w:val="2"/>
  </w:num>
  <w:num w:numId="8" w16cid:durableId="213735551">
    <w:abstractNumId w:val="1"/>
  </w:num>
  <w:num w:numId="9" w16cid:durableId="1604730030">
    <w:abstractNumId w:val="0"/>
  </w:num>
  <w:num w:numId="10" w16cid:durableId="12652618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375F"/>
    <w:rsid w:val="00034616"/>
    <w:rsid w:val="00045673"/>
    <w:rsid w:val="000571CE"/>
    <w:rsid w:val="0006063C"/>
    <w:rsid w:val="00076147"/>
    <w:rsid w:val="00081DF8"/>
    <w:rsid w:val="000A3CDC"/>
    <w:rsid w:val="001342C7"/>
    <w:rsid w:val="0015074B"/>
    <w:rsid w:val="00156D1F"/>
    <w:rsid w:val="00185B63"/>
    <w:rsid w:val="00186157"/>
    <w:rsid w:val="0018792C"/>
    <w:rsid w:val="001A589C"/>
    <w:rsid w:val="001A5D6B"/>
    <w:rsid w:val="001B11B8"/>
    <w:rsid w:val="001E4BB7"/>
    <w:rsid w:val="00223BEF"/>
    <w:rsid w:val="00225F3F"/>
    <w:rsid w:val="002363CD"/>
    <w:rsid w:val="00240A65"/>
    <w:rsid w:val="00242798"/>
    <w:rsid w:val="00275520"/>
    <w:rsid w:val="0029639D"/>
    <w:rsid w:val="002A2C33"/>
    <w:rsid w:val="002B068C"/>
    <w:rsid w:val="002C1F03"/>
    <w:rsid w:val="002D7380"/>
    <w:rsid w:val="003231DE"/>
    <w:rsid w:val="00326ADE"/>
    <w:rsid w:val="00326F90"/>
    <w:rsid w:val="00356525"/>
    <w:rsid w:val="00377A89"/>
    <w:rsid w:val="00377D63"/>
    <w:rsid w:val="003A00F7"/>
    <w:rsid w:val="003A1BB1"/>
    <w:rsid w:val="003C3156"/>
    <w:rsid w:val="003C3653"/>
    <w:rsid w:val="003C5839"/>
    <w:rsid w:val="00410F8C"/>
    <w:rsid w:val="00425369"/>
    <w:rsid w:val="00441276"/>
    <w:rsid w:val="004478ED"/>
    <w:rsid w:val="004514D1"/>
    <w:rsid w:val="00451F44"/>
    <w:rsid w:val="004535CF"/>
    <w:rsid w:val="004865A2"/>
    <w:rsid w:val="00490FA1"/>
    <w:rsid w:val="00497BB8"/>
    <w:rsid w:val="004B0F56"/>
    <w:rsid w:val="004E27C0"/>
    <w:rsid w:val="004E4B53"/>
    <w:rsid w:val="00560C31"/>
    <w:rsid w:val="00561E19"/>
    <w:rsid w:val="00592881"/>
    <w:rsid w:val="005D6EDE"/>
    <w:rsid w:val="005E54EC"/>
    <w:rsid w:val="00603010"/>
    <w:rsid w:val="00606992"/>
    <w:rsid w:val="00625CC7"/>
    <w:rsid w:val="00667B47"/>
    <w:rsid w:val="00670699"/>
    <w:rsid w:val="00684DED"/>
    <w:rsid w:val="006A2452"/>
    <w:rsid w:val="006C6FD1"/>
    <w:rsid w:val="006D3946"/>
    <w:rsid w:val="007034EF"/>
    <w:rsid w:val="00710F39"/>
    <w:rsid w:val="00712CB3"/>
    <w:rsid w:val="00740786"/>
    <w:rsid w:val="007618C7"/>
    <w:rsid w:val="00775ED5"/>
    <w:rsid w:val="007819EE"/>
    <w:rsid w:val="00787541"/>
    <w:rsid w:val="007A35D6"/>
    <w:rsid w:val="008026A6"/>
    <w:rsid w:val="00853CFD"/>
    <w:rsid w:val="00891B59"/>
    <w:rsid w:val="008A67EF"/>
    <w:rsid w:val="009725FB"/>
    <w:rsid w:val="009929C4"/>
    <w:rsid w:val="00996B44"/>
    <w:rsid w:val="009C03D7"/>
    <w:rsid w:val="009C5AA8"/>
    <w:rsid w:val="009E2ECF"/>
    <w:rsid w:val="00A2106F"/>
    <w:rsid w:val="00A36071"/>
    <w:rsid w:val="00A4647E"/>
    <w:rsid w:val="00A529F1"/>
    <w:rsid w:val="00A5570D"/>
    <w:rsid w:val="00A6606A"/>
    <w:rsid w:val="00A75B5C"/>
    <w:rsid w:val="00A76A4F"/>
    <w:rsid w:val="00A82E44"/>
    <w:rsid w:val="00AA1D8D"/>
    <w:rsid w:val="00AA33C2"/>
    <w:rsid w:val="00AC2CA5"/>
    <w:rsid w:val="00AD6125"/>
    <w:rsid w:val="00AD7987"/>
    <w:rsid w:val="00AE04CE"/>
    <w:rsid w:val="00B0321F"/>
    <w:rsid w:val="00B033C8"/>
    <w:rsid w:val="00B47730"/>
    <w:rsid w:val="00B62C2C"/>
    <w:rsid w:val="00B70D8F"/>
    <w:rsid w:val="00B7198D"/>
    <w:rsid w:val="00B74244"/>
    <w:rsid w:val="00B86533"/>
    <w:rsid w:val="00B900A0"/>
    <w:rsid w:val="00BB2D70"/>
    <w:rsid w:val="00BC7710"/>
    <w:rsid w:val="00BD26B9"/>
    <w:rsid w:val="00BF0DBB"/>
    <w:rsid w:val="00BF3E77"/>
    <w:rsid w:val="00C003E9"/>
    <w:rsid w:val="00C057F7"/>
    <w:rsid w:val="00C16216"/>
    <w:rsid w:val="00C56DD5"/>
    <w:rsid w:val="00C7504E"/>
    <w:rsid w:val="00C8225D"/>
    <w:rsid w:val="00CA1296"/>
    <w:rsid w:val="00CA341A"/>
    <w:rsid w:val="00CA6633"/>
    <w:rsid w:val="00CB0664"/>
    <w:rsid w:val="00CC05A3"/>
    <w:rsid w:val="00CC1334"/>
    <w:rsid w:val="00CE7F00"/>
    <w:rsid w:val="00D32CA7"/>
    <w:rsid w:val="00D33CD0"/>
    <w:rsid w:val="00D428E4"/>
    <w:rsid w:val="00D45777"/>
    <w:rsid w:val="00D473AA"/>
    <w:rsid w:val="00D47EC0"/>
    <w:rsid w:val="00D60831"/>
    <w:rsid w:val="00D64F1D"/>
    <w:rsid w:val="00D72BB6"/>
    <w:rsid w:val="00D844FC"/>
    <w:rsid w:val="00DC541D"/>
    <w:rsid w:val="00DE599C"/>
    <w:rsid w:val="00E13D87"/>
    <w:rsid w:val="00E17CA5"/>
    <w:rsid w:val="00E502CE"/>
    <w:rsid w:val="00E52F68"/>
    <w:rsid w:val="00E60F60"/>
    <w:rsid w:val="00E61699"/>
    <w:rsid w:val="00EA60C0"/>
    <w:rsid w:val="00EA6CDC"/>
    <w:rsid w:val="00ED576C"/>
    <w:rsid w:val="00F02624"/>
    <w:rsid w:val="00F43865"/>
    <w:rsid w:val="00F45E6A"/>
    <w:rsid w:val="00F576CD"/>
    <w:rsid w:val="00F8136C"/>
    <w:rsid w:val="00F832ED"/>
    <w:rsid w:val="00F833B9"/>
    <w:rsid w:val="00F95142"/>
    <w:rsid w:val="00FC693F"/>
    <w:rsid w:val="00FD3EBC"/>
    <w:rsid w:val="00FD4DE1"/>
    <w:rsid w:val="00FE55AF"/>
    <w:rsid w:val="00FE7962"/>
    <w:rsid w:val="00FF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630DED4"/>
  <w14:defaultImageDpi w14:val="300"/>
  <w15:docId w15:val="{4D5188FF-B76B-4887-B885-B4F0A5EDA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360" w:lineRule="auto"/>
      <w:jc w:val="both"/>
    </w:pPr>
    <w:rPr>
      <w:rFonts w:ascii="Times New Roman" w:eastAsia="Times New Roman" w:hAnsi="Times New Roman"/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pageBreakBefore/>
      <w:spacing w:after="720" w:line="240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000000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40" w:after="360" w:line="240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000000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pageBreakBefore/>
      <w:spacing w:after="360" w:line="240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before="160" w:after="10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40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Text">
    <w:name w:val="TOC Text"/>
    <w:pPr>
      <w:spacing w:after="40" w:line="240" w:lineRule="auto"/>
    </w:pPr>
    <w:rPr>
      <w:rFonts w:ascii="Times New Roman" w:eastAsia="Times New Roman" w:hAnsi="Times New Roman"/>
    </w:rPr>
  </w:style>
  <w:style w:type="paragraph" w:customStyle="1" w:styleId="Note">
    <w:name w:val="Note"/>
    <w:rPr>
      <w:rFonts w:ascii="Times New Roman" w:eastAsia="Times New Roman" w:hAnsi="Times New Roman"/>
      <w:i/>
      <w:color w:val="5A5A5A"/>
      <w:sz w:val="20"/>
    </w:rPr>
  </w:style>
  <w:style w:type="paragraph" w:customStyle="1" w:styleId="SpecialHeading">
    <w:name w:val="Special Heading"/>
    <w:pPr>
      <w:pageBreakBefore/>
      <w:spacing w:after="720" w:line="240" w:lineRule="auto"/>
      <w:jc w:val="center"/>
    </w:pPr>
    <w:rPr>
      <w:rFonts w:ascii="Times New Roman" w:eastAsia="Times New Roman" w:hAnsi="Times New Roman"/>
      <w:b/>
      <w:color w:val="000000"/>
      <w:sz w:val="24"/>
    </w:rPr>
  </w:style>
  <w:style w:type="paragraph" w:customStyle="1" w:styleId="GroupHeading">
    <w:name w:val="Group Heading"/>
    <w:pPr>
      <w:keepNext/>
      <w:pageBreakBefore/>
      <w:spacing w:after="360" w:line="240" w:lineRule="auto"/>
    </w:pPr>
    <w:rPr>
      <w:rFonts w:ascii="Times New Roman" w:eastAsia="Times New Roman" w:hAnsi="Times New Roman"/>
      <w:b/>
      <w:color w:val="000000"/>
      <w:sz w:val="24"/>
    </w:rPr>
  </w:style>
  <w:style w:type="paragraph" w:customStyle="1" w:styleId="FormMeta">
    <w:name w:val="Form Meta"/>
    <w:pPr>
      <w:spacing w:after="120" w:line="240" w:lineRule="auto"/>
    </w:pPr>
    <w:rPr>
      <w:rFonts w:ascii="Times New Roman" w:eastAsia="Times New Roman" w:hAnsi="Times New Roman"/>
      <w:sz w:val="20"/>
    </w:rPr>
  </w:style>
  <w:style w:type="paragraph" w:customStyle="1" w:styleId="pdq2pgselectionanchorcontainer">
    <w:name w:val="pdq2pg_selectionanchorcontainer"/>
    <w:basedOn w:val="Normal"/>
    <w:rsid w:val="00775ED5"/>
    <w:pPr>
      <w:spacing w:before="100" w:beforeAutospacing="1" w:after="100" w:afterAutospacing="1" w:line="240" w:lineRule="auto"/>
      <w:jc w:val="left"/>
    </w:pPr>
    <w:rPr>
      <w:rFonts w:cs="Times New Roman"/>
      <w:szCs w:val="24"/>
      <w:lang w:val="tr-TR" w:eastAsia="tr-TR"/>
    </w:rPr>
  </w:style>
  <w:style w:type="table" w:customStyle="1" w:styleId="TabloKlavuzu1">
    <w:name w:val="Tablo Kılavuzu1"/>
    <w:basedOn w:val="NormalTablo"/>
    <w:next w:val="TabloKlavuzu"/>
    <w:uiPriority w:val="39"/>
    <w:rsid w:val="006C6FD1"/>
    <w:pPr>
      <w:spacing w:after="0" w:line="240" w:lineRule="auto"/>
    </w:pPr>
    <w:rPr>
      <w:rFonts w:eastAsia="Calibri"/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8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93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984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83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988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67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0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533CF5-A779-45D1-B762-B5CFC55B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Kastamonu Üniversitesi SGDB Hassas Görevlerin Belirlenmesi ve İzlenmesine İlişkin Rehber</vt:lpstr>
      <vt:lpstr/>
    </vt:vector>
  </TitlesOfParts>
  <Manager/>
  <Company/>
  <LinksUpToDate>false</LinksUpToDate>
  <CharactersWithSpaces>570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Kastamonu Üniversitesi SGDB Hassas Görevlerin Belirlenmesi ve İzlenmesine İlişkin Rehber</dc:title>
  <dc:subject>Hassas görevlerin belirlenmesi, izlenmesi ve analiz formları</dc:subject>
  <dc:creator>python-docx</dc:creator>
  <cp:keywords>hassas görev, iç kontrol, analiz formu, strateji geliştirme</cp:keywords>
  <dc:description>generated by python-docx</dc:description>
  <cp:lastModifiedBy>AYCA NUR AYDOGAN</cp:lastModifiedBy>
  <cp:revision>4</cp:revision>
  <dcterms:created xsi:type="dcterms:W3CDTF">2026-09-15T05:52:00Z</dcterms:created>
  <dcterms:modified xsi:type="dcterms:W3CDTF">2026-09-15T14:22:00Z</dcterms:modified>
  <cp:category/>
</cp:coreProperties>
</file>