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CB840" w14:textId="77777777" w:rsidR="00BE59F1" w:rsidRDefault="0091045A">
      <w:pPr>
        <w:pStyle w:val="KonuBal"/>
        <w:jc w:val="center"/>
      </w:pPr>
      <w:r>
        <w:rPr>
          <w:b/>
          <w:sz w:val="32"/>
        </w:rPr>
        <w:t>KASTAMONU UNIVERSITY</w:t>
      </w:r>
    </w:p>
    <w:p w14:paraId="06653C0E" w14:textId="77777777" w:rsidR="00BE59F1" w:rsidRDefault="0091045A">
      <w:pPr>
        <w:jc w:val="center"/>
      </w:pPr>
      <w:r>
        <w:rPr>
          <w:b/>
          <w:sz w:val="28"/>
        </w:rPr>
        <w:t>International Agreements and Protocols Coordination Office</w:t>
      </w:r>
    </w:p>
    <w:p w14:paraId="74BD9F87" w14:textId="4934F646" w:rsidR="00BE59F1" w:rsidRDefault="0091045A">
      <w:pPr>
        <w:jc w:val="center"/>
      </w:pPr>
      <w:r>
        <w:rPr>
          <w:b/>
          <w:sz w:val="28"/>
        </w:rPr>
        <w:t>Faculty Exchange Program Application</w:t>
      </w:r>
      <w:r w:rsidR="00C53BE2">
        <w:rPr>
          <w:b/>
          <w:sz w:val="28"/>
        </w:rPr>
        <w:t xml:space="preserve"> Student</w:t>
      </w:r>
      <w:r>
        <w:rPr>
          <w:b/>
          <w:sz w:val="28"/>
        </w:rPr>
        <w:t xml:space="preserve"> Form</w:t>
      </w:r>
      <w:r w:rsidR="00C53BE2">
        <w:rPr>
          <w:b/>
          <w:sz w:val="28"/>
        </w:rPr>
        <w:t xml:space="preserve"> </w:t>
      </w:r>
    </w:p>
    <w:p w14:paraId="2B581DD8" w14:textId="77777777" w:rsidR="00BE59F1" w:rsidRDefault="0091045A">
      <w:pPr>
        <w:pStyle w:val="Balk1"/>
      </w:pPr>
      <w:r>
        <w:t>1. Personal Information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00"/>
        <w:gridCol w:w="4696"/>
      </w:tblGrid>
      <w:tr w:rsidR="00BE59F1" w14:paraId="3F3E90E5" w14:textId="77777777" w:rsidTr="0086762C">
        <w:tc>
          <w:tcPr>
            <w:tcW w:w="4700" w:type="dxa"/>
          </w:tcPr>
          <w:p w14:paraId="6E7DB923" w14:textId="77777777" w:rsidR="00BE59F1" w:rsidRDefault="0091045A">
            <w:r>
              <w:rPr>
                <w:b/>
              </w:rPr>
              <w:t>Name Surname</w:t>
            </w:r>
          </w:p>
        </w:tc>
        <w:tc>
          <w:tcPr>
            <w:tcW w:w="4696" w:type="dxa"/>
          </w:tcPr>
          <w:p w14:paraId="68347377" w14:textId="77777777" w:rsidR="00BE59F1" w:rsidRDefault="00BE59F1"/>
        </w:tc>
      </w:tr>
      <w:tr w:rsidR="00BE59F1" w14:paraId="2431C28B" w14:textId="77777777" w:rsidTr="0086762C">
        <w:tc>
          <w:tcPr>
            <w:tcW w:w="4700" w:type="dxa"/>
          </w:tcPr>
          <w:p w14:paraId="5E4973E9" w14:textId="77777777" w:rsidR="00BE59F1" w:rsidRDefault="0091045A">
            <w:r>
              <w:rPr>
                <w:b/>
              </w:rPr>
              <w:t>Date of Birth</w:t>
            </w:r>
          </w:p>
        </w:tc>
        <w:tc>
          <w:tcPr>
            <w:tcW w:w="4696" w:type="dxa"/>
          </w:tcPr>
          <w:p w14:paraId="42F09FDD" w14:textId="77777777" w:rsidR="00BE59F1" w:rsidRDefault="00BE59F1"/>
        </w:tc>
      </w:tr>
      <w:tr w:rsidR="00BE59F1" w14:paraId="6739E74C" w14:textId="77777777" w:rsidTr="0086762C">
        <w:tc>
          <w:tcPr>
            <w:tcW w:w="4700" w:type="dxa"/>
          </w:tcPr>
          <w:p w14:paraId="24011F7F" w14:textId="77777777" w:rsidR="00BE59F1" w:rsidRDefault="0091045A">
            <w:r>
              <w:rPr>
                <w:b/>
              </w:rPr>
              <w:t>Nationality</w:t>
            </w:r>
          </w:p>
        </w:tc>
        <w:tc>
          <w:tcPr>
            <w:tcW w:w="4696" w:type="dxa"/>
          </w:tcPr>
          <w:p w14:paraId="5A220C2C" w14:textId="77777777" w:rsidR="00BE59F1" w:rsidRDefault="00BE59F1"/>
        </w:tc>
      </w:tr>
      <w:tr w:rsidR="00BE59F1" w14:paraId="6D5E9DA9" w14:textId="77777777" w:rsidTr="0086762C">
        <w:tc>
          <w:tcPr>
            <w:tcW w:w="4700" w:type="dxa"/>
          </w:tcPr>
          <w:p w14:paraId="336B3D5B" w14:textId="77777777" w:rsidR="00BE59F1" w:rsidRDefault="0091045A">
            <w:r>
              <w:rPr>
                <w:b/>
              </w:rPr>
              <w:t>E-mail Address</w:t>
            </w:r>
          </w:p>
        </w:tc>
        <w:tc>
          <w:tcPr>
            <w:tcW w:w="4696" w:type="dxa"/>
          </w:tcPr>
          <w:p w14:paraId="341D915E" w14:textId="77777777" w:rsidR="00BE59F1" w:rsidRDefault="00BE59F1"/>
        </w:tc>
      </w:tr>
      <w:tr w:rsidR="00BE59F1" w14:paraId="41E4A63D" w14:textId="77777777" w:rsidTr="0086762C">
        <w:tc>
          <w:tcPr>
            <w:tcW w:w="4700" w:type="dxa"/>
          </w:tcPr>
          <w:p w14:paraId="61D3466B" w14:textId="77777777" w:rsidR="00BE59F1" w:rsidRDefault="0091045A">
            <w:r>
              <w:rPr>
                <w:b/>
              </w:rPr>
              <w:t>Phone Number</w:t>
            </w:r>
          </w:p>
        </w:tc>
        <w:tc>
          <w:tcPr>
            <w:tcW w:w="4696" w:type="dxa"/>
          </w:tcPr>
          <w:p w14:paraId="0141519D" w14:textId="77777777" w:rsidR="00BE59F1" w:rsidRDefault="00BE59F1"/>
        </w:tc>
      </w:tr>
      <w:tr w:rsidR="00BE59F1" w14:paraId="41225200" w14:textId="77777777" w:rsidTr="0086762C">
        <w:tc>
          <w:tcPr>
            <w:tcW w:w="4700" w:type="dxa"/>
          </w:tcPr>
          <w:p w14:paraId="7BCA4075" w14:textId="77777777" w:rsidR="00BE59F1" w:rsidRDefault="0091045A">
            <w:r>
              <w:rPr>
                <w:b/>
              </w:rPr>
              <w:t>Passport Number</w:t>
            </w:r>
          </w:p>
        </w:tc>
        <w:tc>
          <w:tcPr>
            <w:tcW w:w="4696" w:type="dxa"/>
          </w:tcPr>
          <w:p w14:paraId="1917CD0E" w14:textId="77777777" w:rsidR="00BE59F1" w:rsidRDefault="00BE59F1"/>
        </w:tc>
      </w:tr>
      <w:tr w:rsidR="00BE59F1" w14:paraId="708240BA" w14:textId="77777777" w:rsidTr="0086762C">
        <w:tc>
          <w:tcPr>
            <w:tcW w:w="4700" w:type="dxa"/>
          </w:tcPr>
          <w:p w14:paraId="5D97B0A9" w14:textId="77777777" w:rsidR="00BE59F1" w:rsidRDefault="0091045A">
            <w:r>
              <w:rPr>
                <w:b/>
              </w:rPr>
              <w:t>Faculty/Department</w:t>
            </w:r>
          </w:p>
        </w:tc>
        <w:tc>
          <w:tcPr>
            <w:tcW w:w="4696" w:type="dxa"/>
          </w:tcPr>
          <w:p w14:paraId="1F613D88" w14:textId="77777777" w:rsidR="00BE59F1" w:rsidRDefault="00BE59F1"/>
        </w:tc>
      </w:tr>
    </w:tbl>
    <w:p w14:paraId="5C2B25AD" w14:textId="77777777" w:rsidR="00BE59F1" w:rsidRDefault="0091045A">
      <w:pPr>
        <w:pStyle w:val="Balk1"/>
      </w:pPr>
      <w:r>
        <w:t>2. Exchange Request Information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9"/>
        <w:gridCol w:w="4697"/>
      </w:tblGrid>
      <w:tr w:rsidR="00BE59F1" w14:paraId="13867C07" w14:textId="77777777" w:rsidTr="0086762C">
        <w:tc>
          <w:tcPr>
            <w:tcW w:w="4699" w:type="dxa"/>
          </w:tcPr>
          <w:p w14:paraId="7E51392F" w14:textId="212CF456" w:rsidR="00BE59F1" w:rsidRDefault="0091045A">
            <w:r>
              <w:rPr>
                <w:b/>
              </w:rPr>
              <w:t>Faculty</w:t>
            </w:r>
          </w:p>
        </w:tc>
        <w:tc>
          <w:tcPr>
            <w:tcW w:w="4697" w:type="dxa"/>
          </w:tcPr>
          <w:p w14:paraId="0D0BAA07" w14:textId="77777777" w:rsidR="00BE59F1" w:rsidRDefault="00BE59F1"/>
        </w:tc>
      </w:tr>
      <w:tr w:rsidR="00BE59F1" w14:paraId="2BA79D7A" w14:textId="77777777" w:rsidTr="0086762C">
        <w:tc>
          <w:tcPr>
            <w:tcW w:w="4699" w:type="dxa"/>
          </w:tcPr>
          <w:p w14:paraId="2950D5D6" w14:textId="54A6570A" w:rsidR="00BE59F1" w:rsidRDefault="0091045A">
            <w:r>
              <w:rPr>
                <w:b/>
              </w:rPr>
              <w:t>Department</w:t>
            </w:r>
          </w:p>
        </w:tc>
        <w:tc>
          <w:tcPr>
            <w:tcW w:w="4697" w:type="dxa"/>
          </w:tcPr>
          <w:p w14:paraId="1D283C8D" w14:textId="77777777" w:rsidR="00BE59F1" w:rsidRDefault="00BE59F1"/>
        </w:tc>
      </w:tr>
      <w:tr w:rsidR="00BE59F1" w14:paraId="1645E316" w14:textId="77777777" w:rsidTr="0086762C">
        <w:tc>
          <w:tcPr>
            <w:tcW w:w="4699" w:type="dxa"/>
          </w:tcPr>
          <w:p w14:paraId="50B258F8" w14:textId="77777777" w:rsidR="00BE59F1" w:rsidRDefault="0091045A">
            <w:r>
              <w:rPr>
                <w:b/>
              </w:rPr>
              <w:t>Exchange Period (Start and End Dates)</w:t>
            </w:r>
          </w:p>
        </w:tc>
        <w:tc>
          <w:tcPr>
            <w:tcW w:w="4697" w:type="dxa"/>
          </w:tcPr>
          <w:p w14:paraId="650BF1BE" w14:textId="77777777" w:rsidR="00BE59F1" w:rsidRDefault="00BE59F1"/>
        </w:tc>
      </w:tr>
      <w:tr w:rsidR="00BE59F1" w14:paraId="4967BBA3" w14:textId="77777777" w:rsidTr="0086762C">
        <w:tc>
          <w:tcPr>
            <w:tcW w:w="4699" w:type="dxa"/>
          </w:tcPr>
          <w:p w14:paraId="12258D66" w14:textId="77777777" w:rsidR="00BE59F1" w:rsidRDefault="0091045A">
            <w:r>
              <w:rPr>
                <w:b/>
              </w:rPr>
              <w:t xml:space="preserve">Have you visited </w:t>
            </w:r>
            <w:proofErr w:type="spellStart"/>
            <w:r>
              <w:rPr>
                <w:b/>
              </w:rPr>
              <w:t>Kastamonu</w:t>
            </w:r>
            <w:proofErr w:type="spellEnd"/>
            <w:r>
              <w:rPr>
                <w:b/>
              </w:rPr>
              <w:t xml:space="preserve"> University before? (Yes/No)</w:t>
            </w:r>
          </w:p>
        </w:tc>
        <w:tc>
          <w:tcPr>
            <w:tcW w:w="4697" w:type="dxa"/>
          </w:tcPr>
          <w:p w14:paraId="45AE43B1" w14:textId="77777777" w:rsidR="00BE59F1" w:rsidRDefault="00BE59F1"/>
        </w:tc>
      </w:tr>
    </w:tbl>
    <w:p w14:paraId="134E9FB9" w14:textId="77777777" w:rsidR="00BE59F1" w:rsidRDefault="0091045A">
      <w:pPr>
        <w:pStyle w:val="Balk1"/>
      </w:pPr>
      <w:r>
        <w:t>3. Reason and Purpose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00"/>
        <w:gridCol w:w="4696"/>
      </w:tblGrid>
      <w:tr w:rsidR="00BE59F1" w14:paraId="4593C697" w14:textId="77777777" w:rsidTr="0086762C">
        <w:tc>
          <w:tcPr>
            <w:tcW w:w="4700" w:type="dxa"/>
          </w:tcPr>
          <w:p w14:paraId="4A523407" w14:textId="77777777" w:rsidR="00BE59F1" w:rsidRDefault="0091045A">
            <w:r>
              <w:rPr>
                <w:b/>
              </w:rPr>
              <w:t xml:space="preserve">Brief Reason (Why do you prefer </w:t>
            </w:r>
            <w:proofErr w:type="spellStart"/>
            <w:r>
              <w:rPr>
                <w:b/>
              </w:rPr>
              <w:t>Kastamonu</w:t>
            </w:r>
            <w:proofErr w:type="spellEnd"/>
            <w:r>
              <w:rPr>
                <w:b/>
              </w:rPr>
              <w:t xml:space="preserve"> University?)</w:t>
            </w:r>
          </w:p>
        </w:tc>
        <w:tc>
          <w:tcPr>
            <w:tcW w:w="4696" w:type="dxa"/>
          </w:tcPr>
          <w:p w14:paraId="4EA2D6BF" w14:textId="77777777" w:rsidR="00BE59F1" w:rsidRDefault="00BE59F1"/>
          <w:p w14:paraId="58152DEF" w14:textId="77777777" w:rsidR="00BE59F1" w:rsidRDefault="00BE59F1"/>
          <w:p w14:paraId="3F900DC7" w14:textId="77777777" w:rsidR="00BE59F1" w:rsidRDefault="00BE59F1"/>
          <w:p w14:paraId="146D70F9" w14:textId="77777777" w:rsidR="00BE59F1" w:rsidRDefault="00BE59F1"/>
        </w:tc>
      </w:tr>
      <w:tr w:rsidR="00BE59F1" w14:paraId="1FCBB10C" w14:textId="77777777" w:rsidTr="0086762C">
        <w:tc>
          <w:tcPr>
            <w:tcW w:w="4700" w:type="dxa"/>
          </w:tcPr>
          <w:p w14:paraId="5136694B" w14:textId="77777777" w:rsidR="00BE59F1" w:rsidRDefault="0091045A">
            <w:r>
              <w:rPr>
                <w:b/>
              </w:rPr>
              <w:t>Your Expectations and Goals</w:t>
            </w:r>
          </w:p>
        </w:tc>
        <w:tc>
          <w:tcPr>
            <w:tcW w:w="4696" w:type="dxa"/>
          </w:tcPr>
          <w:p w14:paraId="2F72454D" w14:textId="77777777" w:rsidR="00BE59F1" w:rsidRDefault="00BE59F1"/>
          <w:p w14:paraId="4DD979C2" w14:textId="77777777" w:rsidR="00BE59F1" w:rsidRDefault="00BE59F1"/>
          <w:p w14:paraId="2B20D8B3" w14:textId="77777777" w:rsidR="00BE59F1" w:rsidRDefault="00BE59F1"/>
          <w:p w14:paraId="262620F9" w14:textId="77777777" w:rsidR="00BE59F1" w:rsidRDefault="00BE59F1"/>
        </w:tc>
      </w:tr>
    </w:tbl>
    <w:p w14:paraId="476BE87F" w14:textId="7E201687" w:rsidR="00BE59F1" w:rsidRDefault="0091045A">
      <w:pPr>
        <w:pStyle w:val="Balk1"/>
      </w:pPr>
      <w:r>
        <w:t xml:space="preserve">4. </w:t>
      </w:r>
      <w:r w:rsidR="0086762C">
        <w:t>Language Level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86762C" w14:paraId="66BB2DB7" w14:textId="77777777" w:rsidTr="0086762C">
        <w:tc>
          <w:tcPr>
            <w:tcW w:w="4698" w:type="dxa"/>
          </w:tcPr>
          <w:p w14:paraId="522A8999" w14:textId="07F5CB29" w:rsidR="0086762C" w:rsidRDefault="0086762C">
            <w:r>
              <w:t>Language</w:t>
            </w:r>
          </w:p>
        </w:tc>
        <w:tc>
          <w:tcPr>
            <w:tcW w:w="4698" w:type="dxa"/>
          </w:tcPr>
          <w:p w14:paraId="44ED82AE" w14:textId="61A2E80A" w:rsidR="0086762C" w:rsidRDefault="0086762C">
            <w:r>
              <w:t>Level</w:t>
            </w:r>
          </w:p>
        </w:tc>
      </w:tr>
      <w:tr w:rsidR="0086762C" w14:paraId="7F9608E6" w14:textId="77777777" w:rsidTr="0086762C">
        <w:tc>
          <w:tcPr>
            <w:tcW w:w="4698" w:type="dxa"/>
          </w:tcPr>
          <w:p w14:paraId="35D5C3E3" w14:textId="3B20FB2D" w:rsidR="0086762C" w:rsidRDefault="0086762C">
            <w:r>
              <w:t>Turkish</w:t>
            </w:r>
          </w:p>
        </w:tc>
        <w:tc>
          <w:tcPr>
            <w:tcW w:w="4698" w:type="dxa"/>
          </w:tcPr>
          <w:p w14:paraId="64C89F59" w14:textId="08730C96" w:rsidR="0086762C" w:rsidRDefault="0086762C"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955E7E" wp14:editId="2318D9C2">
                      <wp:simplePos x="0" y="0"/>
                      <wp:positionH relativeFrom="column">
                        <wp:posOffset>6731</wp:posOffset>
                      </wp:positionH>
                      <wp:positionV relativeFrom="paragraph">
                        <wp:posOffset>58750</wp:posOffset>
                      </wp:positionV>
                      <wp:extent cx="104115" cy="86008"/>
                      <wp:effectExtent l="0" t="0" r="10795" b="28575"/>
                      <wp:wrapNone/>
                      <wp:docPr id="1730429082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113154B" id="Dikdörtgen 1" o:spid="_x0000_s1026" style="position:absolute;margin-left:.55pt;margin-top:4.65pt;width:8.2pt;height: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R5FUgIAAPoEAAAOAAAAZHJzL2Uyb0RvYy54bWysVE1v2zAMvQ/YfxB0X20HSdcGdYogRYcB&#10;RVssHXpWZSkxJosapcTJfv0o2XGyLqdhF5kyH7+eH31zu2sM2yr0NdiSFxc5Z8pKqGq7Kvn3l/tP&#10;V5z5IGwlDFhV8r3y/Hb28cNN66ZqBGswlUJGSayftq7k6xDcNMu8XKtG+AtwypJTAzYi0BVXWYWi&#10;peyNyUZ5fpm1gJVDkMp7envXOfks5ddayfCktVeBmZJTbyGdmM63eGazGzFdoXDrWvZtiH/oohG1&#10;paJDqjsRBNtg/VeqppYIHnS4kNBkoHUtVZqBpinyd9Ms18KpNAuR491Ak/9/aeXjdumekWhonZ96&#10;MuMUO41NfFJ/bJfI2g9kqV1gkl4W+bgoJpxJcl1d5vlV5DI7xjr04YuChkWj5EifIjEktg8+dNAD&#10;JJYylrUlv56MJinPsZtkhb1RHeqb0qyuqP4oZUtCUQuDbCvoEwsplQ3jvhVjCR3DdG3MEFicCzSh&#10;6IN6bAxTSUBDYH4u8M+KQ0SqCjYMwU1tAc8lqH4MlTs8sXgyczTfoNo/I0Po5OudvK+J1Afhw7NA&#10;0ispm3YwPNGhDRCP0FucrQF/nXsf8SQj8nLWkv5L7n9uBCrOzFdLArsuxuO4MOkynnwe0QVPPW+n&#10;HrtpFkD8F7TtTiYz4oM5mBqheaVVnceq5BJWUu2Sy4CHyyJ0e0nLLtV8nmC0JE6EB7t0MiaPrEbR&#10;vOxeBbpeWYEU+QiHXRHTdwLrsDHSwnwTQNdJfUdee75pwZJ++59B3ODTe0Idf1mz3wAAAP//AwBQ&#10;SwMEFAAGAAgAAAAhABRcN1LaAAAABQEAAA8AAABkcnMvZG93bnJldi54bWxMjsFOwzAQRO9I/IO1&#10;SFxQ6zQIGkKcCoFAouVCizhv7SWJiNeR7abh73FPcBzN6M2rVpPtxUg+dI4VLOYZCGLtTMeNgo/d&#10;86wAESKywd4xKfihAKv6/KzC0rgjv9O4jY1IEA4lKmhjHEopg27JYpi7gTh1X85bjCn6RhqPxwS3&#10;vcyz7FZa7Dg9tDjQY0v6e3uwCrJ1MT4Z1G/69cpuiDafPt+9KHV5MT3cg4g0xb8xnPSTOtTJae8O&#10;bILoU16koYK7axCndnkDYq8gzwuQdSX/29e/AAAA//8DAFBLAQItABQABgAIAAAAIQC2gziS/gAA&#10;AOEBAAATAAAAAAAAAAAAAAAAAAAAAABbQ29udGVudF9UeXBlc10ueG1sUEsBAi0AFAAGAAgAAAAh&#10;ADj9If/WAAAAlAEAAAsAAAAAAAAAAAAAAAAALwEAAF9yZWxzLy5yZWxzUEsBAi0AFAAGAAgAAAAh&#10;AJSZHkVSAgAA+gQAAA4AAAAAAAAAAAAAAAAALgIAAGRycy9lMm9Eb2MueG1sUEsBAi0AFAAGAAgA&#10;AAAhABRcN1LaAAAABQEAAA8AAAAAAAAAAAAAAAAArAQAAGRycy9kb3ducmV2LnhtbFBLBQYAAAAA&#10;BAAEAPMAAACz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225D0E" wp14:editId="0878F259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58750</wp:posOffset>
                      </wp:positionV>
                      <wp:extent cx="104115" cy="86008"/>
                      <wp:effectExtent l="0" t="0" r="10795" b="28575"/>
                      <wp:wrapNone/>
                      <wp:docPr id="1625911430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8D7380A" id="Dikdörtgen 1" o:spid="_x0000_s1026" style="position:absolute;margin-left:25.15pt;margin-top:4.65pt;width:8.2pt;height: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R5FUgIAAPoEAAAOAAAAZHJzL2Uyb0RvYy54bWysVE1v2zAMvQ/YfxB0X20HSdcGdYogRYcB&#10;RVssHXpWZSkxJosapcTJfv0o2XGyLqdhF5kyH7+eH31zu2sM2yr0NdiSFxc5Z8pKqGq7Kvn3l/tP&#10;V5z5IGwlDFhV8r3y/Hb28cNN66ZqBGswlUJGSayftq7k6xDcNMu8XKtG+AtwypJTAzYi0BVXWYWi&#10;peyNyUZ5fpm1gJVDkMp7envXOfks5ddayfCktVeBmZJTbyGdmM63eGazGzFdoXDrWvZtiH/oohG1&#10;paJDqjsRBNtg/VeqppYIHnS4kNBkoHUtVZqBpinyd9Ms18KpNAuR491Ak/9/aeXjdumekWhonZ96&#10;MuMUO41NfFJ/bJfI2g9kqV1gkl4W+bgoJpxJcl1d5vlV5DI7xjr04YuChkWj5EifIjEktg8+dNAD&#10;JJYylrUlv56MJinPsZtkhb1RHeqb0qyuqP4oZUtCUQuDbCvoEwsplQ3jvhVjCR3DdG3MEFicCzSh&#10;6IN6bAxTSUBDYH4u8M+KQ0SqCjYMwU1tAc8lqH4MlTs8sXgyczTfoNo/I0Po5OudvK+J1Afhw7NA&#10;0ispm3YwPNGhDRCP0FucrQF/nXsf8SQj8nLWkv5L7n9uBCrOzFdLArsuxuO4MOkynnwe0QVPPW+n&#10;HrtpFkD8F7TtTiYz4oM5mBqheaVVnceq5BJWUu2Sy4CHyyJ0e0nLLtV8nmC0JE6EB7t0MiaPrEbR&#10;vOxeBbpeWYEU+QiHXRHTdwLrsDHSwnwTQNdJfUdee75pwZJ++59B3ODTe0Idf1mz3wAAAP//AwBQ&#10;SwMEFAAGAAgAAAAhAISYyM7cAAAABgEAAA8AAABkcnMvZG93bnJldi54bWxMjkFLxDAUhO+C/yE8&#10;wYvsplastfZ1EUVB14u7i+e3ybMtNklJst36740nPQ3DDDNfvZrNICb2oXcW4XKZgWCrnO5ti7Db&#10;Pi1KECGS1TQ4ywjfHGDVnJ7UVGl3tO88bWIr0ogNFSF0MY6VlEF1bCgs3cg2ZZ/OG4rJ+lZqT8c0&#10;bgaZZ1khDfU2PXQ08kPH6mtzMAjZazk9alJv6uXCrJnXHz7fPiOen833dyAiz/GvDL/4CR2axLR3&#10;B6uDGBCus6vURLhNkuKiuAGxR8jzEmRTy//4zQ8AAAD//wMAUEsBAi0AFAAGAAgAAAAhALaDOJL+&#10;AAAA4QEAABMAAAAAAAAAAAAAAAAAAAAAAFtDb250ZW50X1R5cGVzXS54bWxQSwECLQAUAAYACAAA&#10;ACEAOP0h/9YAAACUAQAACwAAAAAAAAAAAAAAAAAvAQAAX3JlbHMvLnJlbHNQSwECLQAUAAYACAAA&#10;ACEAlJkeRVICAAD6BAAADgAAAAAAAAAAAAAAAAAuAgAAZHJzL2Uyb0RvYy54bWxQSwECLQAUAAYA&#10;CAAAACEAhJjIztwAAAAGAQAADwAAAAAAAAAAAAAAAACsBAAAZHJzL2Rvd25yZXYueG1sUEsFBgAA&#10;AAAEAAQA8wAAALUFAAAAAA=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3A805E8" wp14:editId="384283D8">
                      <wp:simplePos x="0" y="0"/>
                      <wp:positionH relativeFrom="column">
                        <wp:posOffset>1268299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1986644023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A6027E3" id="Dikdörtgen 1" o:spid="_x0000_s1026" style="position:absolute;margin-left:99.85pt;margin-top:4.6pt;width:8.2pt;height:6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R5FUgIAAPoEAAAOAAAAZHJzL2Uyb0RvYy54bWysVE1v2zAMvQ/YfxB0X20HSdcGdYogRYcB&#10;RVssHXpWZSkxJosapcTJfv0o2XGyLqdhF5kyH7+eH31zu2sM2yr0NdiSFxc5Z8pKqGq7Kvn3l/tP&#10;V5z5IGwlDFhV8r3y/Hb28cNN66ZqBGswlUJGSayftq7k6xDcNMu8XKtG+AtwypJTAzYi0BVXWYWi&#10;peyNyUZ5fpm1gJVDkMp7envXOfks5ddayfCktVeBmZJTbyGdmM63eGazGzFdoXDrWvZtiH/oohG1&#10;paJDqjsRBNtg/VeqppYIHnS4kNBkoHUtVZqBpinyd9Ms18KpNAuR491Ak/9/aeXjdumekWhonZ96&#10;MuMUO41NfFJ/bJfI2g9kqV1gkl4W+bgoJpxJcl1d5vlV5DI7xjr04YuChkWj5EifIjEktg8+dNAD&#10;JJYylrUlv56MJinPsZtkhb1RHeqb0qyuqP4oZUtCUQuDbCvoEwsplQ3jvhVjCR3DdG3MEFicCzSh&#10;6IN6bAxTSUBDYH4u8M+KQ0SqCjYMwU1tAc8lqH4MlTs8sXgyczTfoNo/I0Po5OudvK+J1Afhw7NA&#10;0ispm3YwPNGhDRCP0FucrQF/nXsf8SQj8nLWkv5L7n9uBCrOzFdLArsuxuO4MOkynnwe0QVPPW+n&#10;HrtpFkD8F7TtTiYz4oM5mBqheaVVnceq5BJWUu2Sy4CHyyJ0e0nLLtV8nmC0JE6EB7t0MiaPrEbR&#10;vOxeBbpeWYEU+QiHXRHTdwLrsDHSwnwTQNdJfUdee75pwZJ++59B3ODTe0Idf1mz3wAAAP//AwBQ&#10;SwMEFAAGAAgAAAAhAK4ig7vdAAAACAEAAA8AAABkcnMvZG93bnJldi54bWxMj8FOwzAQRO9I/IO1&#10;SFwQdeJD24Q4FQKBBO2FFnF27SWJiNdR7Kbh71lOcNvRjGbfVJvZ92LCMXaBNOSLDASSDa6jRsP7&#10;4el2DSImQ870gVDDN0bY1JcXlSldONMbTvvUCC6hWBoNbUpDKWW0LXoTF2FAYu8zjN4klmMj3WjO&#10;XO57qbJsKb3piD+0ZsCHFu3X/uQ1ZK/r6dEZu7MvN36LuP0Y1eFZ6+ur+f4ORMI5/YXhF5/RoWam&#10;YziRi6JnXRQrjmooFAj2Vb7MQRz5UCuQdSX/D6h/AAAA//8DAFBLAQItABQABgAIAAAAIQC2gziS&#10;/gAAAOEBAAATAAAAAAAAAAAAAAAAAAAAAABbQ29udGVudF9UeXBlc10ueG1sUEsBAi0AFAAGAAgA&#10;AAAhADj9If/WAAAAlAEAAAsAAAAAAAAAAAAAAAAALwEAAF9yZWxzLy5yZWxzUEsBAi0AFAAGAAgA&#10;AAAhAJSZHkVSAgAA+gQAAA4AAAAAAAAAAAAAAAAALgIAAGRycy9lMm9Eb2MueG1sUEsBAi0AFAAG&#10;AAgAAAAhAK4ig7vdAAAACAEAAA8AAAAAAAAAAAAAAAAArAQAAGRycy9kb3ducmV2LnhtbFBLBQYA&#10;AAAABAAEAPMAAAC2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C3B9FA" wp14:editId="380BBB5D">
                      <wp:simplePos x="0" y="0"/>
                      <wp:positionH relativeFrom="column">
                        <wp:posOffset>957402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2042620228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2D5E71D" id="Dikdörtgen 1" o:spid="_x0000_s1026" style="position:absolute;margin-left:75.4pt;margin-top:4.6pt;width:8.2pt;height:6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R5FUgIAAPoEAAAOAAAAZHJzL2Uyb0RvYy54bWysVE1v2zAMvQ/YfxB0X20HSdcGdYogRYcB&#10;RVssHXpWZSkxJosapcTJfv0o2XGyLqdhF5kyH7+eH31zu2sM2yr0NdiSFxc5Z8pKqGq7Kvn3l/tP&#10;V5z5IGwlDFhV8r3y/Hb28cNN66ZqBGswlUJGSayftq7k6xDcNMu8XKtG+AtwypJTAzYi0BVXWYWi&#10;peyNyUZ5fpm1gJVDkMp7envXOfks5ddayfCktVeBmZJTbyGdmM63eGazGzFdoXDrWvZtiH/oohG1&#10;paJDqjsRBNtg/VeqppYIHnS4kNBkoHUtVZqBpinyd9Ms18KpNAuR491Ak/9/aeXjdumekWhonZ96&#10;MuMUO41NfFJ/bJfI2g9kqV1gkl4W+bgoJpxJcl1d5vlV5DI7xjr04YuChkWj5EifIjEktg8+dNAD&#10;JJYylrUlv56MJinPsZtkhb1RHeqb0qyuqP4oZUtCUQuDbCvoEwsplQ3jvhVjCR3DdG3MEFicCzSh&#10;6IN6bAxTSUBDYH4u8M+KQ0SqCjYMwU1tAc8lqH4MlTs8sXgyczTfoNo/I0Po5OudvK+J1Afhw7NA&#10;0ispm3YwPNGhDRCP0FucrQF/nXsf8SQj8nLWkv5L7n9uBCrOzFdLArsuxuO4MOkynnwe0QVPPW+n&#10;HrtpFkD8F7TtTiYz4oM5mBqheaVVnceq5BJWUu2Sy4CHyyJ0e0nLLtV8nmC0JE6EB7t0MiaPrEbR&#10;vOxeBbpeWYEU+QiHXRHTdwLrsDHSwnwTQNdJfUdee75pwZJ++59B3ODTe0Idf1mz3wAAAP//AwBQ&#10;SwMEFAAGAAgAAAAhAAmiVrvdAAAACAEAAA8AAABkcnMvZG93bnJldi54bWxMj8FOwzAQRO9I/IO1&#10;SFwQtYlEW0KcCoFAgnKhRZxde0ki4nVku2n4e7ancpvRrGbeVqvJ92LEmLpAGm5mCgSSDa6jRsPn&#10;9vl6CSJlQ870gVDDLyZY1ednlSldONAHjpvcCC6hVBoNbc5DKWWyLXqTZmFA4uw7RG8y29hIF82B&#10;y30vC6Xm0puOeKE1Az62aH82e69BvS3HJ2fsu3298mvE9Vcsti9aX15MD/cgMk75dAxHfEaHmpl2&#10;YU8uiZ79rWL0rOGuAHHM5wsWOw1FsQBZV/L/A/UfAAAA//8DAFBLAQItABQABgAIAAAAIQC2gziS&#10;/gAAAOEBAAATAAAAAAAAAAAAAAAAAAAAAABbQ29udGVudF9UeXBlc10ueG1sUEsBAi0AFAAGAAgA&#10;AAAhADj9If/WAAAAlAEAAAsAAAAAAAAAAAAAAAAALwEAAF9yZWxzLy5yZWxzUEsBAi0AFAAGAAgA&#10;AAAhAJSZHkVSAgAA+gQAAA4AAAAAAAAAAAAAAAAALgIAAGRycy9lMm9Eb2MueG1sUEsBAi0AFAAG&#10;AAgAAAAhAAmiVrvdAAAACAEAAA8AAAAAAAAAAAAAAAAArAQAAGRycy9kb3ducmV2LnhtbFBLBQYA&#10;AAAABAAEAPMAAAC2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85613ED" wp14:editId="30C4B314">
                      <wp:simplePos x="0" y="0"/>
                      <wp:positionH relativeFrom="column">
                        <wp:posOffset>642849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61295206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76B368E" id="Dikdörtgen 1" o:spid="_x0000_s1026" style="position:absolute;margin-left:50.6pt;margin-top:4.6pt;width:8.2pt;height:6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R5FUgIAAPoEAAAOAAAAZHJzL2Uyb0RvYy54bWysVE1v2zAMvQ/YfxB0X20HSdcGdYogRYcB&#10;RVssHXpWZSkxJosapcTJfv0o2XGyLqdhF5kyH7+eH31zu2sM2yr0NdiSFxc5Z8pKqGq7Kvn3l/tP&#10;V5z5IGwlDFhV8r3y/Hb28cNN66ZqBGswlUJGSayftq7k6xDcNMu8XKtG+AtwypJTAzYi0BVXWYWi&#10;peyNyUZ5fpm1gJVDkMp7envXOfks5ddayfCktVeBmZJTbyGdmM63eGazGzFdoXDrWvZtiH/oohG1&#10;paJDqjsRBNtg/VeqppYIHnS4kNBkoHUtVZqBpinyd9Ms18KpNAuR491Ak/9/aeXjdumekWhonZ96&#10;MuMUO41NfFJ/bJfI2g9kqV1gkl4W+bgoJpxJcl1d5vlV5DI7xjr04YuChkWj5EifIjEktg8+dNAD&#10;JJYylrUlv56MJinPsZtkhb1RHeqb0qyuqP4oZUtCUQuDbCvoEwsplQ3jvhVjCR3DdG3MEFicCzSh&#10;6IN6bAxTSUBDYH4u8M+KQ0SqCjYMwU1tAc8lqH4MlTs8sXgyczTfoNo/I0Po5OudvK+J1Afhw7NA&#10;0ispm3YwPNGhDRCP0FucrQF/nXsf8SQj8nLWkv5L7n9uBCrOzFdLArsuxuO4MOkynnwe0QVPPW+n&#10;HrtpFkD8F7TtTiYz4oM5mBqheaVVnceq5BJWUu2Sy4CHyyJ0e0nLLtV8nmC0JE6EB7t0MiaPrEbR&#10;vOxeBbpeWYEU+QiHXRHTdwLrsDHSwnwTQNdJfUdee75pwZJ++59B3ODTe0Idf1mz3wAAAP//AwBQ&#10;SwMEFAAGAAgAAAAhAMErL5ndAAAACAEAAA8AAABkcnMvZG93bnJldi54bWxMj8FOwzAQRO9I/IO1&#10;SFwQteNDW9I4FQKBBO2FFvXs2ksSEduR7abh79me4LQazWj2TbWeXM9GjKkLXkExE8DQm2A73yj4&#10;3L/cL4GlrL3VffCo4AcTrOvrq0qXNpz9B4673DAq8anUCtqch5LzZFp0Os3CgJ68rxCdziRjw23U&#10;Zyp3PZdCzLnTnacPrR7wqUXzvTs5BeJ9OT5bbbbm7c5tEDeHKPevSt3eTI8rYBmn/BeGCz6hQ01M&#10;x3DyNrGetCgkRRU80Ln4xWIO7KhAygXwuuL/B9S/AAAA//8DAFBLAQItABQABgAIAAAAIQC2gziS&#10;/gAAAOEBAAATAAAAAAAAAAAAAAAAAAAAAABbQ29udGVudF9UeXBlc10ueG1sUEsBAi0AFAAGAAgA&#10;AAAhADj9If/WAAAAlAEAAAsAAAAAAAAAAAAAAAAALwEAAF9yZWxzLy5yZWxzUEsBAi0AFAAGAAgA&#10;AAAhAJSZHkVSAgAA+gQAAA4AAAAAAAAAAAAAAAAALgIAAGRycy9lMm9Eb2MueG1sUEsBAi0AFAAG&#10;AAgAAAAhAMErL5ndAAAACAEAAA8AAAAAAAAAAAAAAAAArAQAAGRycy9kb3ducmV2LnhtbFBLBQYA&#10;AAAABAAEAPMAAAC2BQAAAAA=&#10;" fillcolor="white [3201]" strokecolor="#8064a2 [3207]"/>
                  </w:pict>
                </mc:Fallback>
              </mc:AlternateContent>
            </w:r>
            <w:r>
              <w:t xml:space="preserve">    A1     A2     B1     B2     C1 </w:t>
            </w:r>
          </w:p>
        </w:tc>
      </w:tr>
      <w:tr w:rsidR="0086762C" w14:paraId="33CC3643" w14:textId="77777777" w:rsidTr="0086762C">
        <w:tc>
          <w:tcPr>
            <w:tcW w:w="4698" w:type="dxa"/>
          </w:tcPr>
          <w:p w14:paraId="39E04B27" w14:textId="19DDA687" w:rsidR="0086762C" w:rsidRDefault="0086762C">
            <w:r>
              <w:t>English</w:t>
            </w:r>
          </w:p>
        </w:tc>
        <w:tc>
          <w:tcPr>
            <w:tcW w:w="4698" w:type="dxa"/>
          </w:tcPr>
          <w:p w14:paraId="6CAFEAB6" w14:textId="3C0E4FBC" w:rsidR="0086762C" w:rsidRDefault="0086762C"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C34DDE1" wp14:editId="4C90ABD3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1227225619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16F2BB1" id="Dikdörtgen 1" o:spid="_x0000_s1026" style="position:absolute;margin-left:100.1pt;margin-top:2.7pt;width:8.15pt;height:6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5QvTwIAAPoEAAAOAAAAZHJzL2Uyb0RvYy54bWysVN9v2jAQfp+0/8Hy+5qEwdYiQoVadZpU&#10;tWjt1GfXsSGa4/POhsD++p2dEFjH07QX5873+/N3mV3vGsO2Cn0NtuTFRc6ZshKq2q5K/v357sMl&#10;Zz4IWwkDVpV8rzy/nr9/N2vdVI1gDaZSyCiJ9dPWlXwdgptmmZdr1Qh/AU5ZMmrARgRScZVVKFrK&#10;3phslOefshawcghSeU+3t52Rz1N+rZUMj1p7FZgpOfUW0onpfI1nNp+J6QqFW9eyb0P8QxeNqC0V&#10;HVLdiiDYBuu/UjW1RPCgw4WEJgOta6nSDDRNkb+Z5mktnEqzEDjeDTD5/5dWPmyf3BIJhtb5qScx&#10;TrHT2MQv9cd2Caz9AJbaBSbpssg/TvIJZ5JMl5PPo0nEMjvGOvThi4KGRaHkSE+REBLbex8614NL&#10;LGUsa0t+NenzHLtJUtgb1Xl9U5rVFdUfpWyJKOrGINsKemIhpbJh3LdiLHnHMF0bMwQW5wJNKPqg&#10;3jeGqUSgITA/F/hnxSEiVQUbhuCmtoDnElQ/hsqdP6F4MnMUX6HaL5EhdPT1Tt7VBOq98GEpkPhK&#10;zKYdDI90aAOEI/QSZ2vAX+fuoz/RiKyctcT/kvufG4GKM/PVEsGuivE4LkxSxvS+pOCp5fXUYjfN&#10;DRD+BW27k0mM/sEcRI3QvNCqLmJVMgkrqXbJZcCDchO6vaRll2qxSG60JE6Ee/vkZEweUY2ked69&#10;CHQ9swIx8gEOuyKmbwjW+cZIC4tNAF0n9h1x7fGmBUv87X8GcYNP9eR1/GXNfwMAAP//AwBQSwME&#10;FAAGAAgAAAAhAKZyngbdAAAACAEAAA8AAABkcnMvZG93bnJldi54bWxMj8FOwzAQRO9I/IO1SFwQ&#10;dRrRKg1xKgQCCcqFtuLs2ksSEa8j203D37OcynE1ozdvq/XkejFiiJ0nBfNZBgLJeNtRo2C/e74t&#10;QMSkyereEyr4wQjr+vKi0qX1J/rAcZsawRCKpVbQpjSUUkbTotNx5gckzr58cDrxGRppgz4x3PUy&#10;z7KldLojXmj1gI8tmu/t0SnI3orxyWrzbl5v3AZx8xny3YtS11fTwz2IhFM6l+FPn9WhZqeDP5KN&#10;olfA9JyrChZ3IDjP58sFiAMXixXIupL/H6h/AQAA//8DAFBLAQItABQABgAIAAAAIQC2gziS/gAA&#10;AOEBAAATAAAAAAAAAAAAAAAAAAAAAABbQ29udGVudF9UeXBlc10ueG1sUEsBAi0AFAAGAAgAAAAh&#10;ADj9If/WAAAAlAEAAAsAAAAAAAAAAAAAAAAALwEAAF9yZWxzLy5yZWxzUEsBAi0AFAAGAAgAAAAh&#10;AE6vlC9PAgAA+gQAAA4AAAAAAAAAAAAAAAAALgIAAGRycy9lMm9Eb2MueG1sUEsBAi0AFAAGAAgA&#10;AAAhAKZyngbdAAAACAEAAA8AAAAAAAAAAAAAAAAAqQQAAGRycy9kb3ducmV2LnhtbFBLBQYAAAAA&#10;BAAEAPMAAACz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4677F31" wp14:editId="6F05CCDA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605852146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9BAF3CE" id="Dikdörtgen 1" o:spid="_x0000_s1026" style="position:absolute;margin-left:75.6pt;margin-top:2.7pt;width:8.15pt;height:6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5QvTwIAAPoEAAAOAAAAZHJzL2Uyb0RvYy54bWysVN9v2jAQfp+0/8Hy+5qEwdYiQoVadZpU&#10;tWjt1GfXsSGa4/POhsD++p2dEFjH07QX5873+/N3mV3vGsO2Cn0NtuTFRc6ZshKq2q5K/v357sMl&#10;Zz4IWwkDVpV8rzy/nr9/N2vdVI1gDaZSyCiJ9dPWlXwdgptmmZdr1Qh/AU5ZMmrARgRScZVVKFrK&#10;3phslOefshawcghSeU+3t52Rz1N+rZUMj1p7FZgpOfUW0onpfI1nNp+J6QqFW9eyb0P8QxeNqC0V&#10;HVLdiiDYBuu/UjW1RPCgw4WEJgOta6nSDDRNkb+Z5mktnEqzEDjeDTD5/5dWPmyf3BIJhtb5qScx&#10;TrHT2MQv9cd2Caz9AJbaBSbpssg/TvIJZ5JMl5PPo0nEMjvGOvThi4KGRaHkSE+REBLbex8614NL&#10;LGUsa0t+NenzHLtJUtgb1Xl9U5rVFdUfpWyJKOrGINsKemIhpbJh3LdiLHnHMF0bMwQW5wJNKPqg&#10;3jeGqUSgITA/F/hnxSEiVQUbhuCmtoDnElQ/hsqdP6F4MnMUX6HaL5EhdPT1Tt7VBOq98GEpkPhK&#10;zKYdDI90aAOEI/QSZ2vAX+fuoz/RiKyctcT/kvufG4GKM/PVEsGuivE4LkxSxvS+pOCp5fXUYjfN&#10;DRD+BW27k0mM/sEcRI3QvNCqLmJVMgkrqXbJZcCDchO6vaRll2qxSG60JE6Ee/vkZEweUY2ked69&#10;CHQ9swIx8gEOuyKmbwjW+cZIC4tNAF0n9h1x7fGmBUv87X8GcYNP9eR1/GXNfwMAAP//AwBQSwME&#10;FAAGAAgAAAAhAHa0w1veAAAACAEAAA8AAABkcnMvZG93bnJldi54bWxMj8FOwzAQRO9I/IO1SFxQ&#10;6zQibQhxKgQCiZYLLeLs2ksSEa+j2E3D37M9wW1HM5p9U64n14kRh9B6UrCYJyCQjLct1Qo+9s+z&#10;HESImqzuPKGCHwywri4vSl1Yf6J3HHexFlxCodAKmhj7QspgGnQ6zH2PxN6XH5yOLIda2kGfuNx1&#10;Mk2SpXS6Jf7Q6B4fGzTfu6NTkGzy8clq82Zeb9wWcfs5pPsXpa6vpod7EBGn+BeGMz6jQ8VMB38k&#10;G0THOlukHFWQ3YI4+8tVBuLAR34Hsirl/wHVLwAAAP//AwBQSwECLQAUAAYACAAAACEAtoM4kv4A&#10;AADhAQAAEwAAAAAAAAAAAAAAAAAAAAAAW0NvbnRlbnRfVHlwZXNdLnhtbFBLAQItABQABgAIAAAA&#10;IQA4/SH/1gAAAJQBAAALAAAAAAAAAAAAAAAAAC8BAABfcmVscy8ucmVsc1BLAQItABQABgAIAAAA&#10;IQBOr5QvTwIAAPoEAAAOAAAAAAAAAAAAAAAAAC4CAABkcnMvZTJvRG9jLnhtbFBLAQItABQABgAI&#10;AAAAIQB2tMNb3gAAAAgBAAAPAAAAAAAAAAAAAAAAAKkEAABkcnMvZG93bnJldi54bWxQSwUGAAAA&#10;AAQABADzAAAAtAUAAAAA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6AE2201" wp14:editId="72F6541D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219404829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FD5567B" id="Dikdörtgen 1" o:spid="_x0000_s1026" style="position:absolute;margin-left:50.85pt;margin-top:2.7pt;width:8.15pt;height:6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5QvTwIAAPoEAAAOAAAAZHJzL2Uyb0RvYy54bWysVN9v2jAQfp+0/8Hy+5qEwdYiQoVadZpU&#10;tWjt1GfXsSGa4/POhsD++p2dEFjH07QX5873+/N3mV3vGsO2Cn0NtuTFRc6ZshKq2q5K/v357sMl&#10;Zz4IWwkDVpV8rzy/nr9/N2vdVI1gDaZSyCiJ9dPWlXwdgptmmZdr1Qh/AU5ZMmrARgRScZVVKFrK&#10;3phslOefshawcghSeU+3t52Rz1N+rZUMj1p7FZgpOfUW0onpfI1nNp+J6QqFW9eyb0P8QxeNqC0V&#10;HVLdiiDYBuu/UjW1RPCgw4WEJgOta6nSDDRNkb+Z5mktnEqzEDjeDTD5/5dWPmyf3BIJhtb5qScx&#10;TrHT2MQv9cd2Caz9AJbaBSbpssg/TvIJZ5JMl5PPo0nEMjvGOvThi4KGRaHkSE+REBLbex8614NL&#10;LGUsa0t+NenzHLtJUtgb1Xl9U5rVFdUfpWyJKOrGINsKemIhpbJh3LdiLHnHMF0bMwQW5wJNKPqg&#10;3jeGqUSgITA/F/hnxSEiVQUbhuCmtoDnElQ/hsqdP6F4MnMUX6HaL5EhdPT1Tt7VBOq98GEpkPhK&#10;zKYdDI90aAOEI/QSZ2vAX+fuoz/RiKyctcT/kvufG4GKM/PVEsGuivE4LkxSxvS+pOCp5fXUYjfN&#10;DRD+BW27k0mM/sEcRI3QvNCqLmJVMgkrqXbJZcCDchO6vaRll2qxSG60JE6Ee/vkZEweUY2ked69&#10;CHQ9swIx8gEOuyKmbwjW+cZIC4tNAF0n9h1x7fGmBUv87X8GcYNP9eR1/GXNfwMAAP//AwBQSwME&#10;FAAGAAgAAAAhAJ1+vm/dAAAACAEAAA8AAABkcnMvZG93bnJldi54bWxMj8FOwzAQRO9I/IO1SFxQ&#10;66QCGkKcCoFAouVCizi79pJExOvIdtPw92xPcNvRjGbfVKvJ9WLEEDtPCvJ5BgLJeNtRo+Bj9zwr&#10;QMSkyereEyr4wQir+vys0qX1R3rHcZsawSUUS62gTWkopYymRafj3A9I7H354HRiGRppgz5yuevl&#10;IstupdMd8YdWD/jYovneHpyCbF2MT1abN/N65TaIm8+w2L0odXkxPdyDSDilvzCc8Bkdamba+wPZ&#10;KHrWWb7kqIKbaxAnPy94256P4g5kXcn/A+pfAAAA//8DAFBLAQItABQABgAIAAAAIQC2gziS/gAA&#10;AOEBAAATAAAAAAAAAAAAAAAAAAAAAABbQ29udGVudF9UeXBlc10ueG1sUEsBAi0AFAAGAAgAAAAh&#10;ADj9If/WAAAAlAEAAAsAAAAAAAAAAAAAAAAALwEAAF9yZWxzLy5yZWxzUEsBAi0AFAAGAAgAAAAh&#10;AE6vlC9PAgAA+gQAAA4AAAAAAAAAAAAAAAAALgIAAGRycy9lMm9Eb2MueG1sUEsBAi0AFAAGAAgA&#10;AAAhAJ1+vm/dAAAACAEAAA8AAAAAAAAAAAAAAAAAqQQAAGRycy9kb3ducmV2LnhtbFBLBQYAAAAA&#10;BAAEAPMAAACz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9F3AE9A" wp14:editId="088860CD">
                      <wp:simplePos x="0" y="0"/>
                      <wp:positionH relativeFrom="column">
                        <wp:posOffset>322580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78418486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6E083B9" id="Dikdörtgen 1" o:spid="_x0000_s1026" style="position:absolute;margin-left:25.4pt;margin-top:2.7pt;width:8.15pt;height:6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5QvTwIAAPoEAAAOAAAAZHJzL2Uyb0RvYy54bWysVN9v2jAQfp+0/8Hy+5qEwdYiQoVadZpU&#10;tWjt1GfXsSGa4/POhsD++p2dEFjH07QX5873+/N3mV3vGsO2Cn0NtuTFRc6ZshKq2q5K/v357sMl&#10;Zz4IWwkDVpV8rzy/nr9/N2vdVI1gDaZSyCiJ9dPWlXwdgptmmZdr1Qh/AU5ZMmrARgRScZVVKFrK&#10;3phslOefshawcghSeU+3t52Rz1N+rZUMj1p7FZgpOfUW0onpfI1nNp+J6QqFW9eyb0P8QxeNqC0V&#10;HVLdiiDYBuu/UjW1RPCgw4WEJgOta6nSDDRNkb+Z5mktnEqzEDjeDTD5/5dWPmyf3BIJhtb5qScx&#10;TrHT2MQv9cd2Caz9AJbaBSbpssg/TvIJZ5JMl5PPo0nEMjvGOvThi4KGRaHkSE+REBLbex8614NL&#10;LGUsa0t+NenzHLtJUtgb1Xl9U5rVFdUfpWyJKOrGINsKemIhpbJh3LdiLHnHMF0bMwQW5wJNKPqg&#10;3jeGqUSgITA/F/hnxSEiVQUbhuCmtoDnElQ/hsqdP6F4MnMUX6HaL5EhdPT1Tt7VBOq98GEpkPhK&#10;zKYdDI90aAOEI/QSZ2vAX+fuoz/RiKyctcT/kvufG4GKM/PVEsGuivE4LkxSxvS+pOCp5fXUYjfN&#10;DRD+BW27k0mM/sEcRI3QvNCqLmJVMgkrqXbJZcCDchO6vaRll2qxSG60JE6Ee/vkZEweUY2ked69&#10;CHQ9swIx8gEOuyKmbwjW+cZIC4tNAF0n9h1x7fGmBUv87X8GcYNP9eR1/GXNfwMAAP//AwBQSwME&#10;FAAGAAgAAAAhAB2h1PLbAAAABgEAAA8AAABkcnMvZG93bnJldi54bWxMjsFOwzAQRO9I/IO1SFwQ&#10;tVtBCSFOhUAg0XKhRZxde0ki4nVku2n4e5YTnEajGc28ajX5XowYUxdIw3ymQCDZ4DpqNLzvni4L&#10;ECkbcqYPhBq+McGqPj2pTOnCkd5w3OZG8Ail0mhocx5KKZNt0Zs0CwMSZ58hepPZxka6aI487nu5&#10;UGopvemIH1oz4EOL9mt78BrUuhgfnbGv9uXCbxA3H3Gxe9b6/Gy6vwORccp/ZfjFZ3SomWkfDuSS&#10;6DVcKybPrFcgOF7ezEHsuVbcgqwr+R+//gEAAP//AwBQSwECLQAUAAYACAAAACEAtoM4kv4AAADh&#10;AQAAEwAAAAAAAAAAAAAAAAAAAAAAW0NvbnRlbnRfVHlwZXNdLnhtbFBLAQItABQABgAIAAAAIQA4&#10;/SH/1gAAAJQBAAALAAAAAAAAAAAAAAAAAC8BAABfcmVscy8ucmVsc1BLAQItABQABgAIAAAAIQBO&#10;r5QvTwIAAPoEAAAOAAAAAAAAAAAAAAAAAC4CAABkcnMvZTJvRG9jLnhtbFBLAQItABQABgAIAAAA&#10;IQAdodTy2wAAAAYBAAAPAAAAAAAAAAAAAAAAAKkEAABkcnMvZG93bnJldi54bWxQSwUGAAAAAAQA&#10;BADzAAAAsQUAAAAA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E155FD3" wp14:editId="68C5D4FA">
                      <wp:simplePos x="0" y="0"/>
                      <wp:positionH relativeFrom="column">
                        <wp:posOffset>10084</wp:posOffset>
                      </wp:positionH>
                      <wp:positionV relativeFrom="paragraph">
                        <wp:posOffset>34849</wp:posOffset>
                      </wp:positionV>
                      <wp:extent cx="104115" cy="86008"/>
                      <wp:effectExtent l="0" t="0" r="10795" b="28575"/>
                      <wp:wrapNone/>
                      <wp:docPr id="770992315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1A2B73E" id="Dikdörtgen 1" o:spid="_x0000_s1026" style="position:absolute;margin-left:.8pt;margin-top:2.75pt;width:8.2pt;height:6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R5FUgIAAPoEAAAOAAAAZHJzL2Uyb0RvYy54bWysVE1v2zAMvQ/YfxB0X20HSdcGdYogRYcB&#10;RVssHXpWZSkxJosapcTJfv0o2XGyLqdhF5kyH7+eH31zu2sM2yr0NdiSFxc5Z8pKqGq7Kvn3l/tP&#10;V5z5IGwlDFhV8r3y/Hb28cNN66ZqBGswlUJGSayftq7k6xDcNMu8XKtG+AtwypJTAzYi0BVXWYWi&#10;peyNyUZ5fpm1gJVDkMp7envXOfks5ddayfCktVeBmZJTbyGdmM63eGazGzFdoXDrWvZtiH/oohG1&#10;paJDqjsRBNtg/VeqppYIHnS4kNBkoHUtVZqBpinyd9Ms18KpNAuR491Ak/9/aeXjdumekWhonZ96&#10;MuMUO41NfFJ/bJfI2g9kqV1gkl4W+bgoJpxJcl1d5vlV5DI7xjr04YuChkWj5EifIjEktg8+dNAD&#10;JJYylrUlv56MJinPsZtkhb1RHeqb0qyuqP4oZUtCUQuDbCvoEwsplQ3jvhVjCR3DdG3MEFicCzSh&#10;6IN6bAxTSUBDYH4u8M+KQ0SqCjYMwU1tAc8lqH4MlTs8sXgyczTfoNo/I0Po5OudvK+J1Afhw7NA&#10;0ispm3YwPNGhDRCP0FucrQF/nXsf8SQj8nLWkv5L7n9uBCrOzFdLArsuxuO4MOkynnwe0QVPPW+n&#10;HrtpFkD8F7TtTiYz4oM5mBqheaVVnceq5BJWUu2Sy4CHyyJ0e0nLLtV8nmC0JE6EB7t0MiaPrEbR&#10;vOxeBbpeWYEU+QiHXRHTdwLrsDHSwnwTQNdJfUdee75pwZJ++59B3ODTe0Idf1mz3wAAAP//AwBQ&#10;SwMEFAAGAAgAAAAhAHcy+EHaAAAABQEAAA8AAABkcnMvZG93bnJldi54bWxMj0FLAzEQhe+C/yGM&#10;4EVsYqFlXTdbRFHQerEtPafJuLu4mSxJul3/vdOTnobHe7z5XrWafC9GjKkLpOFupkAg2eA6ajTs&#10;ti+3BYiUDTnTB0INP5hgVV9eVKZ04USfOG5yI7iEUmk0tDkPpZTJtuhNmoUBib2vEL3JLGMjXTQn&#10;Lve9nCu1lN50xB9aM+BTi/Z7c/Qa1HsxPjtjP+zbjV8jrvdxvn3V+vpqenwAkXHKf2E44zM61Mx0&#10;CEdySfSslxzUsFiAOLsFDzvwvVcg60r+p69/AQAA//8DAFBLAQItABQABgAIAAAAIQC2gziS/gAA&#10;AOEBAAATAAAAAAAAAAAAAAAAAAAAAABbQ29udGVudF9UeXBlc10ueG1sUEsBAi0AFAAGAAgAAAAh&#10;ADj9If/WAAAAlAEAAAsAAAAAAAAAAAAAAAAALwEAAF9yZWxzLy5yZWxzUEsBAi0AFAAGAAgAAAAh&#10;AJSZHkVSAgAA+gQAAA4AAAAAAAAAAAAAAAAALgIAAGRycy9lMm9Eb2MueG1sUEsBAi0AFAAGAAgA&#10;AAAhAHcy+EHaAAAABQEAAA8AAAAAAAAAAAAAAAAArAQAAGRycy9kb3ducmV2LnhtbFBLBQYAAAAA&#10;BAAEAPMAAACzBQAAAAA=&#10;" fillcolor="white [3201]" strokecolor="#8064a2 [3207]"/>
                  </w:pict>
                </mc:Fallback>
              </mc:AlternateContent>
            </w:r>
            <w:r>
              <w:t xml:space="preserve">    A1     A2     B1     B2     C1 </w:t>
            </w:r>
          </w:p>
        </w:tc>
      </w:tr>
    </w:tbl>
    <w:p w14:paraId="48410BD3" w14:textId="77777777" w:rsidR="0086762C" w:rsidRDefault="0086762C" w:rsidP="0086762C">
      <w:bookmarkStart w:id="0" w:name="_GoBack"/>
      <w:bookmarkEnd w:id="0"/>
    </w:p>
    <w:p w14:paraId="4E0A8122" w14:textId="5CCFCCEA" w:rsidR="00BE59F1" w:rsidRDefault="0086762C">
      <w:pPr>
        <w:pStyle w:val="Balk1"/>
      </w:pPr>
      <w:r>
        <w:lastRenderedPageBreak/>
        <w:t>5. Courses</w:t>
      </w:r>
      <w:r w:rsidR="008E5E46">
        <w:t xml:space="preserve"> (Links provided below)</w:t>
      </w:r>
      <w:r w:rsidR="00C53BE2">
        <w:rPr>
          <w:rStyle w:val="DipnotBavurusu"/>
        </w:rPr>
        <w:footnoteReference w:id="1"/>
      </w:r>
      <w:r w:rsidR="008E5E46">
        <w:t>-</w:t>
      </w:r>
      <w:r w:rsidR="00C53BE2">
        <w:rPr>
          <w:rStyle w:val="DipnotBavurusu"/>
        </w:rPr>
        <w:footnoteReference w:id="2"/>
      </w:r>
    </w:p>
    <w:p w14:paraId="0408D4F7" w14:textId="77777777" w:rsidR="00BE59F1" w:rsidRDefault="0091045A">
      <w:r>
        <w:t>Please fill in the courses you wish to take: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51"/>
        <w:gridCol w:w="2349"/>
        <w:gridCol w:w="2348"/>
        <w:gridCol w:w="2348"/>
      </w:tblGrid>
      <w:tr w:rsidR="00BE59F1" w14:paraId="1CBBE12B" w14:textId="77777777">
        <w:tc>
          <w:tcPr>
            <w:tcW w:w="2351" w:type="dxa"/>
          </w:tcPr>
          <w:p w14:paraId="61DEB283" w14:textId="77777777" w:rsidR="00BE59F1" w:rsidRDefault="0091045A">
            <w:r>
              <w:rPr>
                <w:b/>
              </w:rPr>
              <w:t>Faculty/Institute</w:t>
            </w:r>
          </w:p>
        </w:tc>
        <w:tc>
          <w:tcPr>
            <w:tcW w:w="2351" w:type="dxa"/>
          </w:tcPr>
          <w:p w14:paraId="377340EE" w14:textId="77777777" w:rsidR="00BE59F1" w:rsidRDefault="0091045A">
            <w:r>
              <w:rPr>
                <w:b/>
              </w:rPr>
              <w:t>Program</w:t>
            </w:r>
          </w:p>
        </w:tc>
        <w:tc>
          <w:tcPr>
            <w:tcW w:w="2351" w:type="dxa"/>
          </w:tcPr>
          <w:p w14:paraId="5B8EAF2B" w14:textId="77777777" w:rsidR="00BE59F1" w:rsidRDefault="0091045A">
            <w:r>
              <w:rPr>
                <w:b/>
              </w:rPr>
              <w:t>Course Code</w:t>
            </w:r>
          </w:p>
        </w:tc>
        <w:tc>
          <w:tcPr>
            <w:tcW w:w="2351" w:type="dxa"/>
          </w:tcPr>
          <w:p w14:paraId="0BE2F41E" w14:textId="77777777" w:rsidR="00BE59F1" w:rsidRDefault="0091045A">
            <w:r>
              <w:rPr>
                <w:b/>
              </w:rPr>
              <w:t>Course Name</w:t>
            </w:r>
          </w:p>
        </w:tc>
      </w:tr>
      <w:tr w:rsidR="00BE59F1" w14:paraId="25BED82C" w14:textId="77777777">
        <w:tc>
          <w:tcPr>
            <w:tcW w:w="2351" w:type="dxa"/>
          </w:tcPr>
          <w:p w14:paraId="6EB9DFEC" w14:textId="77777777" w:rsidR="00BE59F1" w:rsidRDefault="00BE59F1"/>
        </w:tc>
        <w:tc>
          <w:tcPr>
            <w:tcW w:w="2351" w:type="dxa"/>
          </w:tcPr>
          <w:p w14:paraId="6BD04E81" w14:textId="77777777" w:rsidR="00BE59F1" w:rsidRDefault="00BE59F1"/>
        </w:tc>
        <w:tc>
          <w:tcPr>
            <w:tcW w:w="2351" w:type="dxa"/>
          </w:tcPr>
          <w:p w14:paraId="316088C0" w14:textId="77777777" w:rsidR="00BE59F1" w:rsidRDefault="00BE59F1"/>
        </w:tc>
        <w:tc>
          <w:tcPr>
            <w:tcW w:w="2351" w:type="dxa"/>
          </w:tcPr>
          <w:p w14:paraId="5F6AF827" w14:textId="77777777" w:rsidR="00BE59F1" w:rsidRDefault="00BE59F1"/>
        </w:tc>
      </w:tr>
      <w:tr w:rsidR="00BE59F1" w14:paraId="2E34B60C" w14:textId="77777777">
        <w:tc>
          <w:tcPr>
            <w:tcW w:w="2351" w:type="dxa"/>
          </w:tcPr>
          <w:p w14:paraId="2577C7F5" w14:textId="77777777" w:rsidR="00BE59F1" w:rsidRDefault="00BE59F1"/>
        </w:tc>
        <w:tc>
          <w:tcPr>
            <w:tcW w:w="2351" w:type="dxa"/>
          </w:tcPr>
          <w:p w14:paraId="7F3ECFC7" w14:textId="77777777" w:rsidR="00BE59F1" w:rsidRDefault="00BE59F1"/>
        </w:tc>
        <w:tc>
          <w:tcPr>
            <w:tcW w:w="2351" w:type="dxa"/>
          </w:tcPr>
          <w:p w14:paraId="27B5F3F7" w14:textId="77777777" w:rsidR="00BE59F1" w:rsidRDefault="00BE59F1"/>
        </w:tc>
        <w:tc>
          <w:tcPr>
            <w:tcW w:w="2351" w:type="dxa"/>
          </w:tcPr>
          <w:p w14:paraId="0A5D0926" w14:textId="77777777" w:rsidR="00BE59F1" w:rsidRDefault="00BE59F1"/>
        </w:tc>
      </w:tr>
      <w:tr w:rsidR="00BE59F1" w14:paraId="3CD181F9" w14:textId="77777777">
        <w:tc>
          <w:tcPr>
            <w:tcW w:w="2351" w:type="dxa"/>
          </w:tcPr>
          <w:p w14:paraId="3738A986" w14:textId="77777777" w:rsidR="00BE59F1" w:rsidRDefault="00BE59F1"/>
        </w:tc>
        <w:tc>
          <w:tcPr>
            <w:tcW w:w="2351" w:type="dxa"/>
          </w:tcPr>
          <w:p w14:paraId="13CC583E" w14:textId="77777777" w:rsidR="00BE59F1" w:rsidRDefault="00BE59F1"/>
        </w:tc>
        <w:tc>
          <w:tcPr>
            <w:tcW w:w="2351" w:type="dxa"/>
          </w:tcPr>
          <w:p w14:paraId="2161FED8" w14:textId="77777777" w:rsidR="00BE59F1" w:rsidRDefault="00BE59F1"/>
        </w:tc>
        <w:tc>
          <w:tcPr>
            <w:tcW w:w="2351" w:type="dxa"/>
          </w:tcPr>
          <w:p w14:paraId="477A6069" w14:textId="77777777" w:rsidR="00BE59F1" w:rsidRDefault="00BE59F1"/>
        </w:tc>
      </w:tr>
      <w:tr w:rsidR="008E5E46" w14:paraId="128ECE40" w14:textId="77777777">
        <w:tc>
          <w:tcPr>
            <w:tcW w:w="2351" w:type="dxa"/>
          </w:tcPr>
          <w:p w14:paraId="6FC08983" w14:textId="77777777" w:rsidR="008E5E46" w:rsidRDefault="008E5E46"/>
        </w:tc>
        <w:tc>
          <w:tcPr>
            <w:tcW w:w="2351" w:type="dxa"/>
          </w:tcPr>
          <w:p w14:paraId="48685E2D" w14:textId="77777777" w:rsidR="008E5E46" w:rsidRDefault="008E5E46"/>
        </w:tc>
        <w:tc>
          <w:tcPr>
            <w:tcW w:w="2351" w:type="dxa"/>
          </w:tcPr>
          <w:p w14:paraId="66F1BA4A" w14:textId="77777777" w:rsidR="008E5E46" w:rsidRDefault="008E5E46"/>
        </w:tc>
        <w:tc>
          <w:tcPr>
            <w:tcW w:w="2351" w:type="dxa"/>
          </w:tcPr>
          <w:p w14:paraId="62848FD5" w14:textId="77777777" w:rsidR="008E5E46" w:rsidRDefault="008E5E46"/>
        </w:tc>
      </w:tr>
      <w:tr w:rsidR="008E5E46" w14:paraId="2A016CA0" w14:textId="77777777">
        <w:tc>
          <w:tcPr>
            <w:tcW w:w="2351" w:type="dxa"/>
          </w:tcPr>
          <w:p w14:paraId="6E4C3728" w14:textId="77777777" w:rsidR="008E5E46" w:rsidRDefault="008E5E46"/>
        </w:tc>
        <w:tc>
          <w:tcPr>
            <w:tcW w:w="2351" w:type="dxa"/>
          </w:tcPr>
          <w:p w14:paraId="7CECE6C6" w14:textId="77777777" w:rsidR="008E5E46" w:rsidRDefault="008E5E46"/>
        </w:tc>
        <w:tc>
          <w:tcPr>
            <w:tcW w:w="2351" w:type="dxa"/>
          </w:tcPr>
          <w:p w14:paraId="275E33D7" w14:textId="77777777" w:rsidR="008E5E46" w:rsidRDefault="008E5E46"/>
        </w:tc>
        <w:tc>
          <w:tcPr>
            <w:tcW w:w="2351" w:type="dxa"/>
          </w:tcPr>
          <w:p w14:paraId="63F786F6" w14:textId="77777777" w:rsidR="008E5E46" w:rsidRDefault="008E5E46"/>
        </w:tc>
      </w:tr>
      <w:tr w:rsidR="008E5E46" w14:paraId="7E2CF95B" w14:textId="77777777">
        <w:tc>
          <w:tcPr>
            <w:tcW w:w="2351" w:type="dxa"/>
          </w:tcPr>
          <w:p w14:paraId="058B72F6" w14:textId="77777777" w:rsidR="008E5E46" w:rsidRDefault="008E5E46"/>
        </w:tc>
        <w:tc>
          <w:tcPr>
            <w:tcW w:w="2351" w:type="dxa"/>
          </w:tcPr>
          <w:p w14:paraId="51C60974" w14:textId="77777777" w:rsidR="008E5E46" w:rsidRDefault="008E5E46"/>
        </w:tc>
        <w:tc>
          <w:tcPr>
            <w:tcW w:w="2351" w:type="dxa"/>
          </w:tcPr>
          <w:p w14:paraId="356588EC" w14:textId="77777777" w:rsidR="008E5E46" w:rsidRDefault="008E5E46"/>
        </w:tc>
        <w:tc>
          <w:tcPr>
            <w:tcW w:w="2351" w:type="dxa"/>
          </w:tcPr>
          <w:p w14:paraId="1342A126" w14:textId="77777777" w:rsidR="008E5E46" w:rsidRDefault="008E5E46"/>
        </w:tc>
      </w:tr>
      <w:tr w:rsidR="008E5E46" w14:paraId="32D973EB" w14:textId="77777777">
        <w:tc>
          <w:tcPr>
            <w:tcW w:w="2351" w:type="dxa"/>
          </w:tcPr>
          <w:p w14:paraId="59AD30FE" w14:textId="77777777" w:rsidR="008E5E46" w:rsidRDefault="008E5E46"/>
        </w:tc>
        <w:tc>
          <w:tcPr>
            <w:tcW w:w="2351" w:type="dxa"/>
          </w:tcPr>
          <w:p w14:paraId="643D535E" w14:textId="77777777" w:rsidR="008E5E46" w:rsidRDefault="008E5E46"/>
        </w:tc>
        <w:tc>
          <w:tcPr>
            <w:tcW w:w="2351" w:type="dxa"/>
          </w:tcPr>
          <w:p w14:paraId="1FB427D9" w14:textId="77777777" w:rsidR="008E5E46" w:rsidRDefault="008E5E46"/>
        </w:tc>
        <w:tc>
          <w:tcPr>
            <w:tcW w:w="2351" w:type="dxa"/>
          </w:tcPr>
          <w:p w14:paraId="5D697C7B" w14:textId="77777777" w:rsidR="008E5E46" w:rsidRDefault="008E5E46"/>
        </w:tc>
      </w:tr>
      <w:tr w:rsidR="008E5E46" w14:paraId="2A21FC57" w14:textId="77777777">
        <w:tc>
          <w:tcPr>
            <w:tcW w:w="2351" w:type="dxa"/>
          </w:tcPr>
          <w:p w14:paraId="03151F03" w14:textId="77777777" w:rsidR="008E5E46" w:rsidRDefault="008E5E46"/>
        </w:tc>
        <w:tc>
          <w:tcPr>
            <w:tcW w:w="2351" w:type="dxa"/>
          </w:tcPr>
          <w:p w14:paraId="5C5369CA" w14:textId="77777777" w:rsidR="008E5E46" w:rsidRDefault="008E5E46"/>
        </w:tc>
        <w:tc>
          <w:tcPr>
            <w:tcW w:w="2351" w:type="dxa"/>
          </w:tcPr>
          <w:p w14:paraId="070E50F7" w14:textId="77777777" w:rsidR="008E5E46" w:rsidRDefault="008E5E46"/>
        </w:tc>
        <w:tc>
          <w:tcPr>
            <w:tcW w:w="2351" w:type="dxa"/>
          </w:tcPr>
          <w:p w14:paraId="4B44D165" w14:textId="77777777" w:rsidR="008E5E46" w:rsidRDefault="008E5E46"/>
        </w:tc>
      </w:tr>
    </w:tbl>
    <w:p w14:paraId="4C740187" w14:textId="77777777" w:rsidR="00DB14D7" w:rsidRDefault="00DB14D7"/>
    <w:p w14:paraId="2DFBF3D9" w14:textId="18561F01" w:rsidR="0086762C" w:rsidRDefault="0086762C" w:rsidP="0086762C">
      <w:pPr>
        <w:pStyle w:val="Balk1"/>
      </w:pPr>
      <w:r>
        <w:t>6. Approval</w:t>
      </w:r>
    </w:p>
    <w:p w14:paraId="35C6A226" w14:textId="77777777" w:rsidR="0086762C" w:rsidRDefault="0086762C" w:rsidP="0086762C">
      <w:r>
        <w:rPr>
          <w:b/>
        </w:rPr>
        <w:t>I confirm that the information I have provided above is accurate.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9"/>
        <w:gridCol w:w="4697"/>
      </w:tblGrid>
      <w:tr w:rsidR="0086762C" w14:paraId="163E1E6F" w14:textId="77777777" w:rsidTr="00BE7A9F">
        <w:tc>
          <w:tcPr>
            <w:tcW w:w="4703" w:type="dxa"/>
          </w:tcPr>
          <w:p w14:paraId="20476F3D" w14:textId="77777777" w:rsidR="0086762C" w:rsidRDefault="0086762C" w:rsidP="00BE7A9F">
            <w:r>
              <w:rPr>
                <w:b/>
              </w:rPr>
              <w:t>Name Surname</w:t>
            </w:r>
          </w:p>
        </w:tc>
        <w:tc>
          <w:tcPr>
            <w:tcW w:w="4703" w:type="dxa"/>
          </w:tcPr>
          <w:p w14:paraId="6F832C0F" w14:textId="77777777" w:rsidR="0086762C" w:rsidRDefault="0086762C" w:rsidP="00BE7A9F"/>
        </w:tc>
      </w:tr>
      <w:tr w:rsidR="0086762C" w14:paraId="4AA818AC" w14:textId="77777777" w:rsidTr="00BE7A9F">
        <w:tc>
          <w:tcPr>
            <w:tcW w:w="4703" w:type="dxa"/>
          </w:tcPr>
          <w:p w14:paraId="682239DA" w14:textId="77777777" w:rsidR="0086762C" w:rsidRDefault="0086762C" w:rsidP="00BE7A9F">
            <w:r>
              <w:rPr>
                <w:b/>
              </w:rPr>
              <w:t>Date</w:t>
            </w:r>
          </w:p>
        </w:tc>
        <w:tc>
          <w:tcPr>
            <w:tcW w:w="4703" w:type="dxa"/>
          </w:tcPr>
          <w:p w14:paraId="04123C83" w14:textId="77777777" w:rsidR="0086762C" w:rsidRDefault="0086762C" w:rsidP="00BE7A9F"/>
        </w:tc>
      </w:tr>
      <w:tr w:rsidR="0086762C" w14:paraId="40EB1239" w14:textId="77777777" w:rsidTr="00BE7A9F">
        <w:tc>
          <w:tcPr>
            <w:tcW w:w="4703" w:type="dxa"/>
          </w:tcPr>
          <w:p w14:paraId="2DC76955" w14:textId="77777777" w:rsidR="0086762C" w:rsidRDefault="0086762C" w:rsidP="00BE7A9F">
            <w:r>
              <w:rPr>
                <w:b/>
              </w:rPr>
              <w:t>Signature</w:t>
            </w:r>
          </w:p>
        </w:tc>
        <w:tc>
          <w:tcPr>
            <w:tcW w:w="4703" w:type="dxa"/>
          </w:tcPr>
          <w:p w14:paraId="5620BC77" w14:textId="77777777" w:rsidR="0086762C" w:rsidRDefault="0086762C" w:rsidP="00BE7A9F"/>
        </w:tc>
      </w:tr>
    </w:tbl>
    <w:p w14:paraId="0E31F7CC" w14:textId="77777777" w:rsidR="0086762C" w:rsidRDefault="0086762C"/>
    <w:sectPr w:rsidR="0086762C" w:rsidSect="00034616">
      <w:foot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06615" w14:textId="77777777" w:rsidR="0091045A" w:rsidRDefault="0091045A" w:rsidP="00C53BE2">
      <w:pPr>
        <w:spacing w:after="0" w:line="240" w:lineRule="auto"/>
      </w:pPr>
      <w:r>
        <w:separator/>
      </w:r>
    </w:p>
  </w:endnote>
  <w:endnote w:type="continuationSeparator" w:id="0">
    <w:p w14:paraId="50469B25" w14:textId="77777777" w:rsidR="0091045A" w:rsidRDefault="0091045A" w:rsidP="00C53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46869" w14:textId="5D7BACE0" w:rsidR="00412F6F" w:rsidRPr="00412F6F" w:rsidRDefault="00412F6F" w:rsidP="00412F6F">
    <w:pPr>
      <w:pStyle w:val="AltBilgi"/>
      <w:jc w:val="right"/>
      <w:rPr>
        <w:rFonts w:ascii="Times New Roman" w:hAnsi="Times New Roman" w:cs="Times New Roman"/>
        <w:sz w:val="20"/>
        <w:szCs w:val="20"/>
        <w:lang w:val="tr-TR"/>
      </w:rPr>
    </w:pPr>
    <w:r w:rsidRPr="00412F6F">
      <w:rPr>
        <w:rFonts w:ascii="Times New Roman" w:hAnsi="Times New Roman" w:cs="Times New Roman"/>
        <w:sz w:val="20"/>
        <w:szCs w:val="20"/>
        <w:lang w:val="tr-TR"/>
      </w:rPr>
      <w:t xml:space="preserve">KYS-FRM-774; Yayın Tarihi: 03.06.2025; </w:t>
    </w:r>
    <w:proofErr w:type="spellStart"/>
    <w:r w:rsidRPr="00412F6F">
      <w:rPr>
        <w:rFonts w:ascii="Times New Roman" w:hAnsi="Times New Roman" w:cs="Times New Roman"/>
        <w:sz w:val="20"/>
        <w:szCs w:val="20"/>
        <w:lang w:val="tr-TR"/>
      </w:rPr>
      <w:t>Rev</w:t>
    </w:r>
    <w:proofErr w:type="spellEnd"/>
    <w:r w:rsidRPr="00412F6F">
      <w:rPr>
        <w:rFonts w:ascii="Times New Roman" w:hAnsi="Times New Roman" w:cs="Times New Roman"/>
        <w:sz w:val="20"/>
        <w:szCs w:val="20"/>
        <w:lang w:val="tr-TR"/>
      </w:rPr>
      <w:t xml:space="preserve">. No:- </w:t>
    </w:r>
    <w:proofErr w:type="spellStart"/>
    <w:r w:rsidRPr="00412F6F">
      <w:rPr>
        <w:rFonts w:ascii="Times New Roman" w:hAnsi="Times New Roman" w:cs="Times New Roman"/>
        <w:sz w:val="20"/>
        <w:szCs w:val="20"/>
        <w:lang w:val="tr-TR"/>
      </w:rPr>
      <w:t>Rev</w:t>
    </w:r>
    <w:proofErr w:type="spellEnd"/>
    <w:r w:rsidRPr="00412F6F">
      <w:rPr>
        <w:rFonts w:ascii="Times New Roman" w:hAnsi="Times New Roman" w:cs="Times New Roman"/>
        <w:sz w:val="20"/>
        <w:szCs w:val="20"/>
        <w:lang w:val="tr-TR"/>
      </w:rPr>
      <w:t>. Tarihi:-</w:t>
    </w:r>
  </w:p>
  <w:p w14:paraId="148BE311" w14:textId="77777777" w:rsidR="00412F6F" w:rsidRDefault="00412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A2D6E7" w14:textId="77777777" w:rsidR="0091045A" w:rsidRDefault="0091045A" w:rsidP="00C53BE2">
      <w:pPr>
        <w:spacing w:after="0" w:line="240" w:lineRule="auto"/>
      </w:pPr>
      <w:r>
        <w:separator/>
      </w:r>
    </w:p>
  </w:footnote>
  <w:footnote w:type="continuationSeparator" w:id="0">
    <w:p w14:paraId="283E2F71" w14:textId="77777777" w:rsidR="0091045A" w:rsidRDefault="0091045A" w:rsidP="00C53BE2">
      <w:pPr>
        <w:spacing w:after="0" w:line="240" w:lineRule="auto"/>
      </w:pPr>
      <w:r>
        <w:continuationSeparator/>
      </w:r>
    </w:p>
  </w:footnote>
  <w:footnote w:id="1">
    <w:p w14:paraId="34ECD5AA" w14:textId="49E99514" w:rsidR="00C53BE2" w:rsidRDefault="00C53BE2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C53BE2">
        <w:t>For the list of suggested courses offered in English by the departments</w:t>
      </w:r>
      <w:r>
        <w:t xml:space="preserve">: </w:t>
      </w:r>
      <w:hyperlink r:id="rId1" w:history="1">
        <w:r w:rsidRPr="00D565AF">
          <w:rPr>
            <w:rStyle w:val="Kpr"/>
          </w:rPr>
          <w:t>https://bit.ly/kuengcourses</w:t>
        </w:r>
      </w:hyperlink>
    </w:p>
    <w:p w14:paraId="4B2E560C" w14:textId="77777777" w:rsidR="00C53BE2" w:rsidRPr="00C53BE2" w:rsidRDefault="00C53BE2">
      <w:pPr>
        <w:pStyle w:val="DipnotMetni"/>
        <w:rPr>
          <w:lang w:val="en-GB"/>
        </w:rPr>
      </w:pPr>
    </w:p>
  </w:footnote>
  <w:footnote w:id="2">
    <w:p w14:paraId="68EF0651" w14:textId="5E5E9263" w:rsidR="00C53BE2" w:rsidRDefault="00C53BE2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C53BE2">
        <w:t xml:space="preserve">For the list of </w:t>
      </w:r>
      <w:r>
        <w:t xml:space="preserve">all </w:t>
      </w:r>
      <w:proofErr w:type="spellStart"/>
      <w:r>
        <w:t>programmes</w:t>
      </w:r>
      <w:proofErr w:type="spellEnd"/>
      <w:r>
        <w:t xml:space="preserve"> and courses: </w:t>
      </w:r>
      <w:hyperlink r:id="rId2" w:history="1">
        <w:r w:rsidRPr="00D565AF">
          <w:rPr>
            <w:rStyle w:val="Kpr"/>
          </w:rPr>
          <w:t>https://bit.ly/kuallcourses</w:t>
        </w:r>
      </w:hyperlink>
    </w:p>
    <w:p w14:paraId="7FB21853" w14:textId="77777777" w:rsidR="00C53BE2" w:rsidRPr="00C53BE2" w:rsidRDefault="00C53BE2">
      <w:pPr>
        <w:pStyle w:val="DipnotMetni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2F6F"/>
    <w:rsid w:val="00651BFC"/>
    <w:rsid w:val="007B3324"/>
    <w:rsid w:val="0086762C"/>
    <w:rsid w:val="008E5E46"/>
    <w:rsid w:val="0091045A"/>
    <w:rsid w:val="00AA1D8D"/>
    <w:rsid w:val="00B47730"/>
    <w:rsid w:val="00BE59F1"/>
    <w:rsid w:val="00C53BE2"/>
    <w:rsid w:val="00CB0664"/>
    <w:rsid w:val="00DB14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1D1054"/>
  <w14:defaultImageDpi w14:val="300"/>
  <w15:docId w15:val="{149CECD2-9C75-4E5C-82CD-AF5A920B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DipnotMetni">
    <w:name w:val="footnote text"/>
    <w:basedOn w:val="Normal"/>
    <w:link w:val="DipnotMetniChar"/>
    <w:uiPriority w:val="99"/>
    <w:semiHidden/>
    <w:unhideWhenUsed/>
    <w:rsid w:val="00C53BE2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53BE2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C53BE2"/>
    <w:rPr>
      <w:vertAlign w:val="superscript"/>
    </w:rPr>
  </w:style>
  <w:style w:type="character" w:styleId="Kpr">
    <w:name w:val="Hyperlink"/>
    <w:basedOn w:val="VarsaylanParagrafYazTipi"/>
    <w:uiPriority w:val="99"/>
    <w:unhideWhenUsed/>
    <w:rsid w:val="00C53BE2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C53B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bit.ly/kuallcourses" TargetMode="External"/><Relationship Id="rId1" Type="http://schemas.openxmlformats.org/officeDocument/2006/relationships/hyperlink" Target="https://bit.ly/kuengcour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8F83DC-423E-4A8C-BF64-79EA596BF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ESRA AVANOGLU</cp:lastModifiedBy>
  <cp:revision>5</cp:revision>
  <dcterms:created xsi:type="dcterms:W3CDTF">2025-05-23T06:45:00Z</dcterms:created>
  <dcterms:modified xsi:type="dcterms:W3CDTF">2025-06-03T06:27:00Z</dcterms:modified>
  <cp:category/>
</cp:coreProperties>
</file>