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A974E" w14:textId="77777777" w:rsidR="00124727" w:rsidRDefault="003965F4">
      <w:pPr>
        <w:pStyle w:val="KonuBal"/>
        <w:jc w:val="center"/>
      </w:pPr>
      <w:r>
        <w:rPr>
          <w:b/>
          <w:sz w:val="32"/>
        </w:rPr>
        <w:t>KASTAMONU ÜNİVERSİTESİ</w:t>
      </w:r>
    </w:p>
    <w:p w14:paraId="60DB73C9" w14:textId="77777777" w:rsidR="00124727" w:rsidRDefault="003965F4">
      <w:pPr>
        <w:jc w:val="center"/>
      </w:pPr>
      <w:proofErr w:type="spellStart"/>
      <w:r>
        <w:rPr>
          <w:b/>
          <w:sz w:val="28"/>
        </w:rPr>
        <w:t>İkili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Anlaşmalar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Protokoller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Koordinatörlüğü</w:t>
      </w:r>
      <w:proofErr w:type="spellEnd"/>
    </w:p>
    <w:p w14:paraId="5DF5DEE1" w14:textId="3784276C" w:rsidR="00124727" w:rsidRDefault="003965F4">
      <w:pPr>
        <w:jc w:val="center"/>
      </w:pPr>
      <w:proofErr w:type="spellStart"/>
      <w:r>
        <w:rPr>
          <w:b/>
          <w:sz w:val="28"/>
        </w:rPr>
        <w:t>İkili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Değişim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Programı</w:t>
      </w:r>
      <w:proofErr w:type="spellEnd"/>
      <w:r>
        <w:rPr>
          <w:b/>
          <w:sz w:val="28"/>
        </w:rPr>
        <w:t xml:space="preserve"> </w:t>
      </w:r>
      <w:proofErr w:type="spellStart"/>
      <w:r w:rsidR="00557AAA">
        <w:rPr>
          <w:b/>
          <w:sz w:val="28"/>
        </w:rPr>
        <w:t>Öğrenci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Başvuru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Formu</w:t>
      </w:r>
      <w:proofErr w:type="spellEnd"/>
    </w:p>
    <w:p w14:paraId="5170DB58" w14:textId="77777777" w:rsidR="00124727" w:rsidRDefault="003965F4">
      <w:pPr>
        <w:pStyle w:val="Balk1"/>
      </w:pPr>
      <w:r>
        <w:t xml:space="preserve">1.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Bilgiler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9"/>
        <w:gridCol w:w="4697"/>
      </w:tblGrid>
      <w:tr w:rsidR="00124727" w14:paraId="2BAC5705" w14:textId="77777777" w:rsidTr="00557AAA">
        <w:tc>
          <w:tcPr>
            <w:tcW w:w="4699" w:type="dxa"/>
          </w:tcPr>
          <w:p w14:paraId="719B8ED7" w14:textId="77777777" w:rsidR="00124727" w:rsidRDefault="003965F4"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Soyadı</w:t>
            </w:r>
            <w:proofErr w:type="spellEnd"/>
          </w:p>
        </w:tc>
        <w:tc>
          <w:tcPr>
            <w:tcW w:w="4697" w:type="dxa"/>
          </w:tcPr>
          <w:p w14:paraId="77C3C011" w14:textId="77777777" w:rsidR="00124727" w:rsidRDefault="00124727"/>
        </w:tc>
      </w:tr>
      <w:tr w:rsidR="00124727" w14:paraId="0EC4682E" w14:textId="77777777" w:rsidTr="00557AAA">
        <w:tc>
          <w:tcPr>
            <w:tcW w:w="4699" w:type="dxa"/>
          </w:tcPr>
          <w:p w14:paraId="0D9324A0" w14:textId="77777777" w:rsidR="00124727" w:rsidRDefault="003965F4">
            <w:proofErr w:type="spellStart"/>
            <w:r>
              <w:rPr>
                <w:b/>
              </w:rPr>
              <w:t>Doğum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4697" w:type="dxa"/>
          </w:tcPr>
          <w:p w14:paraId="60F0BE61" w14:textId="77777777" w:rsidR="00124727" w:rsidRDefault="00124727"/>
        </w:tc>
      </w:tr>
      <w:tr w:rsidR="00124727" w14:paraId="7603268E" w14:textId="77777777" w:rsidTr="00557AAA">
        <w:tc>
          <w:tcPr>
            <w:tcW w:w="4699" w:type="dxa"/>
          </w:tcPr>
          <w:p w14:paraId="1FDD777E" w14:textId="77777777" w:rsidR="00124727" w:rsidRDefault="003965F4">
            <w:proofErr w:type="spellStart"/>
            <w:r>
              <w:rPr>
                <w:b/>
              </w:rPr>
              <w:t>Uyruk</w:t>
            </w:r>
            <w:proofErr w:type="spellEnd"/>
          </w:p>
        </w:tc>
        <w:tc>
          <w:tcPr>
            <w:tcW w:w="4697" w:type="dxa"/>
          </w:tcPr>
          <w:p w14:paraId="0E3DDAE4" w14:textId="77777777" w:rsidR="00124727" w:rsidRDefault="00124727"/>
        </w:tc>
      </w:tr>
      <w:tr w:rsidR="00124727" w14:paraId="74CF694A" w14:textId="77777777" w:rsidTr="00557AAA">
        <w:tc>
          <w:tcPr>
            <w:tcW w:w="4699" w:type="dxa"/>
          </w:tcPr>
          <w:p w14:paraId="71EB0B98" w14:textId="77777777" w:rsidR="00124727" w:rsidRDefault="003965F4">
            <w:r>
              <w:rPr>
                <w:b/>
              </w:rPr>
              <w:t>E-</w:t>
            </w:r>
            <w:proofErr w:type="spellStart"/>
            <w:r>
              <w:rPr>
                <w:b/>
              </w:rPr>
              <w:t>posta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Adresi</w:t>
            </w:r>
            <w:proofErr w:type="spellEnd"/>
          </w:p>
        </w:tc>
        <w:tc>
          <w:tcPr>
            <w:tcW w:w="4697" w:type="dxa"/>
          </w:tcPr>
          <w:p w14:paraId="6128C9B7" w14:textId="77777777" w:rsidR="00124727" w:rsidRDefault="00124727"/>
        </w:tc>
      </w:tr>
      <w:tr w:rsidR="00124727" w14:paraId="24EAD50D" w14:textId="77777777" w:rsidTr="00557AAA">
        <w:tc>
          <w:tcPr>
            <w:tcW w:w="4699" w:type="dxa"/>
          </w:tcPr>
          <w:p w14:paraId="540726BB" w14:textId="77777777" w:rsidR="00124727" w:rsidRDefault="003965F4">
            <w:proofErr w:type="spellStart"/>
            <w:r>
              <w:rPr>
                <w:b/>
              </w:rPr>
              <w:t>Telefon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Numarası</w:t>
            </w:r>
            <w:proofErr w:type="spellEnd"/>
          </w:p>
        </w:tc>
        <w:tc>
          <w:tcPr>
            <w:tcW w:w="4697" w:type="dxa"/>
          </w:tcPr>
          <w:p w14:paraId="3165AEAC" w14:textId="77777777" w:rsidR="00124727" w:rsidRDefault="00124727"/>
        </w:tc>
      </w:tr>
      <w:tr w:rsidR="00124727" w14:paraId="588BEFC6" w14:textId="77777777" w:rsidTr="00557AAA">
        <w:tc>
          <w:tcPr>
            <w:tcW w:w="4699" w:type="dxa"/>
          </w:tcPr>
          <w:p w14:paraId="5FFC2205" w14:textId="77777777" w:rsidR="00124727" w:rsidRDefault="003965F4">
            <w:proofErr w:type="spellStart"/>
            <w:r>
              <w:rPr>
                <w:b/>
              </w:rPr>
              <w:t>Pasaport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Numarası</w:t>
            </w:r>
            <w:proofErr w:type="spellEnd"/>
          </w:p>
        </w:tc>
        <w:tc>
          <w:tcPr>
            <w:tcW w:w="4697" w:type="dxa"/>
          </w:tcPr>
          <w:p w14:paraId="66B212E6" w14:textId="77777777" w:rsidR="00124727" w:rsidRDefault="00124727"/>
        </w:tc>
      </w:tr>
      <w:tr w:rsidR="00124727" w14:paraId="3142AF1F" w14:textId="77777777" w:rsidTr="00557AAA">
        <w:tc>
          <w:tcPr>
            <w:tcW w:w="4699" w:type="dxa"/>
          </w:tcPr>
          <w:p w14:paraId="51CCE385" w14:textId="77777777" w:rsidR="00124727" w:rsidRDefault="003965F4">
            <w:proofErr w:type="spellStart"/>
            <w:r>
              <w:rPr>
                <w:b/>
              </w:rPr>
              <w:t>Fakülte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Bölüm</w:t>
            </w:r>
            <w:proofErr w:type="spellEnd"/>
          </w:p>
        </w:tc>
        <w:tc>
          <w:tcPr>
            <w:tcW w:w="4697" w:type="dxa"/>
          </w:tcPr>
          <w:p w14:paraId="3C415410" w14:textId="77777777" w:rsidR="00124727" w:rsidRDefault="00124727"/>
        </w:tc>
      </w:tr>
    </w:tbl>
    <w:p w14:paraId="0CC7B7F0" w14:textId="77777777" w:rsidR="00124727" w:rsidRDefault="00124727"/>
    <w:p w14:paraId="64E8353D" w14:textId="77777777" w:rsidR="00124727" w:rsidRDefault="003965F4">
      <w:pPr>
        <w:pStyle w:val="Balk1"/>
      </w:pPr>
      <w:r>
        <w:t xml:space="preserve">2. </w:t>
      </w:r>
      <w:proofErr w:type="spellStart"/>
      <w:r>
        <w:t>Değişim</w:t>
      </w:r>
      <w:proofErr w:type="spellEnd"/>
      <w:r>
        <w:t xml:space="preserve"> </w:t>
      </w:r>
      <w:proofErr w:type="spellStart"/>
      <w:r>
        <w:t>Talebi</w:t>
      </w:r>
      <w:proofErr w:type="spellEnd"/>
      <w:r>
        <w:t xml:space="preserve"> </w:t>
      </w:r>
      <w:proofErr w:type="spellStart"/>
      <w:r>
        <w:t>Bilgileri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9"/>
        <w:gridCol w:w="4697"/>
      </w:tblGrid>
      <w:tr w:rsidR="00124727" w14:paraId="0CD8C40F" w14:textId="77777777" w:rsidTr="00557AAA">
        <w:tc>
          <w:tcPr>
            <w:tcW w:w="4699" w:type="dxa"/>
          </w:tcPr>
          <w:p w14:paraId="3B4F458C" w14:textId="77777777" w:rsidR="00124727" w:rsidRDefault="003965F4">
            <w:proofErr w:type="spellStart"/>
            <w:r>
              <w:rPr>
                <w:b/>
              </w:rPr>
              <w:t>Gelmek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İstediği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Fakülte</w:t>
            </w:r>
            <w:proofErr w:type="spellEnd"/>
          </w:p>
        </w:tc>
        <w:tc>
          <w:tcPr>
            <w:tcW w:w="4697" w:type="dxa"/>
          </w:tcPr>
          <w:p w14:paraId="6B2BDD61" w14:textId="77777777" w:rsidR="00124727" w:rsidRDefault="00124727"/>
        </w:tc>
      </w:tr>
      <w:tr w:rsidR="00124727" w14:paraId="2EFEE2EB" w14:textId="77777777" w:rsidTr="00557AAA">
        <w:tc>
          <w:tcPr>
            <w:tcW w:w="4699" w:type="dxa"/>
          </w:tcPr>
          <w:p w14:paraId="72E623A0" w14:textId="77777777" w:rsidR="00124727" w:rsidRDefault="003965F4">
            <w:proofErr w:type="spellStart"/>
            <w:r>
              <w:rPr>
                <w:b/>
              </w:rPr>
              <w:t>Gelmek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İstediği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Bölüm</w:t>
            </w:r>
            <w:proofErr w:type="spellEnd"/>
          </w:p>
        </w:tc>
        <w:tc>
          <w:tcPr>
            <w:tcW w:w="4697" w:type="dxa"/>
          </w:tcPr>
          <w:p w14:paraId="01F1A977" w14:textId="77777777" w:rsidR="00124727" w:rsidRDefault="00124727"/>
        </w:tc>
      </w:tr>
      <w:tr w:rsidR="00124727" w14:paraId="148E5B45" w14:textId="77777777" w:rsidTr="00557AAA">
        <w:tc>
          <w:tcPr>
            <w:tcW w:w="4699" w:type="dxa"/>
          </w:tcPr>
          <w:p w14:paraId="1D3020C5" w14:textId="77777777" w:rsidR="00124727" w:rsidRDefault="003965F4">
            <w:proofErr w:type="spellStart"/>
            <w:r>
              <w:rPr>
                <w:b/>
              </w:rPr>
              <w:t>Değişim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Süresi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Başlangıç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Bitiş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Tarihleri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697" w:type="dxa"/>
          </w:tcPr>
          <w:p w14:paraId="5A65F5AA" w14:textId="77777777" w:rsidR="00124727" w:rsidRDefault="00124727"/>
        </w:tc>
      </w:tr>
      <w:tr w:rsidR="00124727" w14:paraId="7AAF4CA2" w14:textId="77777777" w:rsidTr="00557AAA">
        <w:tc>
          <w:tcPr>
            <w:tcW w:w="4699" w:type="dxa"/>
          </w:tcPr>
          <w:p w14:paraId="345017BF" w14:textId="77777777" w:rsidR="00124727" w:rsidRDefault="003965F4">
            <w:proofErr w:type="spellStart"/>
            <w:r>
              <w:rPr>
                <w:b/>
              </w:rPr>
              <w:t>Daha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önce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Üniversitesi'nde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bulundunuz</w:t>
            </w:r>
            <w:proofErr w:type="spellEnd"/>
            <w:r>
              <w:rPr>
                <w:b/>
              </w:rPr>
              <w:t xml:space="preserve"> mu? (Evet/</w:t>
            </w:r>
            <w:proofErr w:type="spellStart"/>
            <w:r>
              <w:rPr>
                <w:b/>
              </w:rPr>
              <w:t>Hayır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697" w:type="dxa"/>
          </w:tcPr>
          <w:p w14:paraId="7FABBE45" w14:textId="77777777" w:rsidR="00124727" w:rsidRDefault="00124727"/>
        </w:tc>
      </w:tr>
    </w:tbl>
    <w:p w14:paraId="4D3E2D35" w14:textId="77777777" w:rsidR="00124727" w:rsidRDefault="00124727"/>
    <w:p w14:paraId="65591C39" w14:textId="77777777" w:rsidR="00124727" w:rsidRDefault="003965F4">
      <w:pPr>
        <w:pStyle w:val="Balk1"/>
      </w:pPr>
      <w:r>
        <w:t xml:space="preserve">3. </w:t>
      </w:r>
      <w:proofErr w:type="spellStart"/>
      <w:r>
        <w:t>Gerekçe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Amaç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9"/>
        <w:gridCol w:w="4697"/>
      </w:tblGrid>
      <w:tr w:rsidR="00124727" w14:paraId="63D5FE1C" w14:textId="77777777" w:rsidTr="00557AAA">
        <w:tc>
          <w:tcPr>
            <w:tcW w:w="4699" w:type="dxa"/>
          </w:tcPr>
          <w:p w14:paraId="269CABF9" w14:textId="77777777" w:rsidR="00124727" w:rsidRDefault="003965F4">
            <w:proofErr w:type="spellStart"/>
            <w:r>
              <w:rPr>
                <w:b/>
              </w:rPr>
              <w:t>Kısa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Gerekçe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Neden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Üniversitesi'ni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tercih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ediyorsunuz</w:t>
            </w:r>
            <w:proofErr w:type="spellEnd"/>
            <w:r>
              <w:rPr>
                <w:b/>
              </w:rPr>
              <w:t>?)</w:t>
            </w:r>
          </w:p>
        </w:tc>
        <w:tc>
          <w:tcPr>
            <w:tcW w:w="4697" w:type="dxa"/>
          </w:tcPr>
          <w:p w14:paraId="637E2D32" w14:textId="77777777" w:rsidR="00124727" w:rsidRDefault="00124727"/>
          <w:p w14:paraId="7A98CAC6" w14:textId="77777777" w:rsidR="00124727" w:rsidRDefault="00124727"/>
          <w:p w14:paraId="52A8188C" w14:textId="77777777" w:rsidR="00124727" w:rsidRDefault="00124727"/>
          <w:p w14:paraId="15C28E33" w14:textId="77777777" w:rsidR="00124727" w:rsidRDefault="00124727"/>
        </w:tc>
      </w:tr>
      <w:tr w:rsidR="00124727" w14:paraId="0E0A778E" w14:textId="77777777" w:rsidTr="00557AAA">
        <w:tc>
          <w:tcPr>
            <w:tcW w:w="4699" w:type="dxa"/>
          </w:tcPr>
          <w:p w14:paraId="2382723B" w14:textId="77777777" w:rsidR="00124727" w:rsidRDefault="003965F4">
            <w:proofErr w:type="spellStart"/>
            <w:r>
              <w:rPr>
                <w:b/>
              </w:rPr>
              <w:t>Beklentileriniz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Hedefleriniz</w:t>
            </w:r>
            <w:proofErr w:type="spellEnd"/>
          </w:p>
        </w:tc>
        <w:tc>
          <w:tcPr>
            <w:tcW w:w="4697" w:type="dxa"/>
          </w:tcPr>
          <w:p w14:paraId="5E651726" w14:textId="77777777" w:rsidR="00124727" w:rsidRDefault="00124727"/>
          <w:p w14:paraId="67360536" w14:textId="77777777" w:rsidR="00124727" w:rsidRDefault="00124727"/>
          <w:p w14:paraId="1E72E4DA" w14:textId="77777777" w:rsidR="00124727" w:rsidRDefault="00124727"/>
          <w:p w14:paraId="38C238D1" w14:textId="77777777" w:rsidR="00124727" w:rsidRDefault="00124727"/>
        </w:tc>
      </w:tr>
    </w:tbl>
    <w:p w14:paraId="3A7B5E05" w14:textId="77777777" w:rsidR="00124727" w:rsidRDefault="00124727"/>
    <w:p w14:paraId="4B6B3C23" w14:textId="77777777" w:rsidR="00557AAA" w:rsidRDefault="00557AAA"/>
    <w:p w14:paraId="464472F3" w14:textId="77777777" w:rsidR="00557AAA" w:rsidRDefault="00557AAA">
      <w:bookmarkStart w:id="0" w:name="_GoBack"/>
      <w:bookmarkEnd w:id="0"/>
    </w:p>
    <w:p w14:paraId="0C589932" w14:textId="77777777" w:rsidR="00557AAA" w:rsidRDefault="00557AAA"/>
    <w:p w14:paraId="34E6F4FD" w14:textId="77777777" w:rsidR="00557AAA" w:rsidRDefault="00557AAA"/>
    <w:p w14:paraId="70D684FD" w14:textId="5F48A1AB" w:rsidR="009A034B" w:rsidRDefault="003965F4" w:rsidP="00557AAA">
      <w:pPr>
        <w:pStyle w:val="Balk1"/>
      </w:pPr>
      <w:r>
        <w:lastRenderedPageBreak/>
        <w:t xml:space="preserve">4. </w:t>
      </w:r>
      <w:proofErr w:type="spellStart"/>
      <w:r w:rsidR="009A034B">
        <w:t>Dil</w:t>
      </w:r>
      <w:proofErr w:type="spellEnd"/>
      <w:r w:rsidR="009A034B">
        <w:t xml:space="preserve"> </w:t>
      </w:r>
      <w:proofErr w:type="spellStart"/>
      <w:r w:rsidR="009A034B">
        <w:t>Düzeyi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9A034B" w14:paraId="6A789ABB" w14:textId="77777777" w:rsidTr="00BE7A9F">
        <w:tc>
          <w:tcPr>
            <w:tcW w:w="4698" w:type="dxa"/>
          </w:tcPr>
          <w:p w14:paraId="70B8D9FD" w14:textId="1DE98C52" w:rsidR="009A034B" w:rsidRDefault="009A034B" w:rsidP="00BE7A9F">
            <w:proofErr w:type="spellStart"/>
            <w:r>
              <w:t>Dil</w:t>
            </w:r>
            <w:proofErr w:type="spellEnd"/>
          </w:p>
        </w:tc>
        <w:tc>
          <w:tcPr>
            <w:tcW w:w="4698" w:type="dxa"/>
          </w:tcPr>
          <w:p w14:paraId="7E8FB751" w14:textId="2C9C9A32" w:rsidR="009A034B" w:rsidRDefault="009A034B" w:rsidP="00BE7A9F">
            <w:proofErr w:type="spellStart"/>
            <w:r>
              <w:t>Düzey</w:t>
            </w:r>
            <w:proofErr w:type="spellEnd"/>
          </w:p>
        </w:tc>
      </w:tr>
      <w:tr w:rsidR="009A034B" w14:paraId="33EF3C18" w14:textId="77777777" w:rsidTr="00BE7A9F">
        <w:tc>
          <w:tcPr>
            <w:tcW w:w="4698" w:type="dxa"/>
          </w:tcPr>
          <w:p w14:paraId="2FD4DEF6" w14:textId="655F3E18" w:rsidR="009A034B" w:rsidRDefault="009A034B" w:rsidP="00BE7A9F">
            <w:proofErr w:type="spellStart"/>
            <w:r>
              <w:t>Türkçe</w:t>
            </w:r>
            <w:proofErr w:type="spellEnd"/>
          </w:p>
        </w:tc>
        <w:tc>
          <w:tcPr>
            <w:tcW w:w="4698" w:type="dxa"/>
          </w:tcPr>
          <w:p w14:paraId="147A53D8" w14:textId="77777777" w:rsidR="009A034B" w:rsidRDefault="009A034B" w:rsidP="00BE7A9F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6B6DBD" wp14:editId="195DC6C7">
                      <wp:simplePos x="0" y="0"/>
                      <wp:positionH relativeFrom="column">
                        <wp:posOffset>6731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73042908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36B5789" id="Dikdörtgen 1" o:spid="_x0000_s1026" style="position:absolute;margin-left:.55pt;margin-top:4.65pt;width:8.2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9F6EF9" wp14:editId="28712684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62591143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06A1C8C" id="Dikdörtgen 1" o:spid="_x0000_s1026" style="position:absolute;margin-left:25.15pt;margin-top:4.65pt;width:8.2pt;height: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DF6A8D" wp14:editId="71075978">
                      <wp:simplePos x="0" y="0"/>
                      <wp:positionH relativeFrom="column">
                        <wp:posOffset>1268299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1986644023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86FEBA9" id="Dikdörtgen 1" o:spid="_x0000_s1026" style="position:absolute;margin-left:99.85pt;margin-top:4.6pt;width:8.2pt;height:6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003DEA" wp14:editId="1E541473">
                      <wp:simplePos x="0" y="0"/>
                      <wp:positionH relativeFrom="column">
                        <wp:posOffset>957402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204262022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D28BD1D" id="Dikdörtgen 1" o:spid="_x0000_s1026" style="position:absolute;margin-left:75.4pt;margin-top:4.6pt;width:8.2pt;height: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A13C79" wp14:editId="3699A661">
                      <wp:simplePos x="0" y="0"/>
                      <wp:positionH relativeFrom="column">
                        <wp:posOffset>642849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6129520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7E9616C" id="Dikdörtgen 1" o:spid="_x0000_s1026" style="position:absolute;margin-left:50.6pt;margin-top:4.6pt;width:8.2pt;height: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9A034B" w14:paraId="105190EC" w14:textId="77777777" w:rsidTr="00BE7A9F">
        <w:tc>
          <w:tcPr>
            <w:tcW w:w="4698" w:type="dxa"/>
          </w:tcPr>
          <w:p w14:paraId="7BE12827" w14:textId="14FF1830" w:rsidR="009A034B" w:rsidRDefault="009A034B" w:rsidP="00BE7A9F">
            <w:proofErr w:type="spellStart"/>
            <w:r>
              <w:t>İngilizce</w:t>
            </w:r>
            <w:proofErr w:type="spellEnd"/>
          </w:p>
        </w:tc>
        <w:tc>
          <w:tcPr>
            <w:tcW w:w="4698" w:type="dxa"/>
          </w:tcPr>
          <w:p w14:paraId="07CE4C4B" w14:textId="77777777" w:rsidR="009A034B" w:rsidRDefault="009A034B" w:rsidP="00BE7A9F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90A876" wp14:editId="2B9B8CD0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22722561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47F52AA" id="Dikdörtgen 1" o:spid="_x0000_s1026" style="position:absolute;margin-left:100.1pt;margin-top:2.7pt;width:8.15pt;height: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75C828" wp14:editId="068C49AD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60585214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D19744A" id="Dikdörtgen 1" o:spid="_x0000_s1026" style="position:absolute;margin-left:75.6pt;margin-top:2.7pt;width:8.15pt;height: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F32C97" wp14:editId="6202864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21940482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0AD532D" id="Dikdörtgen 1" o:spid="_x0000_s1026" style="position:absolute;margin-left:50.85pt;margin-top:2.7pt;width:8.15pt;height:6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E64170" wp14:editId="3D6931E4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7841848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ED45CE2" id="Dikdörtgen 1" o:spid="_x0000_s1026" style="position:absolute;margin-left:25.4pt;margin-top:2.7pt;width:8.15pt;height: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ABC742" wp14:editId="6407D0C4">
                      <wp:simplePos x="0" y="0"/>
                      <wp:positionH relativeFrom="column">
                        <wp:posOffset>10084</wp:posOffset>
                      </wp:positionH>
                      <wp:positionV relativeFrom="paragraph">
                        <wp:posOffset>34849</wp:posOffset>
                      </wp:positionV>
                      <wp:extent cx="104115" cy="86008"/>
                      <wp:effectExtent l="0" t="0" r="10795" b="28575"/>
                      <wp:wrapNone/>
                      <wp:docPr id="770992315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589B235" id="Dikdörtgen 1" o:spid="_x0000_s1026" style="position:absolute;margin-left:.8pt;margin-top:2.75pt;width:8.2pt;height:6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</w:tbl>
    <w:p w14:paraId="08D22DC4" w14:textId="05D6A94D" w:rsidR="00557AAA" w:rsidRDefault="00557AAA" w:rsidP="00557AAA">
      <w:pPr>
        <w:pStyle w:val="Balk1"/>
      </w:pPr>
      <w:r>
        <w:t xml:space="preserve">5.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Listesi</w:t>
      </w:r>
      <w:proofErr w:type="spellEnd"/>
      <w:r>
        <w:t xml:space="preserve"> (</w:t>
      </w:r>
      <w:proofErr w:type="spellStart"/>
      <w:r>
        <w:t>Detaylı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sayfa</w:t>
      </w:r>
      <w:proofErr w:type="spellEnd"/>
      <w:r>
        <w:t xml:space="preserve"> </w:t>
      </w:r>
      <w:proofErr w:type="spellStart"/>
      <w:r>
        <w:t>sonunda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bağlantıya</w:t>
      </w:r>
      <w:proofErr w:type="spellEnd"/>
      <w:r>
        <w:t xml:space="preserve"> </w:t>
      </w:r>
      <w:proofErr w:type="spellStart"/>
      <w:r>
        <w:t>gidiniz</w:t>
      </w:r>
      <w:proofErr w:type="spellEnd"/>
      <w:r>
        <w:t>)</w:t>
      </w:r>
      <w:r>
        <w:rPr>
          <w:rStyle w:val="DipnotBavurusu"/>
        </w:rPr>
        <w:footnoteReference w:id="1"/>
      </w:r>
      <w:r>
        <w:t>-</w:t>
      </w:r>
      <w:r>
        <w:rPr>
          <w:rStyle w:val="DipnotBavurusu"/>
        </w:rPr>
        <w:footnoteReference w:id="2"/>
      </w:r>
    </w:p>
    <w:p w14:paraId="02325CC6" w14:textId="77777777" w:rsidR="00557AAA" w:rsidRDefault="00557AAA" w:rsidP="00557AAA">
      <w:r>
        <w:t>Please fill in the courses you wish to take: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557AAA" w14:paraId="42546725" w14:textId="77777777" w:rsidTr="00BE7A9F">
        <w:tc>
          <w:tcPr>
            <w:tcW w:w="2351" w:type="dxa"/>
          </w:tcPr>
          <w:p w14:paraId="611DBD9E" w14:textId="1A7FE0AC" w:rsidR="00557AAA" w:rsidRDefault="00557AAA" w:rsidP="00BE7A9F">
            <w:proofErr w:type="spellStart"/>
            <w:r>
              <w:rPr>
                <w:b/>
              </w:rPr>
              <w:t>Fakülte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Enstitü</w:t>
            </w:r>
            <w:proofErr w:type="spellEnd"/>
          </w:p>
        </w:tc>
        <w:tc>
          <w:tcPr>
            <w:tcW w:w="2351" w:type="dxa"/>
          </w:tcPr>
          <w:p w14:paraId="4D003E40" w14:textId="77777777" w:rsidR="00557AAA" w:rsidRDefault="00557AAA" w:rsidP="00BE7A9F">
            <w:r>
              <w:rPr>
                <w:b/>
              </w:rPr>
              <w:t>Program</w:t>
            </w:r>
          </w:p>
        </w:tc>
        <w:tc>
          <w:tcPr>
            <w:tcW w:w="2351" w:type="dxa"/>
          </w:tcPr>
          <w:p w14:paraId="1D6104A7" w14:textId="16D1632B" w:rsidR="00557AAA" w:rsidRDefault="00557AAA" w:rsidP="00BE7A9F">
            <w:proofErr w:type="spellStart"/>
            <w:r>
              <w:rPr>
                <w:b/>
              </w:rPr>
              <w:t>Dersin</w:t>
            </w:r>
            <w:proofErr w:type="spellEnd"/>
            <w:r>
              <w:rPr>
                <w:b/>
              </w:rPr>
              <w:t xml:space="preserve"> Kodu</w:t>
            </w:r>
          </w:p>
        </w:tc>
        <w:tc>
          <w:tcPr>
            <w:tcW w:w="2351" w:type="dxa"/>
          </w:tcPr>
          <w:p w14:paraId="2DFC479F" w14:textId="271C17D1" w:rsidR="00557AAA" w:rsidRDefault="00557AAA" w:rsidP="00BE7A9F">
            <w:proofErr w:type="spellStart"/>
            <w:r>
              <w:rPr>
                <w:b/>
              </w:rPr>
              <w:t>Dersin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Adı</w:t>
            </w:r>
            <w:proofErr w:type="spellEnd"/>
          </w:p>
        </w:tc>
      </w:tr>
      <w:tr w:rsidR="00557AAA" w14:paraId="7BB9CE5F" w14:textId="77777777" w:rsidTr="00BE7A9F">
        <w:tc>
          <w:tcPr>
            <w:tcW w:w="2351" w:type="dxa"/>
          </w:tcPr>
          <w:p w14:paraId="3B05BBC0" w14:textId="77777777" w:rsidR="00557AAA" w:rsidRDefault="00557AAA" w:rsidP="00BE7A9F"/>
        </w:tc>
        <w:tc>
          <w:tcPr>
            <w:tcW w:w="2351" w:type="dxa"/>
          </w:tcPr>
          <w:p w14:paraId="66008F43" w14:textId="77777777" w:rsidR="00557AAA" w:rsidRDefault="00557AAA" w:rsidP="00BE7A9F"/>
        </w:tc>
        <w:tc>
          <w:tcPr>
            <w:tcW w:w="2351" w:type="dxa"/>
          </w:tcPr>
          <w:p w14:paraId="3E84E75D" w14:textId="77777777" w:rsidR="00557AAA" w:rsidRDefault="00557AAA" w:rsidP="00BE7A9F"/>
        </w:tc>
        <w:tc>
          <w:tcPr>
            <w:tcW w:w="2351" w:type="dxa"/>
          </w:tcPr>
          <w:p w14:paraId="0BACB574" w14:textId="77777777" w:rsidR="00557AAA" w:rsidRDefault="00557AAA" w:rsidP="00BE7A9F"/>
        </w:tc>
      </w:tr>
      <w:tr w:rsidR="00557AAA" w14:paraId="43770493" w14:textId="77777777" w:rsidTr="00BE7A9F">
        <w:tc>
          <w:tcPr>
            <w:tcW w:w="2351" w:type="dxa"/>
          </w:tcPr>
          <w:p w14:paraId="222F0B4C" w14:textId="77777777" w:rsidR="00557AAA" w:rsidRDefault="00557AAA" w:rsidP="00BE7A9F"/>
        </w:tc>
        <w:tc>
          <w:tcPr>
            <w:tcW w:w="2351" w:type="dxa"/>
          </w:tcPr>
          <w:p w14:paraId="01D134F6" w14:textId="77777777" w:rsidR="00557AAA" w:rsidRDefault="00557AAA" w:rsidP="00BE7A9F"/>
        </w:tc>
        <w:tc>
          <w:tcPr>
            <w:tcW w:w="2351" w:type="dxa"/>
          </w:tcPr>
          <w:p w14:paraId="51E96662" w14:textId="77777777" w:rsidR="00557AAA" w:rsidRDefault="00557AAA" w:rsidP="00BE7A9F"/>
        </w:tc>
        <w:tc>
          <w:tcPr>
            <w:tcW w:w="2351" w:type="dxa"/>
          </w:tcPr>
          <w:p w14:paraId="02098D1B" w14:textId="77777777" w:rsidR="00557AAA" w:rsidRDefault="00557AAA" w:rsidP="00BE7A9F"/>
        </w:tc>
      </w:tr>
      <w:tr w:rsidR="00557AAA" w14:paraId="517D575D" w14:textId="77777777" w:rsidTr="00BE7A9F">
        <w:tc>
          <w:tcPr>
            <w:tcW w:w="2351" w:type="dxa"/>
          </w:tcPr>
          <w:p w14:paraId="47F744FC" w14:textId="77777777" w:rsidR="00557AAA" w:rsidRDefault="00557AAA" w:rsidP="00BE7A9F"/>
        </w:tc>
        <w:tc>
          <w:tcPr>
            <w:tcW w:w="2351" w:type="dxa"/>
          </w:tcPr>
          <w:p w14:paraId="741E5042" w14:textId="77777777" w:rsidR="00557AAA" w:rsidRDefault="00557AAA" w:rsidP="00BE7A9F"/>
        </w:tc>
        <w:tc>
          <w:tcPr>
            <w:tcW w:w="2351" w:type="dxa"/>
          </w:tcPr>
          <w:p w14:paraId="49F9F694" w14:textId="77777777" w:rsidR="00557AAA" w:rsidRDefault="00557AAA" w:rsidP="00BE7A9F"/>
        </w:tc>
        <w:tc>
          <w:tcPr>
            <w:tcW w:w="2351" w:type="dxa"/>
          </w:tcPr>
          <w:p w14:paraId="15755652" w14:textId="77777777" w:rsidR="00557AAA" w:rsidRDefault="00557AAA" w:rsidP="00BE7A9F"/>
        </w:tc>
      </w:tr>
      <w:tr w:rsidR="00557AAA" w14:paraId="5FD5C4DF" w14:textId="77777777" w:rsidTr="00BE7A9F">
        <w:tc>
          <w:tcPr>
            <w:tcW w:w="2351" w:type="dxa"/>
          </w:tcPr>
          <w:p w14:paraId="508D60E1" w14:textId="77777777" w:rsidR="00557AAA" w:rsidRDefault="00557AAA" w:rsidP="00BE7A9F"/>
        </w:tc>
        <w:tc>
          <w:tcPr>
            <w:tcW w:w="2351" w:type="dxa"/>
          </w:tcPr>
          <w:p w14:paraId="5ACA6643" w14:textId="77777777" w:rsidR="00557AAA" w:rsidRDefault="00557AAA" w:rsidP="00BE7A9F"/>
        </w:tc>
        <w:tc>
          <w:tcPr>
            <w:tcW w:w="2351" w:type="dxa"/>
          </w:tcPr>
          <w:p w14:paraId="21C1FFF8" w14:textId="77777777" w:rsidR="00557AAA" w:rsidRDefault="00557AAA" w:rsidP="00BE7A9F"/>
        </w:tc>
        <w:tc>
          <w:tcPr>
            <w:tcW w:w="2351" w:type="dxa"/>
          </w:tcPr>
          <w:p w14:paraId="2A858897" w14:textId="77777777" w:rsidR="00557AAA" w:rsidRDefault="00557AAA" w:rsidP="00BE7A9F"/>
        </w:tc>
      </w:tr>
      <w:tr w:rsidR="00557AAA" w14:paraId="60D98707" w14:textId="77777777" w:rsidTr="00BE7A9F">
        <w:tc>
          <w:tcPr>
            <w:tcW w:w="2351" w:type="dxa"/>
          </w:tcPr>
          <w:p w14:paraId="26EE8BCF" w14:textId="77777777" w:rsidR="00557AAA" w:rsidRDefault="00557AAA" w:rsidP="00BE7A9F"/>
        </w:tc>
        <w:tc>
          <w:tcPr>
            <w:tcW w:w="2351" w:type="dxa"/>
          </w:tcPr>
          <w:p w14:paraId="28765426" w14:textId="77777777" w:rsidR="00557AAA" w:rsidRDefault="00557AAA" w:rsidP="00BE7A9F"/>
        </w:tc>
        <w:tc>
          <w:tcPr>
            <w:tcW w:w="2351" w:type="dxa"/>
          </w:tcPr>
          <w:p w14:paraId="5E870860" w14:textId="77777777" w:rsidR="00557AAA" w:rsidRDefault="00557AAA" w:rsidP="00BE7A9F"/>
        </w:tc>
        <w:tc>
          <w:tcPr>
            <w:tcW w:w="2351" w:type="dxa"/>
          </w:tcPr>
          <w:p w14:paraId="7D592B28" w14:textId="77777777" w:rsidR="00557AAA" w:rsidRDefault="00557AAA" w:rsidP="00BE7A9F"/>
        </w:tc>
      </w:tr>
      <w:tr w:rsidR="00557AAA" w14:paraId="1767DB67" w14:textId="77777777" w:rsidTr="00BE7A9F">
        <w:tc>
          <w:tcPr>
            <w:tcW w:w="2351" w:type="dxa"/>
          </w:tcPr>
          <w:p w14:paraId="141E0E28" w14:textId="77777777" w:rsidR="00557AAA" w:rsidRDefault="00557AAA" w:rsidP="00BE7A9F"/>
        </w:tc>
        <w:tc>
          <w:tcPr>
            <w:tcW w:w="2351" w:type="dxa"/>
          </w:tcPr>
          <w:p w14:paraId="6011DC9C" w14:textId="77777777" w:rsidR="00557AAA" w:rsidRDefault="00557AAA" w:rsidP="00BE7A9F"/>
        </w:tc>
        <w:tc>
          <w:tcPr>
            <w:tcW w:w="2351" w:type="dxa"/>
          </w:tcPr>
          <w:p w14:paraId="284942D6" w14:textId="77777777" w:rsidR="00557AAA" w:rsidRDefault="00557AAA" w:rsidP="00BE7A9F"/>
        </w:tc>
        <w:tc>
          <w:tcPr>
            <w:tcW w:w="2351" w:type="dxa"/>
          </w:tcPr>
          <w:p w14:paraId="1D95D061" w14:textId="77777777" w:rsidR="00557AAA" w:rsidRDefault="00557AAA" w:rsidP="00BE7A9F"/>
        </w:tc>
      </w:tr>
      <w:tr w:rsidR="00557AAA" w14:paraId="4C781816" w14:textId="77777777" w:rsidTr="00BE7A9F">
        <w:tc>
          <w:tcPr>
            <w:tcW w:w="2351" w:type="dxa"/>
          </w:tcPr>
          <w:p w14:paraId="0658C0CF" w14:textId="77777777" w:rsidR="00557AAA" w:rsidRDefault="00557AAA" w:rsidP="00BE7A9F"/>
        </w:tc>
        <w:tc>
          <w:tcPr>
            <w:tcW w:w="2351" w:type="dxa"/>
          </w:tcPr>
          <w:p w14:paraId="15E97621" w14:textId="77777777" w:rsidR="00557AAA" w:rsidRDefault="00557AAA" w:rsidP="00BE7A9F"/>
        </w:tc>
        <w:tc>
          <w:tcPr>
            <w:tcW w:w="2351" w:type="dxa"/>
          </w:tcPr>
          <w:p w14:paraId="38659AEB" w14:textId="77777777" w:rsidR="00557AAA" w:rsidRDefault="00557AAA" w:rsidP="00BE7A9F"/>
        </w:tc>
        <w:tc>
          <w:tcPr>
            <w:tcW w:w="2351" w:type="dxa"/>
          </w:tcPr>
          <w:p w14:paraId="2CF4F56D" w14:textId="77777777" w:rsidR="00557AAA" w:rsidRDefault="00557AAA" w:rsidP="00BE7A9F"/>
        </w:tc>
      </w:tr>
      <w:tr w:rsidR="00557AAA" w14:paraId="5E82FBF8" w14:textId="77777777" w:rsidTr="00BE7A9F">
        <w:tc>
          <w:tcPr>
            <w:tcW w:w="2351" w:type="dxa"/>
          </w:tcPr>
          <w:p w14:paraId="3640D464" w14:textId="77777777" w:rsidR="00557AAA" w:rsidRDefault="00557AAA" w:rsidP="00BE7A9F"/>
        </w:tc>
        <w:tc>
          <w:tcPr>
            <w:tcW w:w="2351" w:type="dxa"/>
          </w:tcPr>
          <w:p w14:paraId="7020D658" w14:textId="77777777" w:rsidR="00557AAA" w:rsidRDefault="00557AAA" w:rsidP="00BE7A9F"/>
        </w:tc>
        <w:tc>
          <w:tcPr>
            <w:tcW w:w="2351" w:type="dxa"/>
          </w:tcPr>
          <w:p w14:paraId="36CBDBE4" w14:textId="77777777" w:rsidR="00557AAA" w:rsidRDefault="00557AAA" w:rsidP="00BE7A9F"/>
        </w:tc>
        <w:tc>
          <w:tcPr>
            <w:tcW w:w="2351" w:type="dxa"/>
          </w:tcPr>
          <w:p w14:paraId="45BF7F49" w14:textId="77777777" w:rsidR="00557AAA" w:rsidRDefault="00557AAA" w:rsidP="00BE7A9F"/>
        </w:tc>
      </w:tr>
    </w:tbl>
    <w:p w14:paraId="55685A67" w14:textId="23929687" w:rsidR="00124727" w:rsidRDefault="00557AAA">
      <w:pPr>
        <w:pStyle w:val="Balk1"/>
      </w:pPr>
      <w:r>
        <w:t xml:space="preserve">6. </w:t>
      </w:r>
      <w:proofErr w:type="spellStart"/>
      <w:r>
        <w:t>Onay</w:t>
      </w:r>
      <w:proofErr w:type="spellEnd"/>
    </w:p>
    <w:p w14:paraId="1F60F5F0" w14:textId="77777777" w:rsidR="00124727" w:rsidRDefault="003965F4">
      <w:proofErr w:type="spellStart"/>
      <w:r>
        <w:rPr>
          <w:b/>
        </w:rPr>
        <w:t>Yukarıda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verdiğim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bilgilerin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doğruluğunu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kabul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ediyorum</w:t>
      </w:r>
      <w:proofErr w:type="spellEnd"/>
      <w:r>
        <w:rPr>
          <w:b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124727" w14:paraId="7C99757D" w14:textId="77777777">
        <w:tc>
          <w:tcPr>
            <w:tcW w:w="4703" w:type="dxa"/>
          </w:tcPr>
          <w:p w14:paraId="65C7CDD4" w14:textId="77777777" w:rsidR="00124727" w:rsidRDefault="003965F4"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Soyadı</w:t>
            </w:r>
            <w:proofErr w:type="spellEnd"/>
          </w:p>
        </w:tc>
        <w:tc>
          <w:tcPr>
            <w:tcW w:w="4703" w:type="dxa"/>
          </w:tcPr>
          <w:p w14:paraId="3D302F75" w14:textId="77777777" w:rsidR="00124727" w:rsidRDefault="00124727"/>
        </w:tc>
      </w:tr>
      <w:tr w:rsidR="00124727" w14:paraId="06F9E6BA" w14:textId="77777777">
        <w:tc>
          <w:tcPr>
            <w:tcW w:w="4703" w:type="dxa"/>
          </w:tcPr>
          <w:p w14:paraId="263D4262" w14:textId="77777777" w:rsidR="00124727" w:rsidRDefault="003965F4">
            <w:proofErr w:type="spellStart"/>
            <w:r>
              <w:rPr>
                <w:b/>
              </w:rPr>
              <w:t>Tarih</w:t>
            </w:r>
            <w:proofErr w:type="spellEnd"/>
          </w:p>
        </w:tc>
        <w:tc>
          <w:tcPr>
            <w:tcW w:w="4703" w:type="dxa"/>
          </w:tcPr>
          <w:p w14:paraId="17287AC0" w14:textId="77777777" w:rsidR="00124727" w:rsidRDefault="00124727"/>
        </w:tc>
      </w:tr>
      <w:tr w:rsidR="00124727" w14:paraId="13087E27" w14:textId="77777777">
        <w:tc>
          <w:tcPr>
            <w:tcW w:w="4703" w:type="dxa"/>
          </w:tcPr>
          <w:p w14:paraId="3C153248" w14:textId="77777777" w:rsidR="00124727" w:rsidRDefault="003965F4">
            <w:proofErr w:type="spellStart"/>
            <w:r>
              <w:rPr>
                <w:b/>
              </w:rPr>
              <w:t>İmza</w:t>
            </w:r>
            <w:proofErr w:type="spellEnd"/>
          </w:p>
        </w:tc>
        <w:tc>
          <w:tcPr>
            <w:tcW w:w="4703" w:type="dxa"/>
          </w:tcPr>
          <w:p w14:paraId="1436BD4A" w14:textId="77777777" w:rsidR="00124727" w:rsidRDefault="00124727"/>
        </w:tc>
      </w:tr>
    </w:tbl>
    <w:p w14:paraId="47DC4F78" w14:textId="77777777" w:rsidR="00CF318F" w:rsidRDefault="00CF318F"/>
    <w:sectPr w:rsidR="00CF318F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7C180" w14:textId="77777777" w:rsidR="003965F4" w:rsidRDefault="003965F4" w:rsidP="00557AAA">
      <w:pPr>
        <w:spacing w:after="0" w:line="240" w:lineRule="auto"/>
      </w:pPr>
      <w:r>
        <w:separator/>
      </w:r>
    </w:p>
  </w:endnote>
  <w:endnote w:type="continuationSeparator" w:id="0">
    <w:p w14:paraId="3AC93CC2" w14:textId="77777777" w:rsidR="003965F4" w:rsidRDefault="003965F4" w:rsidP="00557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B007F" w14:textId="77777777" w:rsidR="00754803" w:rsidRPr="00754803" w:rsidRDefault="00754803" w:rsidP="00754803">
    <w:pPr>
      <w:spacing w:after="160" w:line="259" w:lineRule="auto"/>
      <w:rPr>
        <w:rFonts w:ascii="Calibri" w:eastAsia="Calibri" w:hAnsi="Calibri" w:cs="Times New Roman"/>
        <w:b/>
        <w:bCs/>
        <w:lang w:val="tr-TR"/>
      </w:rPr>
    </w:pPr>
  </w:p>
  <w:p w14:paraId="640FBBD1" w14:textId="1AC18A6A" w:rsidR="00754803" w:rsidRPr="00754803" w:rsidRDefault="00754803" w:rsidP="00754803">
    <w:pPr>
      <w:spacing w:after="160" w:line="259" w:lineRule="auto"/>
      <w:jc w:val="right"/>
      <w:rPr>
        <w:rFonts w:ascii="Times New Roman" w:eastAsia="Calibri" w:hAnsi="Times New Roman" w:cs="Times New Roman"/>
        <w:sz w:val="20"/>
        <w:szCs w:val="20"/>
        <w:lang w:val="tr-TR"/>
      </w:rPr>
    </w:pPr>
    <w:r>
      <w:rPr>
        <w:rFonts w:ascii="Times New Roman" w:eastAsia="Calibri" w:hAnsi="Times New Roman" w:cs="Times New Roman"/>
        <w:sz w:val="20"/>
        <w:szCs w:val="20"/>
        <w:lang w:val="tr-TR"/>
      </w:rPr>
      <w:t>KYS-FRM-772; Yayın Tarihi: 03.06.2025</w:t>
    </w:r>
    <w:r w:rsidRPr="00754803">
      <w:rPr>
        <w:rFonts w:ascii="Times New Roman" w:eastAsia="Calibri" w:hAnsi="Times New Roman" w:cs="Times New Roman"/>
        <w:sz w:val="20"/>
        <w:szCs w:val="20"/>
        <w:lang w:val="tr-TR"/>
      </w:rPr>
      <w:t xml:space="preserve">; </w:t>
    </w:r>
    <w:proofErr w:type="spellStart"/>
    <w:r w:rsidRPr="00754803">
      <w:rPr>
        <w:rFonts w:ascii="Times New Roman" w:eastAsia="Calibri" w:hAnsi="Times New Roman" w:cs="Times New Roman"/>
        <w:sz w:val="20"/>
        <w:szCs w:val="20"/>
        <w:lang w:val="tr-TR"/>
      </w:rPr>
      <w:t>Rev</w:t>
    </w:r>
    <w:proofErr w:type="spellEnd"/>
    <w:r w:rsidRPr="00754803">
      <w:rPr>
        <w:rFonts w:ascii="Times New Roman" w:eastAsia="Calibri" w:hAnsi="Times New Roman" w:cs="Times New Roman"/>
        <w:sz w:val="20"/>
        <w:szCs w:val="20"/>
        <w:lang w:val="tr-TR"/>
      </w:rPr>
      <w:t xml:space="preserve">. No:- </w:t>
    </w:r>
    <w:proofErr w:type="spellStart"/>
    <w:r w:rsidRPr="00754803">
      <w:rPr>
        <w:rFonts w:ascii="Times New Roman" w:eastAsia="Calibri" w:hAnsi="Times New Roman" w:cs="Times New Roman"/>
        <w:sz w:val="20"/>
        <w:szCs w:val="20"/>
        <w:lang w:val="tr-TR"/>
      </w:rPr>
      <w:t>Rev</w:t>
    </w:r>
    <w:proofErr w:type="spellEnd"/>
    <w:r w:rsidRPr="00754803">
      <w:rPr>
        <w:rFonts w:ascii="Times New Roman" w:eastAsia="Calibri" w:hAnsi="Times New Roman" w:cs="Times New Roman"/>
        <w:sz w:val="20"/>
        <w:szCs w:val="20"/>
        <w:lang w:val="tr-TR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BE09A" w14:textId="77777777" w:rsidR="003965F4" w:rsidRDefault="003965F4" w:rsidP="00557AAA">
      <w:pPr>
        <w:spacing w:after="0" w:line="240" w:lineRule="auto"/>
      </w:pPr>
      <w:r>
        <w:separator/>
      </w:r>
    </w:p>
  </w:footnote>
  <w:footnote w:type="continuationSeparator" w:id="0">
    <w:p w14:paraId="578C670C" w14:textId="77777777" w:rsidR="003965F4" w:rsidRDefault="003965F4" w:rsidP="00557AAA">
      <w:pPr>
        <w:spacing w:after="0" w:line="240" w:lineRule="auto"/>
      </w:pPr>
      <w:r>
        <w:continuationSeparator/>
      </w:r>
    </w:p>
  </w:footnote>
  <w:footnote w:id="1">
    <w:p w14:paraId="62093AE0" w14:textId="0D4A54E4" w:rsidR="00557AAA" w:rsidRDefault="00557AAA" w:rsidP="00557AAA">
      <w:pPr>
        <w:pStyle w:val="DipnotMetni"/>
      </w:pPr>
      <w:r>
        <w:rPr>
          <w:rStyle w:val="DipnotBavurusu"/>
        </w:rPr>
        <w:footnoteRef/>
      </w:r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listesi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: </w:t>
      </w:r>
      <w:hyperlink r:id="rId1" w:history="1">
        <w:r w:rsidRPr="00D565AF">
          <w:rPr>
            <w:rStyle w:val="Kpr"/>
          </w:rPr>
          <w:t>https://bit.ly/kuengcourses</w:t>
        </w:r>
      </w:hyperlink>
    </w:p>
    <w:p w14:paraId="17247ECA" w14:textId="77777777" w:rsidR="00557AAA" w:rsidRPr="00C53BE2" w:rsidRDefault="00557AAA" w:rsidP="00557AAA">
      <w:pPr>
        <w:pStyle w:val="DipnotMetni"/>
        <w:rPr>
          <w:lang w:val="en-GB"/>
        </w:rPr>
      </w:pPr>
    </w:p>
  </w:footnote>
  <w:footnote w:id="2">
    <w:p w14:paraId="6E20D5EF" w14:textId="47AF9A65" w:rsidR="00557AAA" w:rsidRDefault="00557AAA" w:rsidP="00557AAA">
      <w:pPr>
        <w:pStyle w:val="DipnotMetni"/>
      </w:pPr>
      <w:r>
        <w:rPr>
          <w:rStyle w:val="DipnotBavurusu"/>
        </w:rPr>
        <w:footnoteRef/>
      </w:r>
      <w:r>
        <w:t xml:space="preserve"> </w:t>
      </w:r>
      <w:proofErr w:type="spellStart"/>
      <w:r>
        <w:t>Bütün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listeleri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: </w:t>
      </w:r>
      <w:hyperlink r:id="rId2" w:history="1">
        <w:r w:rsidRPr="00D565AF">
          <w:rPr>
            <w:rStyle w:val="Kpr"/>
          </w:rPr>
          <w:t>https://bit.ly/kuallcourses</w:t>
        </w:r>
      </w:hyperlink>
    </w:p>
    <w:p w14:paraId="7CBC27C2" w14:textId="77777777" w:rsidR="00557AAA" w:rsidRPr="00C53BE2" w:rsidRDefault="00557AAA" w:rsidP="00557AAA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4727"/>
    <w:rsid w:val="0015074B"/>
    <w:rsid w:val="0029639D"/>
    <w:rsid w:val="002F2B64"/>
    <w:rsid w:val="00326F90"/>
    <w:rsid w:val="003965F4"/>
    <w:rsid w:val="00557AAA"/>
    <w:rsid w:val="00754803"/>
    <w:rsid w:val="007B3324"/>
    <w:rsid w:val="009A034B"/>
    <w:rsid w:val="00AA1D8D"/>
    <w:rsid w:val="00B47730"/>
    <w:rsid w:val="00CB0664"/>
    <w:rsid w:val="00CF31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3F3B5"/>
  <w14:defaultImageDpi w14:val="300"/>
  <w15:docId w15:val="{149CECD2-9C75-4E5C-82CD-AF5A920B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557AAA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57AAA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57AAA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557A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it.ly/kuallcourses" TargetMode="External"/><Relationship Id="rId1" Type="http://schemas.openxmlformats.org/officeDocument/2006/relationships/hyperlink" Target="https://bit.ly/kuengcour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A3A5F2-6F0A-4189-8B40-88B9725A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ESRA AVANOGLU</cp:lastModifiedBy>
  <cp:revision>4</cp:revision>
  <dcterms:created xsi:type="dcterms:W3CDTF">2025-05-23T07:35:00Z</dcterms:created>
  <dcterms:modified xsi:type="dcterms:W3CDTF">2025-06-03T06:25:00Z</dcterms:modified>
  <cp:category/>
</cp:coreProperties>
</file>